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消防设施操作员（初/中级）理论知识自测100题（含答案解析）</w:t>
      </w:r>
    </w:p>
    <w:p>
      <w:pPr>
        <w:pStyle w:val="Heading1"/>
      </w:pPr>
      <w:r>
        <w:t>一、考试通知与报考信息</w:t>
      </w:r>
    </w:p>
    <w:p>
      <w:r>
        <w:t>考试名称：消防设施操作员（国家职业技能等级认定，分为五级/初级工、四级/中级工等）</w:t>
      </w:r>
    </w:p>
    <w:p>
      <w:r>
        <w:t>鉴定方式：分为理论知识考试和技能操作考核两部分，均实行百分制，皆达60分及以上为合格；理论考试上机闭卷，技能考核现场操作。</w:t>
      </w:r>
    </w:p>
    <w:p>
      <w:r>
        <w:t>报名与考试安排：消防设施操作员实行滚动预约鉴定，考生首次登录消防行业职业技能鉴定指导中心官网注册后点击『立即预约报名』，按所选鉴定站批次参加考试。</w:t>
      </w:r>
    </w:p>
    <w:p>
      <w:r>
        <w:t>最近批次参考：如河北某站2026年10月第一批次考核周期为10月8日至15日；四川、山西、广东等站每月上、下半月安排批次，具体日期以各鉴定站公告及准考证为准。</w:t>
      </w:r>
    </w:p>
    <w:p>
      <w:r>
        <w:t>补考安排：补考考生一般在每月1—3日、16—18日在『补考报名』模块报名，无需审核，按短信通知参加。</w:t>
      </w:r>
    </w:p>
    <w:p>
      <w:r>
        <w:t>官方报名入口：消防行业职业技能鉴定指导中心 https://xfhyjd.119.gov.cn （考生报名入口）。</w:t>
      </w:r>
    </w:p>
    <w:p>
      <w:r>
        <w:t>申报条件（摘要）：五级/初级工——年满16周岁，拟从事或从事本职业即可；四级/中级工——累计从事本职业满5年，或取得初级证后从事满4年等。</w:t>
      </w:r>
    </w:p>
    <w:p>
      <w:r>
        <w:t>就业方向：商场、酒店、写字楼、住宅小区等建筑消防控制室值班、建筑消防设施检测与维护保养。本文为网友备考经验，非官方公告，以鉴定站公告为准。</w:t>
      </w:r>
    </w:p>
    <w:p/>
    <w:p>
      <w:r>
        <w:t>【使用说明】本卷共 100 道题，含单选、多选、判断、简答等题型，附标准答案与简要解析。</w:t>
      </w:r>
    </w:p>
    <w:p>
      <w:r>
        <w:t>建议：闭卷计时作答，模拟真实考试节奏；做完后对照答案逐题订正，错题回归教材。</w:t>
      </w:r>
    </w:p>
    <w:p>
      <w:pPr>
        <w:pStyle w:val="Heading1"/>
      </w:pPr>
      <w:r>
        <w:t>二、模拟试卷（共100题）</w:t>
      </w:r>
    </w:p>
    <w:p>
      <w:r>
        <w:t>说明：本试卷依据该科目历年真题题型结构编写，供考生考前自测练习使用。</w:t>
      </w:r>
    </w:p>
    <w:p>
      <w:r>
        <w:rPr>
          <w:b w:val="0"/>
        </w:rPr>
        <w:t>1. 【单选】燃烧的必要条件（燃烧三要素）不包括（ ）。</w:t>
      </w:r>
    </w:p>
    <w:p>
      <w:r>
        <w:t xml:space="preserve">    A. 可燃物</w:t>
      </w:r>
    </w:p>
    <w:p>
      <w:r>
        <w:t xml:space="preserve">    B. 助燃物（氧化剂）</w:t>
      </w:r>
    </w:p>
    <w:p>
      <w:r>
        <w:t xml:space="preserve">    C. 点火源</w:t>
      </w:r>
    </w:p>
    <w:p>
      <w:r>
        <w:t xml:space="preserve">    D. 二氧化碳</w:t>
      </w:r>
    </w:p>
    <w:p>
      <w:r>
        <w:rPr>
          <w:color w:val="166A3A"/>
        </w:rPr>
        <w:t>【答案】D  【解析】燃烧三要素：可燃物、助燃物、点火源，三者缺一不可。</w:t>
      </w:r>
    </w:p>
    <w:p>
      <w:r>
        <w:rPr>
          <w:b w:val="0"/>
        </w:rPr>
        <w:t>2. 【单选】下列物质中属于易燃气体的是（ ）。</w:t>
      </w:r>
    </w:p>
    <w:p>
      <w:r>
        <w:t xml:space="preserve">    A. 氧气</w:t>
      </w:r>
    </w:p>
    <w:p>
      <w:r>
        <w:t xml:space="preserve">    B. 氢气</w:t>
      </w:r>
    </w:p>
    <w:p>
      <w:r>
        <w:t xml:space="preserve">    C. 氮气</w:t>
      </w:r>
    </w:p>
    <w:p>
      <w:r>
        <w:t xml:space="preserve">    D. 二氧化碳</w:t>
      </w:r>
    </w:p>
    <w:p>
      <w:r>
        <w:rPr>
          <w:color w:val="166A3A"/>
        </w:rPr>
        <w:t>【答案】B  【解析】氢气易燃；氧气是助燃物但本身不可燃，氮气、二氧化碳不燃。</w:t>
      </w:r>
    </w:p>
    <w:p>
      <w:r>
        <w:rPr>
          <w:b w:val="0"/>
        </w:rPr>
        <w:t>3. 【单选】火灾可分为A、B、C、D、E、F六类，其中A类火灾是指（ ）。</w:t>
      </w:r>
    </w:p>
    <w:p>
      <w:r>
        <w:t xml:space="preserve">    A. 固体物质火灾</w:t>
      </w:r>
    </w:p>
    <w:p>
      <w:r>
        <w:t xml:space="preserve">    B. 液体或可熔化固体火灾</w:t>
      </w:r>
    </w:p>
    <w:p>
      <w:r>
        <w:t xml:space="preserve">    C. 气体火灾</w:t>
      </w:r>
    </w:p>
    <w:p>
      <w:r>
        <w:t xml:space="preserve">    D. 金属火灾</w:t>
      </w:r>
    </w:p>
    <w:p>
      <w:r>
        <w:rPr>
          <w:color w:val="166A3A"/>
        </w:rPr>
        <w:t>【答案】A  【解析】A类固体（木材、纸张、棉麻）；B类液体/可熔化固体；C类气体；D类金属；E类带电；F类烹饪器具内油脂。</w:t>
      </w:r>
    </w:p>
    <w:p>
      <w:r>
        <w:rPr>
          <w:b w:val="0"/>
        </w:rPr>
        <w:t>4. 【单选】汽油、原油火灾属于（ ）类火灾。</w:t>
      </w:r>
    </w:p>
    <w:p>
      <w:r>
        <w:t xml:space="preserve">    A. A</w:t>
      </w:r>
    </w:p>
    <w:p>
      <w:r>
        <w:t xml:space="preserve">    B. B</w:t>
      </w:r>
    </w:p>
    <w:p>
      <w:r>
        <w:t xml:space="preserve">    C. C</w:t>
      </w:r>
    </w:p>
    <w:p>
      <w:r>
        <w:t xml:space="preserve">    D. E</w:t>
      </w:r>
    </w:p>
    <w:p>
      <w:r>
        <w:rPr>
          <w:color w:val="166A3A"/>
        </w:rPr>
        <w:t>【答案】B  【解析】液体或可熔化固体火灾为B类。</w:t>
      </w:r>
    </w:p>
    <w:p>
      <w:r>
        <w:rPr>
          <w:b w:val="0"/>
        </w:rPr>
        <w:t>5. 【单选】带电设备火灾属于（ ）类火灾。</w:t>
      </w:r>
    </w:p>
    <w:p>
      <w:r>
        <w:t xml:space="preserve">    A. C</w:t>
      </w:r>
    </w:p>
    <w:p>
      <w:r>
        <w:t xml:space="preserve">    B. D</w:t>
      </w:r>
    </w:p>
    <w:p>
      <w:r>
        <w:t xml:space="preserve">    C. E</w:t>
      </w:r>
    </w:p>
    <w:p>
      <w:r>
        <w:t xml:space="preserve">    D. F</w:t>
      </w:r>
    </w:p>
    <w:p>
      <w:r>
        <w:rPr>
          <w:color w:val="166A3A"/>
        </w:rPr>
        <w:t>【答案】C  【解析】E类火灾为带电火灾，指物体带电燃烧的火灾。</w:t>
      </w:r>
    </w:p>
    <w:p>
      <w:r>
        <w:rPr>
          <w:b w:val="0"/>
        </w:rPr>
        <w:t>6. 【单选】灭火的基本原理不包括（ ）。</w:t>
      </w:r>
    </w:p>
    <w:p>
      <w:r>
        <w:t xml:space="preserve">    A. 冷却</w:t>
      </w:r>
    </w:p>
    <w:p>
      <w:r>
        <w:t xml:space="preserve">    B. 隔离</w:t>
      </w:r>
    </w:p>
    <w:p>
      <w:r>
        <w:t xml:space="preserve">    C. 窒息</w:t>
      </w:r>
    </w:p>
    <w:p>
      <w:r>
        <w:t xml:space="preserve">    D. 加热</w:t>
      </w:r>
    </w:p>
    <w:p>
      <w:r>
        <w:rPr>
          <w:color w:val="166A3A"/>
        </w:rPr>
        <w:t>【答案】D  【解析】灭火四原理：冷却、隔离、窒息、化学抑制。</w:t>
      </w:r>
    </w:p>
    <w:p>
      <w:r>
        <w:rPr>
          <w:b w:val="0"/>
        </w:rPr>
        <w:t>7. 【单选】用干粉灭火器灭火的主要机理是（ ）。</w:t>
      </w:r>
    </w:p>
    <w:p>
      <w:r>
        <w:t xml:space="preserve">    A. 冷却</w:t>
      </w:r>
    </w:p>
    <w:p>
      <w:r>
        <w:t xml:space="preserve">    B. 隔离</w:t>
      </w:r>
    </w:p>
    <w:p>
      <w:r>
        <w:t xml:space="preserve">    C. 化学抑制</w:t>
      </w:r>
    </w:p>
    <w:p>
      <w:r>
        <w:t xml:space="preserve">    D. 窒息</w:t>
      </w:r>
    </w:p>
    <w:p>
      <w:r>
        <w:rPr>
          <w:color w:val="166A3A"/>
        </w:rPr>
        <w:t>【答案】C  【解析】干粉灭火剂通过化学抑制作用中断燃烧链式反应。</w:t>
      </w:r>
    </w:p>
    <w:p>
      <w:r>
        <w:rPr>
          <w:b w:val="0"/>
        </w:rPr>
        <w:t>8. 【单选】使用灭火器扑救火灾时，喷射口应对准火焰的（ ）。</w:t>
      </w:r>
    </w:p>
    <w:p>
      <w:r>
        <w:t xml:space="preserve">    A. 上部</w:t>
      </w:r>
    </w:p>
    <w:p>
      <w:r>
        <w:t xml:space="preserve">    B. 中部</w:t>
      </w:r>
    </w:p>
    <w:p>
      <w:r>
        <w:t xml:space="preserve">    C. 根部</w:t>
      </w:r>
    </w:p>
    <w:p>
      <w:r>
        <w:t xml:space="preserve">    D. 外部</w:t>
      </w:r>
    </w:p>
    <w:p>
      <w:r>
        <w:rPr>
          <w:color w:val="166A3A"/>
        </w:rPr>
        <w:t>【答案】C  【解析】灭火应对准火焰根部扫射，才能有效扑灭燃烧物。</w:t>
      </w:r>
    </w:p>
    <w:p>
      <w:r>
        <w:rPr>
          <w:b w:val="0"/>
        </w:rPr>
        <w:t>9. 【单选】火灾中致人死亡的最主要原因是（ ）。</w:t>
      </w:r>
    </w:p>
    <w:p>
      <w:r>
        <w:t xml:space="preserve">    A. 烧死</w:t>
      </w:r>
    </w:p>
    <w:p>
      <w:r>
        <w:t xml:space="preserve">    B. 吸入有毒烟气窒息</w:t>
      </w:r>
    </w:p>
    <w:p>
      <w:r>
        <w:t xml:space="preserve">    C. 跳楼</w:t>
      </w:r>
    </w:p>
    <w:p>
      <w:r>
        <w:t xml:space="preserve">    D. 踩踏</w:t>
      </w:r>
    </w:p>
    <w:p>
      <w:r>
        <w:rPr>
          <w:color w:val="166A3A"/>
        </w:rPr>
        <w:t>【答案】B  【解析】火灾中80%以上死亡由有毒烟气（CO等）窒息中毒造成。</w:t>
      </w:r>
    </w:p>
    <w:p>
      <w:r>
        <w:rPr>
          <w:b w:val="0"/>
        </w:rPr>
        <w:t>10. 【单选】下列防火措施中，属于控制可燃物的是（ ）。</w:t>
      </w:r>
    </w:p>
    <w:p>
      <w:r>
        <w:t xml:space="preserve">    A. 用不燃材料装修</w:t>
      </w:r>
    </w:p>
    <w:p>
      <w:r>
        <w:t xml:space="preserve">    B. 禁止烟火</w:t>
      </w:r>
    </w:p>
    <w:p>
      <w:r>
        <w:t xml:space="preserve">    C. 安装避雷</w:t>
      </w:r>
    </w:p>
    <w:p>
      <w:r>
        <w:t xml:space="preserve">    D. 隔绝空气</w:t>
      </w:r>
    </w:p>
    <w:p>
      <w:r>
        <w:rPr>
          <w:color w:val="166A3A"/>
        </w:rPr>
        <w:t>【答案】A  【解析】以不燃/难燃材料代替可燃材料是控制可燃物。</w:t>
      </w:r>
    </w:p>
    <w:p>
      <w:r>
        <w:rPr>
          <w:b w:val="0"/>
        </w:rPr>
        <w:t>11. 【单选】烟头中心温度可达（ ），能引燃许多可燃物。</w:t>
      </w:r>
    </w:p>
    <w:p>
      <w:r>
        <w:t xml:space="preserve">    A. 100℃</w:t>
      </w:r>
    </w:p>
    <w:p>
      <w:r>
        <w:t xml:space="preserve">    B. 200~300℃</w:t>
      </w:r>
    </w:p>
    <w:p>
      <w:r>
        <w:t xml:space="preserve">    C. 700~800℃</w:t>
      </w:r>
    </w:p>
    <w:p>
      <w:r>
        <w:t xml:space="preserve">    D. 1000℃以上</w:t>
      </w:r>
    </w:p>
    <w:p>
      <w:r>
        <w:rPr>
          <w:color w:val="166A3A"/>
        </w:rPr>
        <w:t>【答案】C  【解析】烟头表面温度200~300℃，中心温度700~800℃。</w:t>
      </w:r>
    </w:p>
    <w:p>
      <w:r>
        <w:rPr>
          <w:b w:val="0"/>
        </w:rPr>
        <w:t>12. 【单选】下列属于重大火灾隐患判定原则的是（ ）。</w:t>
      </w:r>
    </w:p>
    <w:p>
      <w:r>
        <w:t xml:space="preserve">    A. 危险大、整改难、可能造成重大伤亡</w:t>
      </w:r>
    </w:p>
    <w:p>
      <w:r>
        <w:t xml:space="preserve">    B. 小火情</w:t>
      </w:r>
    </w:p>
    <w:p>
      <w:r>
        <w:t xml:space="preserve">    C. 仅一个灭火器过期</w:t>
      </w:r>
    </w:p>
    <w:p>
      <w:r>
        <w:t xml:space="preserve">    D. 卫生问题</w:t>
      </w:r>
    </w:p>
    <w:p>
      <w:r>
        <w:rPr>
          <w:color w:val="166A3A"/>
        </w:rPr>
        <w:t>【答案】A  【解析】重大火灾隐患指违反消防法规，可能导致火灾或增大危害、造成重大伤亡损失的不安全因素。</w:t>
      </w:r>
    </w:p>
    <w:p>
      <w:r>
        <w:rPr>
          <w:b w:val="0"/>
        </w:rPr>
        <w:t>13. 【单选】高层建筑发生火灾时，人员疏散应（ ）。</w:t>
      </w:r>
    </w:p>
    <w:p>
      <w:r>
        <w:t xml:space="preserve">    A. 乘电梯快速下楼</w:t>
      </w:r>
    </w:p>
    <w:p>
      <w:r>
        <w:t xml:space="preserve">    B. 沿疏散楼梯向下逃生，不乘普通电梯</w:t>
      </w:r>
    </w:p>
    <w:p>
      <w:r>
        <w:t xml:space="preserve">    C. 往上跑</w:t>
      </w:r>
    </w:p>
    <w:p>
      <w:r>
        <w:t xml:space="preserve">    D. 躲进衣柜</w:t>
      </w:r>
    </w:p>
    <w:p>
      <w:r>
        <w:rPr>
          <w:color w:val="166A3A"/>
        </w:rPr>
        <w:t>【答案】B  【解析】火灾时严禁乘普通电梯，应走疏散楼梯；烟火向上蔓延，一般向下逃生。</w:t>
      </w:r>
    </w:p>
    <w:p>
      <w:r>
        <w:rPr>
          <w:b w:val="0"/>
        </w:rPr>
        <w:t>14. 【单选】用直流水不能扑救的火灾是（ ）。</w:t>
      </w:r>
    </w:p>
    <w:p>
      <w:r>
        <w:t xml:space="preserve">    A. 木材火灾</w:t>
      </w:r>
    </w:p>
    <w:p>
      <w:r>
        <w:t xml:space="preserve">    B. 带电设备火灾</w:t>
      </w:r>
    </w:p>
    <w:p>
      <w:r>
        <w:t xml:space="preserve">    C. 棉布火灾</w:t>
      </w:r>
    </w:p>
    <w:p>
      <w:r>
        <w:t xml:space="preserve">    D. 纸张火灾</w:t>
      </w:r>
    </w:p>
    <w:p>
      <w:r>
        <w:rPr>
          <w:color w:val="166A3A"/>
        </w:rPr>
        <w:t>【答案】B  【解析】直流水导电，不能用于带电设备及遇水燃烧物质火灾。</w:t>
      </w:r>
    </w:p>
    <w:p>
      <w:r>
        <w:rPr>
          <w:b w:val="0"/>
        </w:rPr>
        <w:t>15. 【单选】易燃液体的闪点越低，其火灾危险性（ ）。</w:t>
      </w:r>
    </w:p>
    <w:p>
      <w:r>
        <w:t xml:space="preserve">    A. 越大</w:t>
      </w:r>
    </w:p>
    <w:p>
      <w:r>
        <w:t xml:space="preserve">    B. 越小</w:t>
      </w:r>
    </w:p>
    <w:p>
      <w:r>
        <w:t xml:space="preserve">    C. 不变</w:t>
      </w:r>
    </w:p>
    <w:p>
      <w:r>
        <w:t xml:space="preserve">    D. 无关</w:t>
      </w:r>
    </w:p>
    <w:p>
      <w:r>
        <w:rPr>
          <w:color w:val="166A3A"/>
        </w:rPr>
        <w:t>【答案】A  【解析】闪点越低，越易被引燃，火灾危险性越大。</w:t>
      </w:r>
    </w:p>
    <w:p>
      <w:r>
        <w:rPr>
          <w:b w:val="0"/>
        </w:rPr>
        <w:t>16. 【单选】火灾初起阶段是扑救火灾（ ）的阶段。</w:t>
      </w:r>
    </w:p>
    <w:p>
      <w:r>
        <w:t xml:space="preserve">    A. 最不利</w:t>
      </w:r>
    </w:p>
    <w:p>
      <w:r>
        <w:t xml:space="preserve">    B. 最有利</w:t>
      </w:r>
    </w:p>
    <w:p>
      <w:r>
        <w:t xml:space="preserve">    C. 无法扑救</w:t>
      </w:r>
    </w:p>
    <w:p>
      <w:r>
        <w:t xml:space="preserve">    D. 需撤离</w:t>
      </w:r>
    </w:p>
    <w:p>
      <w:r>
        <w:rPr>
          <w:color w:val="166A3A"/>
        </w:rPr>
        <w:t>【答案】B  【解析】初起阶段火势小、易扑灭，是扑救最佳时机。</w:t>
      </w:r>
    </w:p>
    <w:p>
      <w:r>
        <w:rPr>
          <w:b w:val="0"/>
        </w:rPr>
        <w:t>17. 【单选】下列物质火灾中，可以用直流水扑救的是（ ）。</w:t>
      </w:r>
    </w:p>
    <w:p>
      <w:r>
        <w:t xml:space="preserve">    A. 金属钾</w:t>
      </w:r>
    </w:p>
    <w:p>
      <w:r>
        <w:t xml:space="preserve">    B. 浓硫酸</w:t>
      </w:r>
    </w:p>
    <w:p>
      <w:r>
        <w:t xml:space="preserve">    C. 木材</w:t>
      </w:r>
    </w:p>
    <w:p>
      <w:r>
        <w:t xml:space="preserve">    D. 电石</w:t>
      </w:r>
    </w:p>
    <w:p>
      <w:r>
        <w:rPr>
          <w:color w:val="166A3A"/>
        </w:rPr>
        <w:t>【答案】C  【解析】钾、电石遇水放氢易爆，浓硫酸遇水放热飞溅；木材可用水扑救。</w:t>
      </w:r>
    </w:p>
    <w:p>
      <w:r>
        <w:rPr>
          <w:b w:val="0"/>
        </w:rPr>
        <w:t>18. 【单选】窒息灭火法是通过（ ）使燃烧停止。</w:t>
      </w:r>
    </w:p>
    <w:p>
      <w:r>
        <w:t xml:space="preserve">    A. 降低温度到燃点以下</w:t>
      </w:r>
    </w:p>
    <w:p>
      <w:r>
        <w:t xml:space="preserve">    B. 隔绝空气（氧）</w:t>
      </w:r>
    </w:p>
    <w:p>
      <w:r>
        <w:t xml:space="preserve">    C. 移走可燃物</w:t>
      </w:r>
    </w:p>
    <w:p>
      <w:r>
        <w:t xml:space="preserve">    D. 化学抑制</w:t>
      </w:r>
    </w:p>
    <w:p>
      <w:r>
        <w:rPr>
          <w:color w:val="166A3A"/>
        </w:rPr>
        <w:t>【答案】B  【解析】窒息法是阻止空气流入燃烧区或用不燃物稀释氧浓度。</w:t>
      </w:r>
    </w:p>
    <w:p>
      <w:r>
        <w:rPr>
          <w:b w:val="0"/>
        </w:rPr>
        <w:t>19. 【单选】身上着火时，错误的做法是（ ）。</w:t>
      </w:r>
    </w:p>
    <w:p>
      <w:r>
        <w:t xml:space="preserve">    A. 就地打滚压灭火焰</w:t>
      </w:r>
    </w:p>
    <w:p>
      <w:r>
        <w:t xml:space="preserve">    B. 用厚重衣物覆盖</w:t>
      </w:r>
    </w:p>
    <w:p>
      <w:r>
        <w:t xml:space="preserve">    C. 快速奔跑吹风助燃</w:t>
      </w:r>
    </w:p>
    <w:p>
      <w:r>
        <w:t xml:space="preserve">    D. 就地卧倒翻滚</w:t>
      </w:r>
    </w:p>
    <w:p>
      <w:r>
        <w:rPr>
          <w:color w:val="166A3A"/>
        </w:rPr>
        <w:t>【答案】C  【解析】奔跑会加速空气对流助燃，应就地打滚或用厚重衣物压灭。</w:t>
      </w:r>
    </w:p>
    <w:p>
      <w:r>
        <w:rPr>
          <w:b w:val="0"/>
        </w:rPr>
        <w:t>20. 【单选】我国消防工作方针是（ ）。</w:t>
      </w:r>
    </w:p>
    <w:p>
      <w:r>
        <w:t xml:space="preserve">    A. 预防为主、防消结合</w:t>
      </w:r>
    </w:p>
    <w:p>
      <w:r>
        <w:t xml:space="preserve">    B. 安全第一</w:t>
      </w:r>
    </w:p>
    <w:p>
      <w:r>
        <w:t xml:space="preserve">    C. 以人为本</w:t>
      </w:r>
    </w:p>
    <w:p>
      <w:r>
        <w:t xml:space="preserve">    D. 隐患险于明火</w:t>
      </w:r>
    </w:p>
    <w:p>
      <w:r>
        <w:rPr>
          <w:color w:val="166A3A"/>
        </w:rPr>
        <w:t>【答案】A  【解析】消防工作方针：预防为主、防消结合。</w:t>
      </w:r>
    </w:p>
    <w:p>
      <w:r>
        <w:rPr>
          <w:b w:val="0"/>
        </w:rPr>
        <w:t>21. 【单选】高层民用建筑与单、多层民用建筑的划分，住宅建筑以（ ）米为界。</w:t>
      </w:r>
    </w:p>
    <w:p>
      <w:r>
        <w:t xml:space="preserve">    A. 24</w:t>
      </w:r>
    </w:p>
    <w:p>
      <w:r>
        <w:t xml:space="preserve">    B. 27</w:t>
      </w:r>
    </w:p>
    <w:p>
      <w:r>
        <w:t xml:space="preserve">    C. 50</w:t>
      </w:r>
    </w:p>
    <w:p>
      <w:r>
        <w:t xml:space="preserve">    D. 100</w:t>
      </w:r>
    </w:p>
    <w:p>
      <w:r>
        <w:rPr>
          <w:color w:val="166A3A"/>
        </w:rPr>
        <w:t>【答案】B  【解析】住宅建筑高度大于27m为高层；公共建筑大于24m为高层。</w:t>
      </w:r>
    </w:p>
    <w:p>
      <w:r>
        <w:rPr>
          <w:b w:val="0"/>
        </w:rPr>
        <w:t>22. 【单选】建筑中疏散楼梯间属于（ ）。</w:t>
      </w:r>
    </w:p>
    <w:p>
      <w:r>
        <w:t xml:space="preserve">    A. 防火分隔设施</w:t>
      </w:r>
    </w:p>
    <w:p>
      <w:r>
        <w:t xml:space="preserve">    B. 安全疏散设施</w:t>
      </w:r>
    </w:p>
    <w:p>
      <w:r>
        <w:t xml:space="preserve">    C. 灭火设施</w:t>
      </w:r>
    </w:p>
    <w:p>
      <w:r>
        <w:t xml:space="preserve">    D. 报警设施</w:t>
      </w:r>
    </w:p>
    <w:p>
      <w:r>
        <w:rPr>
          <w:color w:val="166A3A"/>
        </w:rPr>
        <w:t>【答案】B  【解析】疏散楼梯、疏散门、应急照明、疏散指示标志属安全疏散设施。</w:t>
      </w:r>
    </w:p>
    <w:p>
      <w:r>
        <w:rPr>
          <w:b w:val="0"/>
        </w:rPr>
        <w:t>23. 【单选】公共建筑内疏散照明的地面最低水平照度，对于人员密集场所不应低于（ ）lx。</w:t>
      </w:r>
    </w:p>
    <w:p>
      <w:r>
        <w:t xml:space="preserve">    A. 1.0</w:t>
      </w:r>
    </w:p>
    <w:p>
      <w:r>
        <w:t xml:space="preserve">    B. 3.0</w:t>
      </w:r>
    </w:p>
    <w:p>
      <w:r>
        <w:t xml:space="preserve">    C. 5.0</w:t>
      </w:r>
    </w:p>
    <w:p>
      <w:r>
        <w:t xml:space="preserve">    D. 10.0</w:t>
      </w:r>
    </w:p>
    <w:p>
      <w:r>
        <w:rPr>
          <w:color w:val="166A3A"/>
        </w:rPr>
        <w:t>【答案】C  【解析】人员密集场所、楼梯间等不低于5.0lx；普通走道不低于1.0lx。</w:t>
      </w:r>
    </w:p>
    <w:p>
      <w:r>
        <w:rPr>
          <w:b w:val="0"/>
        </w:rPr>
        <w:t>24. 【单选】防火门按耐火性能分为甲、乙、丙三级，其中甲级防火门耐火极限不低于（ ）h。</w:t>
      </w:r>
    </w:p>
    <w:p>
      <w:r>
        <w:t xml:space="preserve">    A. 0.5</w:t>
      </w:r>
    </w:p>
    <w:p>
      <w:r>
        <w:t xml:space="preserve">    B. 1.0</w:t>
      </w:r>
    </w:p>
    <w:p>
      <w:r>
        <w:t xml:space="preserve">    C. 1.5</w:t>
      </w:r>
    </w:p>
    <w:p>
      <w:r>
        <w:t xml:space="preserve">    D. 2.0</w:t>
      </w:r>
    </w:p>
    <w:p>
      <w:r>
        <w:rPr>
          <w:color w:val="166A3A"/>
        </w:rPr>
        <w:t>【答案】C  【解析】甲级1.5h、乙级1.0h、丙级0.5h。</w:t>
      </w:r>
    </w:p>
    <w:p>
      <w:r>
        <w:rPr>
          <w:b w:val="0"/>
        </w:rPr>
        <w:t>25. 【单选】常闭防火门在平时应处于（ ）状态。</w:t>
      </w:r>
    </w:p>
    <w:p>
      <w:r>
        <w:t xml:space="preserve">    A. 开启并用木楔固定</w:t>
      </w:r>
    </w:p>
    <w:p>
      <w:r>
        <w:t xml:space="preserve">    B. 关闭</w:t>
      </w:r>
    </w:p>
    <w:p>
      <w:r>
        <w:t xml:space="preserve">    C. 半开</w:t>
      </w:r>
    </w:p>
    <w:p>
      <w:r>
        <w:t xml:space="preserve">    D. 上锁</w:t>
      </w:r>
    </w:p>
    <w:p>
      <w:r>
        <w:rPr>
          <w:color w:val="166A3A"/>
        </w:rPr>
        <w:t>【答案】B  【解析】常闭防火门应保持关闭，不得用锁钩或物品卡住常开。</w:t>
      </w:r>
    </w:p>
    <w:p>
      <w:r>
        <w:rPr>
          <w:b w:val="0"/>
        </w:rPr>
        <w:t>26. 【单选】建筑中设置的排烟设施作用是（ ）。</w:t>
      </w:r>
    </w:p>
    <w:p>
      <w:r>
        <w:t xml:space="preserve">    A. 排除火灾烟气、便于人员疏散和消防救援</w:t>
      </w:r>
    </w:p>
    <w:p>
      <w:r>
        <w:t xml:space="preserve">    B. 降温</w:t>
      </w:r>
    </w:p>
    <w:p>
      <w:r>
        <w:t xml:space="preserve">    C. 照明</w:t>
      </w:r>
    </w:p>
    <w:p>
      <w:r>
        <w:t xml:space="preserve">    D. 报警</w:t>
      </w:r>
    </w:p>
    <w:p>
      <w:r>
        <w:rPr>
          <w:color w:val="166A3A"/>
        </w:rPr>
        <w:t>【答案】A  【解析】排烟系统排出烟气，改善疏散条件、提高能见度。</w:t>
      </w:r>
    </w:p>
    <w:p>
      <w:r>
        <w:rPr>
          <w:b w:val="0"/>
        </w:rPr>
        <w:t>27. 【单选】下列关于安全疏散出口的说法正确的是（ ）。</w:t>
      </w:r>
    </w:p>
    <w:p>
      <w:r>
        <w:t xml:space="preserve">    A. 可临时上锁防盗</w:t>
      </w:r>
    </w:p>
    <w:p>
      <w:r>
        <w:t xml:space="preserve">    B. 不得占用、堵塞、锁闭</w:t>
      </w:r>
    </w:p>
    <w:p>
      <w:r>
        <w:t xml:space="preserve">    C. 可堆放杂物</w:t>
      </w:r>
    </w:p>
    <w:p>
      <w:r>
        <w:t xml:space="preserve">    D. 平时可封闭</w:t>
      </w:r>
    </w:p>
    <w:p>
      <w:r>
        <w:rPr>
          <w:color w:val="166A3A"/>
        </w:rPr>
        <w:t>【答案】B  【解析】疏散通道、安全出口必须保持畅通，严禁占用堵塞锁闭。</w:t>
      </w:r>
    </w:p>
    <w:p>
      <w:r>
        <w:rPr>
          <w:b w:val="0"/>
        </w:rPr>
        <w:t>28. 【单选】防火卷帘下降至距地（楼）面（ ）m处应停止，便于人员疏散。</w:t>
      </w:r>
    </w:p>
    <w:p>
      <w:r>
        <w:t xml:space="preserve">    A. 1.0</w:t>
      </w:r>
    </w:p>
    <w:p>
      <w:r>
        <w:t xml:space="preserve">    B. 1.8</w:t>
      </w:r>
    </w:p>
    <w:p>
      <w:r>
        <w:t xml:space="preserve">    C. 2.5</w:t>
      </w:r>
    </w:p>
    <w:p>
      <w:r>
        <w:t xml:space="preserve">    D. 3.0</w:t>
      </w:r>
    </w:p>
    <w:p>
      <w:r>
        <w:rPr>
          <w:color w:val="166A3A"/>
        </w:rPr>
        <w:t>【答案】B  【解析】疏散通道上的防火卷帘应两步降：先降至1.8m延时，再降到底。</w:t>
      </w:r>
    </w:p>
    <w:p>
      <w:r>
        <w:rPr>
          <w:b w:val="0"/>
        </w:rPr>
        <w:t>29. 【单选】高层建筑中，消防车登高操作场地靠建筑外墙一侧边缘距离建筑外墙不宜小于（ ）m。</w:t>
      </w:r>
    </w:p>
    <w:p>
      <w:r>
        <w:t xml:space="preserve">    A. 2</w:t>
      </w:r>
    </w:p>
    <w:p>
      <w:r>
        <w:t xml:space="preserve">    B. 5</w:t>
      </w:r>
    </w:p>
    <w:p>
      <w:r>
        <w:t xml:space="preserve">    C. 10</w:t>
      </w:r>
    </w:p>
    <w:p>
      <w:r>
        <w:t xml:space="preserve">    D. 15</w:t>
      </w:r>
    </w:p>
    <w:p>
      <w:r>
        <w:rPr>
          <w:color w:val="166A3A"/>
        </w:rPr>
        <w:t>【答案】B  【解析】消防车登高操作场地靠建筑外墙一侧边缘距外墙不宜小于5m，且不宜大于10m。</w:t>
      </w:r>
    </w:p>
    <w:p>
      <w:r>
        <w:rPr>
          <w:b w:val="0"/>
        </w:rPr>
        <w:t>30. 【单选】下列建筑材料中燃烧性能为不燃材料（A级）的是（ ）。</w:t>
      </w:r>
    </w:p>
    <w:p>
      <w:r>
        <w:t xml:space="preserve">    A. 木材</w:t>
      </w:r>
    </w:p>
    <w:p>
      <w:r>
        <w:t xml:space="preserve">    B. 石膏板、混凝土</w:t>
      </w:r>
    </w:p>
    <w:p>
      <w:r>
        <w:t xml:space="preserve">    C. 塑料</w:t>
      </w:r>
    </w:p>
    <w:p>
      <w:r>
        <w:t xml:space="preserve">    D. 地毯</w:t>
      </w:r>
    </w:p>
    <w:p>
      <w:r>
        <w:rPr>
          <w:color w:val="166A3A"/>
        </w:rPr>
        <w:t>【答案】B  【解析】混凝土、砖、石膏板、钢材等为不燃材料A级。</w:t>
      </w:r>
    </w:p>
    <w:p>
      <w:r>
        <w:rPr>
          <w:b w:val="0"/>
        </w:rPr>
        <w:t>31. 【单选】安全出口的疏散门应（ ）。</w:t>
      </w:r>
    </w:p>
    <w:p>
      <w:r>
        <w:t xml:space="preserve">    A. 向疏散方向开启</w:t>
      </w:r>
    </w:p>
    <w:p>
      <w:r>
        <w:t xml:space="preserve">    B. 向内开启</w:t>
      </w:r>
    </w:p>
    <w:p>
      <w:r>
        <w:t xml:space="preserve">    C. 双向随意</w:t>
      </w:r>
    </w:p>
    <w:p>
      <w:r>
        <w:t xml:space="preserve">    D. 固定不开</w:t>
      </w:r>
    </w:p>
    <w:p>
      <w:r>
        <w:rPr>
          <w:color w:val="166A3A"/>
        </w:rPr>
        <w:t>【答案】A  【解析】疏散门应向疏散方向开启，人数不超过60人且每樘门平均疏散人数不超过30人的除外。</w:t>
      </w:r>
    </w:p>
    <w:p>
      <w:r>
        <w:rPr>
          <w:b w:val="0"/>
        </w:rPr>
        <w:t>32. 【单选】防火分区是指在建筑内部采用（ ）等分隔而成，能在一定时间内防止火灾向同一建筑其余部分蔓延的局部空间。</w:t>
      </w:r>
    </w:p>
    <w:p>
      <w:r>
        <w:t xml:space="preserve">    A. 防火墙、耐火楼板</w:t>
      </w:r>
    </w:p>
    <w:p>
      <w:r>
        <w:t xml:space="preserve">    B. 玻璃</w:t>
      </w:r>
    </w:p>
    <w:p>
      <w:r>
        <w:t xml:space="preserve">    C. 窗帘</w:t>
      </w:r>
    </w:p>
    <w:p>
      <w:r>
        <w:t xml:space="preserve">    D. 普通木门</w:t>
      </w:r>
    </w:p>
    <w:p>
      <w:r>
        <w:rPr>
          <w:color w:val="166A3A"/>
        </w:rPr>
        <w:t>【答案】A  【解析】防火分区用防火墙、耐火楼板、防火门卷帘等分隔。</w:t>
      </w:r>
    </w:p>
    <w:p>
      <w:r>
        <w:rPr>
          <w:b w:val="0"/>
        </w:rPr>
        <w:t>33. 【单选】建筑发生火灾时，烟气流动的方向通常是火势蔓延的一个主要方向，一般烟气水平扩散速度约为（ ）m/s。</w:t>
      </w:r>
    </w:p>
    <w:p>
      <w:r>
        <w:t xml:space="preserve">    A. 0.1~0.3</w:t>
      </w:r>
    </w:p>
    <w:p>
      <w:r>
        <w:t xml:space="preserve">    B. 1~5</w:t>
      </w:r>
    </w:p>
    <w:p>
      <w:r>
        <w:t xml:space="preserve">    C. 10</w:t>
      </w:r>
    </w:p>
    <w:p>
      <w:r>
        <w:t xml:space="preserve">    D. 20</w:t>
      </w:r>
    </w:p>
    <w:p>
      <w:r>
        <w:rPr>
          <w:color w:val="166A3A"/>
        </w:rPr>
        <w:t>【答案】A  【解析】水平方向烟气流速约0.1~0.3m/s，垂直方向可达3~5m/s以上。</w:t>
      </w:r>
    </w:p>
    <w:p>
      <w:r>
        <w:rPr>
          <w:b w:val="0"/>
        </w:rPr>
        <w:t>34. 【单选】下列关于消防车通道说法正确的是（ ）。</w:t>
      </w:r>
    </w:p>
    <w:p>
      <w:r>
        <w:t xml:space="preserve">    A. 可停车占用</w:t>
      </w:r>
    </w:p>
    <w:p>
      <w:r>
        <w:t xml:space="preserve">    B. 应保持畅通，宽度、净高满足要求</w:t>
      </w:r>
    </w:p>
    <w:p>
      <w:r>
        <w:t xml:space="preserve">    C. 可摆摊</w:t>
      </w:r>
    </w:p>
    <w:p>
      <w:r>
        <w:t xml:space="preserve">    D. 可绿化覆盖</w:t>
      </w:r>
    </w:p>
    <w:p>
      <w:r>
        <w:rPr>
          <w:color w:val="166A3A"/>
        </w:rPr>
        <w:t>【答案】B  【解析】消防车通道严禁占用、堵塞，净宽净高一般不小于4m。</w:t>
      </w:r>
    </w:p>
    <w:p>
      <w:r>
        <w:rPr>
          <w:b w:val="0"/>
        </w:rPr>
        <w:t>35. 【单选】应急照明灯具的备用电源连续供电时间，对于建筑高度大于100m的建筑不应少于（ ）min。</w:t>
      </w:r>
    </w:p>
    <w:p>
      <w:r>
        <w:t xml:space="preserve">    A. 30</w:t>
      </w:r>
    </w:p>
    <w:p>
      <w:r>
        <w:t xml:space="preserve">    B. 60</w:t>
      </w:r>
    </w:p>
    <w:p>
      <w:r>
        <w:t xml:space="preserve">    C. 90</w:t>
      </w:r>
    </w:p>
    <w:p>
      <w:r>
        <w:t xml:space="preserve">    D. 180</w:t>
      </w:r>
    </w:p>
    <w:p>
      <w:r>
        <w:rPr>
          <w:color w:val="166A3A"/>
        </w:rPr>
        <w:t>【答案】C  【解析】超高层建筑应急照明持续供电不少于90min。</w:t>
      </w:r>
    </w:p>
    <w:p>
      <w:r>
        <w:rPr>
          <w:b w:val="0"/>
        </w:rPr>
        <w:t>36. 【单选】当火灾确认后，消防控制室应能控制电梯（ ）。</w:t>
      </w:r>
    </w:p>
    <w:p>
      <w:r>
        <w:t xml:space="preserve">    A. 全部停于首层</w:t>
      </w:r>
    </w:p>
    <w:p>
      <w:r>
        <w:t xml:space="preserve">    B. 继续运行</w:t>
      </w:r>
    </w:p>
    <w:p>
      <w:r>
        <w:t xml:space="preserve">    C. 停在中间层</w:t>
      </w:r>
    </w:p>
    <w:p>
      <w:r>
        <w:t xml:space="preserve">    D. 关闭电源</w:t>
      </w:r>
    </w:p>
    <w:p>
      <w:r>
        <w:rPr>
          <w:color w:val="166A3A"/>
        </w:rPr>
        <w:t>【答案】A  【解析】消防联动应使所有电梯迫降首层，普通电梯停用，消防电梯待命。</w:t>
      </w:r>
    </w:p>
    <w:p>
      <w:r>
        <w:rPr>
          <w:b w:val="0"/>
        </w:rPr>
        <w:t>37. 【单选】建筑内常敞开的中庭，应在每层回廊设置（ ）。</w:t>
      </w:r>
    </w:p>
    <w:p>
      <w:r>
        <w:t xml:space="preserve">    A. 自动喷水灭火系统和排烟设施</w:t>
      </w:r>
    </w:p>
    <w:p>
      <w:r>
        <w:t xml:space="preserve">    B. 普通照明</w:t>
      </w:r>
    </w:p>
    <w:p>
      <w:r>
        <w:t xml:space="preserve">    C. 装饰画</w:t>
      </w:r>
    </w:p>
    <w:p>
      <w:r>
        <w:t xml:space="preserve">    D. 门禁</w:t>
      </w:r>
    </w:p>
    <w:p>
      <w:r>
        <w:rPr>
          <w:color w:val="166A3A"/>
        </w:rPr>
        <w:t>【答案】A  【解析】中庭应设自喷、排烟、火灾自动报警等。</w:t>
      </w:r>
    </w:p>
    <w:p>
      <w:r>
        <w:rPr>
          <w:b w:val="0"/>
        </w:rPr>
        <w:t>38. 【单选】下列不属于安全疏散设施的是（ ）。</w:t>
      </w:r>
    </w:p>
    <w:p>
      <w:r>
        <w:t xml:space="preserve">    A. 疏散楼梯</w:t>
      </w:r>
    </w:p>
    <w:p>
      <w:r>
        <w:t xml:space="preserve">    B. 应急照明</w:t>
      </w:r>
    </w:p>
    <w:p>
      <w:r>
        <w:t xml:space="preserve">    C. 室内消火栓</w:t>
      </w:r>
    </w:p>
    <w:p>
      <w:r>
        <w:t xml:space="preserve">    D. 疏散指示标志</w:t>
      </w:r>
    </w:p>
    <w:p>
      <w:r>
        <w:rPr>
          <w:color w:val="166A3A"/>
        </w:rPr>
        <w:t>【答案】C  【解析】室内消火栓是灭火设施；疏散楼梯、应急照明、疏散指示为疏散设施。</w:t>
      </w:r>
    </w:p>
    <w:p>
      <w:r>
        <w:rPr>
          <w:b w:val="0"/>
        </w:rPr>
        <w:t>39. 【单选】高层建筑疏散楼梯在首层应设置（ ），直通室外。</w:t>
      </w:r>
    </w:p>
    <w:p>
      <w:r>
        <w:t xml:space="preserve">    A. 扩大的封闭楼梯间/防烟楼梯间前室</w:t>
      </w:r>
    </w:p>
    <w:p>
      <w:r>
        <w:t xml:space="preserve">    B. 储藏间</w:t>
      </w:r>
    </w:p>
    <w:p>
      <w:r>
        <w:t xml:space="preserve">    C. 商铺</w:t>
      </w:r>
    </w:p>
    <w:p>
      <w:r>
        <w:t xml:space="preserve">    D. 厕所</w:t>
      </w:r>
    </w:p>
    <w:p>
      <w:r>
        <w:rPr>
          <w:color w:val="166A3A"/>
        </w:rPr>
        <w:t>【答案】A  【解析】首层宜将走道和门厅等围成扩大封闭/防烟前室，直通室外。</w:t>
      </w:r>
    </w:p>
    <w:p>
      <w:r>
        <w:rPr>
          <w:b w:val="0"/>
        </w:rPr>
        <w:t>40. 【单选】防火间距不足时，下列措施无效的是（ ）。</w:t>
      </w:r>
    </w:p>
    <w:p>
      <w:r>
        <w:t xml:space="preserve">    A. 提高耐火等级、设防火防火墙</w:t>
      </w:r>
    </w:p>
    <w:p>
      <w:r>
        <w:t xml:space="preserve">    B. 拆除旧建筑</w:t>
      </w:r>
    </w:p>
    <w:p>
      <w:r>
        <w:t xml:space="preserve">    C. 种树遮挡</w:t>
      </w:r>
    </w:p>
    <w:p>
      <w:r>
        <w:t xml:space="preserve">    D. 设置独立室外防火墙</w:t>
      </w:r>
    </w:p>
    <w:p>
      <w:r>
        <w:rPr>
          <w:color w:val="166A3A"/>
        </w:rPr>
        <w:t>【答案】C  【解析】树木不能阻止热辐射和火焰蔓延。</w:t>
      </w:r>
    </w:p>
    <w:p>
      <w:r>
        <w:rPr>
          <w:b w:val="0"/>
        </w:rPr>
        <w:t>41. 【单选】消防控制室必须实行每日（ ）小时专人值班制度，每班不应少于（ ）人。</w:t>
      </w:r>
    </w:p>
    <w:p>
      <w:r>
        <w:t xml:space="preserve">    A. 8；1</w:t>
      </w:r>
    </w:p>
    <w:p>
      <w:r>
        <w:t xml:space="preserve">    B. 24；2</w:t>
      </w:r>
    </w:p>
    <w:p>
      <w:r>
        <w:t xml:space="preserve">    C. 12；1</w:t>
      </w:r>
    </w:p>
    <w:p>
      <w:r>
        <w:t xml:space="preserve">    D. 24；1</w:t>
      </w:r>
    </w:p>
    <w:p>
      <w:r>
        <w:rPr>
          <w:color w:val="166A3A"/>
        </w:rPr>
        <w:t>【答案】B  【解析】消防控制室24h值班，每班不少于2人。</w:t>
      </w:r>
    </w:p>
    <w:p>
      <w:r>
        <w:rPr>
          <w:b w:val="0"/>
        </w:rPr>
        <w:t>42. 【单选】火灾自动报警系统中，担负火灾探测报警任务的核心设备是（ ）。</w:t>
      </w:r>
    </w:p>
    <w:p>
      <w:r>
        <w:t xml:space="preserve">    A. 火灾探测器</w:t>
      </w:r>
    </w:p>
    <w:p>
      <w:r>
        <w:t xml:space="preserve">    B. 手动火灾报警按钮</w:t>
      </w:r>
    </w:p>
    <w:p>
      <w:r>
        <w:t xml:space="preserve">    C. 火灾报警控制器</w:t>
      </w:r>
    </w:p>
    <w:p>
      <w:r>
        <w:t xml:space="preserve">    D. 声光警报器</w:t>
      </w:r>
    </w:p>
    <w:p>
      <w:r>
        <w:rPr>
          <w:color w:val="166A3A"/>
        </w:rPr>
        <w:t>【答案】C  【解析】火灾报警控制器是系统核心，接收、显示、传递火警信号并联动设备。</w:t>
      </w:r>
    </w:p>
    <w:p>
      <w:r>
        <w:rPr>
          <w:b w:val="0"/>
        </w:rPr>
        <w:t>43. 【单选】点型感烟火灾探测器适用于（ ）的场所。</w:t>
      </w:r>
    </w:p>
    <w:p>
      <w:r>
        <w:t xml:space="preserve">    A. 平时有烟、水汽滞留</w:t>
      </w:r>
    </w:p>
    <w:p>
      <w:r>
        <w:t xml:space="preserve">    B. 平时无烟火，火灾早期有烟</w:t>
      </w:r>
    </w:p>
    <w:p>
      <w:r>
        <w:t xml:space="preserve">    C. 高速气流</w:t>
      </w:r>
    </w:p>
    <w:p>
      <w:r>
        <w:t xml:space="preserve">    D. 厨房油烟大</w:t>
      </w:r>
    </w:p>
    <w:p>
      <w:r>
        <w:rPr>
          <w:color w:val="166A3A"/>
        </w:rPr>
        <w:t>【答案】B  【解析】感烟探测器探测烟雾粒子，适用于火灾早期阴燃有烟、平时无烟场所。</w:t>
      </w:r>
    </w:p>
    <w:p>
      <w:r>
        <w:rPr>
          <w:b w:val="0"/>
        </w:rPr>
        <w:t>44. 【单选】感温探测器特别适用于（ ）。</w:t>
      </w:r>
    </w:p>
    <w:p>
      <w:r>
        <w:t xml:space="preserve">    A. 书房</w:t>
      </w:r>
    </w:p>
    <w:p>
      <w:r>
        <w:t xml:space="preserve">    B. 平时烟雾粉尘大、不适合感烟的场所（如厨房、车库）</w:t>
      </w:r>
    </w:p>
    <w:p>
      <w:r>
        <w:t xml:space="preserve">    C. 卧室</w:t>
      </w:r>
    </w:p>
    <w:p>
      <w:r>
        <w:t xml:space="preserve">    D. 办公室</w:t>
      </w:r>
    </w:p>
    <w:p>
      <w:r>
        <w:rPr>
          <w:color w:val="166A3A"/>
        </w:rPr>
        <w:t>【答案】B  【解析】感温探测器不响应烟雾，适用于平时油烟、粉尘大的场所。</w:t>
      </w:r>
    </w:p>
    <w:p>
      <w:r>
        <w:rPr>
          <w:b w:val="0"/>
        </w:rPr>
        <w:t>45. 【单选】手动火灾报警按钮安装在墙上时，其底边距地高度宜为（ ）m。</w:t>
      </w:r>
    </w:p>
    <w:p>
      <w:r>
        <w:t xml:space="preserve">    A. 0.5</w:t>
      </w:r>
    </w:p>
    <w:p>
      <w:r>
        <w:t xml:space="preserve">    B. 1.3~1.5</w:t>
      </w:r>
    </w:p>
    <w:p>
      <w:r>
        <w:t xml:space="preserve">    C. 2.0</w:t>
      </w:r>
    </w:p>
    <w:p>
      <w:r>
        <w:t xml:space="preserve">    D. 2.5</w:t>
      </w:r>
    </w:p>
    <w:p>
      <w:r>
        <w:rPr>
          <w:color w:val="166A3A"/>
        </w:rPr>
        <w:t>【答案】B  【解析】手动报警按钮底边距地1.3~1.5m。</w:t>
      </w:r>
    </w:p>
    <w:p>
      <w:r>
        <w:rPr>
          <w:b w:val="0"/>
        </w:rPr>
        <w:t>46. 【单选】火灾报警控制器发出火警信号后，值班人员首先应（ ）。</w:t>
      </w:r>
    </w:p>
    <w:p>
      <w:r>
        <w:t xml:space="preserve">    A. 立即按消音</w:t>
      </w:r>
    </w:p>
    <w:p>
      <w:r>
        <w:t xml:space="preserve">    B. 通过对讲机/视频通知巡查人员到现场确认</w:t>
      </w:r>
    </w:p>
    <w:p>
      <w:r>
        <w:t xml:space="preserve">    C. 立即拨打119</w:t>
      </w:r>
    </w:p>
    <w:p>
      <w:r>
        <w:t xml:space="preserve">    D. 关机</w:t>
      </w:r>
    </w:p>
    <w:p>
      <w:r>
        <w:rPr>
          <w:color w:val="166A3A"/>
        </w:rPr>
        <w:t>【答案】B  【解析】先确认火情：派人到现场核查，确认真实火警后再按程序处置。</w:t>
      </w:r>
    </w:p>
    <w:p>
      <w:r>
        <w:rPr>
          <w:b w:val="0"/>
        </w:rPr>
        <w:t>47. 【单选】经现场确认发生真实火灾后，消防控制室值班人员应首先（ ）。</w:t>
      </w:r>
    </w:p>
    <w:p>
      <w:r>
        <w:t xml:space="preserve">    A. 拨打119报警并启动灭火和应急疏散预案</w:t>
      </w:r>
    </w:p>
    <w:p>
      <w:r>
        <w:t xml:space="preserve">    B. 自行灭火</w:t>
      </w:r>
    </w:p>
    <w:p>
      <w:r>
        <w:t xml:space="preserve">    C. 关闭设备</w:t>
      </w:r>
    </w:p>
    <w:p>
      <w:r>
        <w:t xml:space="preserve">    D. 逃离</w:t>
      </w:r>
    </w:p>
    <w:p>
      <w:r>
        <w:rPr>
          <w:color w:val="166A3A"/>
        </w:rPr>
        <w:t>【答案】A  【解析】确认火警后立即拨打119，启动应急预案，联动启动消防设施。</w:t>
      </w:r>
    </w:p>
    <w:p>
      <w:r>
        <w:rPr>
          <w:b w:val="0"/>
        </w:rPr>
        <w:t>48. 【单选】消防联动控制器在自动状态下，确认火灾后应联动启动（ ）。</w:t>
      </w:r>
    </w:p>
    <w:p>
      <w:r>
        <w:t xml:space="preserve">    A. 防排烟系统、防火卷帘、应急广播、声光警报、电梯迫降</w:t>
      </w:r>
    </w:p>
    <w:p>
      <w:r>
        <w:t xml:space="preserve">    B. 空调制冷</w:t>
      </w:r>
    </w:p>
    <w:p>
      <w:r>
        <w:t xml:space="preserve">    C. 门禁解锁</w:t>
      </w:r>
    </w:p>
    <w:p>
      <w:r>
        <w:t xml:space="preserve">    D. 照明切断</w:t>
      </w:r>
    </w:p>
    <w:p>
      <w:r>
        <w:rPr>
          <w:color w:val="166A3A"/>
        </w:rPr>
        <w:t>【答案】A  【解析】火警后联动启动防排烟、声光警报、应急广播、卷帘、电梯迫降、切断非消防电源等。</w:t>
      </w:r>
    </w:p>
    <w:p>
      <w:r>
        <w:rPr>
          <w:b w:val="0"/>
        </w:rPr>
        <w:t>49. 【单选】点型感烟探测器至墙壁、梁边的水平距离不应小于（ ）m。</w:t>
      </w:r>
    </w:p>
    <w:p>
      <w:r>
        <w:t xml:space="preserve">    A. 0.2</w:t>
      </w:r>
    </w:p>
    <w:p>
      <w:r>
        <w:t xml:space="preserve">    B. 0.5</w:t>
      </w:r>
    </w:p>
    <w:p>
      <w:r>
        <w:t xml:space="preserve">    C. 1.0</w:t>
      </w:r>
    </w:p>
    <w:p>
      <w:r>
        <w:t xml:space="preserve">    D. 1.5</w:t>
      </w:r>
    </w:p>
    <w:p>
      <w:r>
        <w:rPr>
          <w:color w:val="166A3A"/>
        </w:rPr>
        <w:t>【答案】B  【解析】探测器至墙、梁边水平距离不小于0.5m，至空调送风口不小于1.5m。</w:t>
      </w:r>
    </w:p>
    <w:p>
      <w:r>
        <w:rPr>
          <w:b w:val="0"/>
        </w:rPr>
        <w:t>50. 【单选】室内消火栓一般由（ ）组成。</w:t>
      </w:r>
    </w:p>
    <w:p>
      <w:r>
        <w:t xml:space="preserve">    A. 阀体、阀杆、阀瓣、栓口、水枪、水带</w:t>
      </w:r>
    </w:p>
    <w:p>
      <w:r>
        <w:t xml:space="preserve">    B. 喷头</w:t>
      </w:r>
    </w:p>
    <w:p>
      <w:r>
        <w:t xml:space="preserve">    C. 报警阀</w:t>
      </w:r>
    </w:p>
    <w:p>
      <w:r>
        <w:t xml:space="preserve">    D. 水泵结合器</w:t>
      </w:r>
    </w:p>
    <w:p>
      <w:r>
        <w:rPr>
          <w:color w:val="166A3A"/>
        </w:rPr>
        <w:t>【答案】A  【解析】室内消火栓箱内含水带、水枪、栓阀、启动消防泵按钮。</w:t>
      </w:r>
    </w:p>
    <w:p>
      <w:r>
        <w:rPr>
          <w:b w:val="0"/>
        </w:rPr>
        <w:t>51. 【单选】使用室内消火栓灭火时，一般至少需要（ ）人配合。</w:t>
      </w:r>
    </w:p>
    <w:p>
      <w:r>
        <w:t xml:space="preserve">    A. 1</w:t>
      </w:r>
    </w:p>
    <w:p>
      <w:r>
        <w:t xml:space="preserve">    B. 2</w:t>
      </w:r>
    </w:p>
    <w:p>
      <w:r>
        <w:t xml:space="preserve">    C. 5</w:t>
      </w:r>
    </w:p>
    <w:p>
      <w:r>
        <w:t xml:space="preserve">    D. 8</w:t>
      </w:r>
    </w:p>
    <w:p>
      <w:r>
        <w:rPr>
          <w:color w:val="166A3A"/>
        </w:rPr>
        <w:t>【答案】B  【解析】水带展开、阀门开启需两人配合。</w:t>
      </w:r>
    </w:p>
    <w:p>
      <w:r>
        <w:rPr>
          <w:b w:val="0"/>
        </w:rPr>
        <w:t>52. 【单选】自动喷水灭火系统中，闭式喷头的玻璃球红色动作温度为（ ）℃。</w:t>
      </w:r>
    </w:p>
    <w:p>
      <w:r>
        <w:t xml:space="preserve">    A. 57</w:t>
      </w:r>
    </w:p>
    <w:p>
      <w:r>
        <w:t xml:space="preserve">    B. 68</w:t>
      </w:r>
    </w:p>
    <w:p>
      <w:r>
        <w:t xml:space="preserve">    C. 79</w:t>
      </w:r>
    </w:p>
    <w:p>
      <w:r>
        <w:t xml:space="preserve">    D. 93</w:t>
      </w:r>
    </w:p>
    <w:p>
      <w:r>
        <w:rPr>
          <w:color w:val="166A3A"/>
        </w:rPr>
        <w:t>【答案】B  【解析】橙色57℃、红色68℃、黄色79℃、绿色93℃。</w:t>
      </w:r>
    </w:p>
    <w:p>
      <w:r>
        <w:rPr>
          <w:b w:val="0"/>
        </w:rPr>
        <w:t>53. 【单选】湿式自动喷水灭火系统适用的环境温度范围是（ ）。</w:t>
      </w:r>
    </w:p>
    <w:p>
      <w:r>
        <w:t xml:space="preserve">    A. 4℃~70℃</w:t>
      </w:r>
    </w:p>
    <w:p>
      <w:r>
        <w:t xml:space="preserve">    B. 0℃以下</w:t>
      </w:r>
    </w:p>
    <w:p>
      <w:r>
        <w:t xml:space="preserve">    C. 80℃以上</w:t>
      </w:r>
    </w:p>
    <w:p>
      <w:r>
        <w:t xml:space="preserve">    D. 任意</w:t>
      </w:r>
    </w:p>
    <w:p>
      <w:r>
        <w:rPr>
          <w:color w:val="166A3A"/>
        </w:rPr>
        <w:t>【答案】A  【解析】湿式系统管网充水，适用环境4~70℃，过低会结冰。</w:t>
      </w:r>
    </w:p>
    <w:p>
      <w:r>
        <w:rPr>
          <w:b w:val="0"/>
        </w:rPr>
        <w:t>54. 【单选】干式系统与湿式系统的主要区别是干式系统报警阀后管网内平时充（ ）。</w:t>
      </w:r>
    </w:p>
    <w:p>
      <w:r>
        <w:t xml:space="preserve">    A. 有压气体</w:t>
      </w:r>
    </w:p>
    <w:p>
      <w:r>
        <w:t xml:space="preserve">    B. 压力水</w:t>
      </w:r>
    </w:p>
    <w:p>
      <w:r>
        <w:t xml:space="preserve">    C. 泡沫液</w:t>
      </w:r>
    </w:p>
    <w:p>
      <w:r>
        <w:t xml:space="preserve">    D. 干粉</w:t>
      </w:r>
    </w:p>
    <w:p>
      <w:r>
        <w:rPr>
          <w:color w:val="166A3A"/>
        </w:rPr>
        <w:t>【答案】A  【解析】干式系统报警阀后充有压气体，适用于低温或高温不宜充水场所。</w:t>
      </w:r>
    </w:p>
    <w:p>
      <w:r>
        <w:rPr>
          <w:b w:val="0"/>
        </w:rPr>
        <w:t>55. 【单选】湿式系统一个报警阀组控制的喷头数不宜超过（ ）只。</w:t>
      </w:r>
    </w:p>
    <w:p>
      <w:r>
        <w:t xml:space="preserve">    A. 200</w:t>
      </w:r>
    </w:p>
    <w:p>
      <w:r>
        <w:t xml:space="preserve">    B. 500</w:t>
      </w:r>
    </w:p>
    <w:p>
      <w:r>
        <w:t xml:space="preserve">    C. 800</w:t>
      </w:r>
    </w:p>
    <w:p>
      <w:r>
        <w:t xml:space="preserve">    D. 1000</w:t>
      </w:r>
    </w:p>
    <w:p>
      <w:r>
        <w:rPr>
          <w:color w:val="166A3A"/>
        </w:rPr>
        <w:t>【答案】C  【解析】湿式、预作用系统一个报警阀组控制喷头数不宜超过800只。</w:t>
      </w:r>
    </w:p>
    <w:p>
      <w:r>
        <w:rPr>
          <w:b w:val="0"/>
        </w:rPr>
        <w:t>56. 【单选】手提式干粉灭火器压力表指针在（ ）区域表示压力正常。</w:t>
      </w:r>
    </w:p>
    <w:p>
      <w:r>
        <w:t xml:space="preserve">    A. 红色</w:t>
      </w:r>
    </w:p>
    <w:p>
      <w:r>
        <w:t xml:space="preserve">    B. 绿色</w:t>
      </w:r>
    </w:p>
    <w:p>
      <w:r>
        <w:t xml:space="preserve">    C. 黄色</w:t>
      </w:r>
    </w:p>
    <w:p>
      <w:r>
        <w:t xml:space="preserve">    D. 黑色</w:t>
      </w:r>
    </w:p>
    <w:p>
      <w:r>
        <w:rPr>
          <w:color w:val="166A3A"/>
        </w:rPr>
        <w:t>【答案】B  【解析】绿区正常；红区欠压需充装；黄区超压。</w:t>
      </w:r>
    </w:p>
    <w:p>
      <w:r>
        <w:rPr>
          <w:b w:val="0"/>
        </w:rPr>
        <w:t>57. 【单选】手提式干粉灭火器一次灭火后，再次使用前应（ ）。</w:t>
      </w:r>
    </w:p>
    <w:p>
      <w:r>
        <w:t xml:space="preserve">    A. 重新充装</w:t>
      </w:r>
    </w:p>
    <w:p>
      <w:r>
        <w:t xml:space="preserve">    B. 直接使用</w:t>
      </w:r>
    </w:p>
    <w:p>
      <w:r>
        <w:t xml:space="preserve">    C. 晒太阳</w:t>
      </w:r>
    </w:p>
    <w:p>
      <w:r>
        <w:t xml:space="preserve">    D. 放气</w:t>
      </w:r>
    </w:p>
    <w:p>
      <w:r>
        <w:rPr>
          <w:color w:val="166A3A"/>
        </w:rPr>
        <w:t>【答案】A  【解析】使用过（即使未用完）的灭火器须重新充装试压。</w:t>
      </w:r>
    </w:p>
    <w:p>
      <w:r>
        <w:rPr>
          <w:b w:val="0"/>
        </w:rPr>
        <w:t>58. 【单选】ABC干粉灭火器不能扑救（ ）类火灾。</w:t>
      </w:r>
    </w:p>
    <w:p>
      <w:r>
        <w:t xml:space="preserve">    A. A固体</w:t>
      </w:r>
    </w:p>
    <w:p>
      <w:r>
        <w:t xml:space="preserve">    B. B液体</w:t>
      </w:r>
    </w:p>
    <w:p>
      <w:r>
        <w:t xml:space="preserve">    C. C气体</w:t>
      </w:r>
    </w:p>
    <w:p>
      <w:r>
        <w:t xml:space="preserve">    D. 金属D类活泼金属</w:t>
      </w:r>
    </w:p>
    <w:p>
      <w:r>
        <w:rPr>
          <w:color w:val="166A3A"/>
        </w:rPr>
        <w:t>【答案】D  【解析】ABC干粉灭A、B、C、E类；D类金属火灾需专用D类干粉。</w:t>
      </w:r>
    </w:p>
    <w:p>
      <w:r>
        <w:rPr>
          <w:b w:val="0"/>
        </w:rPr>
        <w:t>59. 【单选】消防应急广播在确认火灾后，应（ ）。</w:t>
      </w:r>
    </w:p>
    <w:p>
      <w:r>
        <w:t xml:space="preserve">    A. 全楼同时广播或按层疏散</w:t>
      </w:r>
    </w:p>
    <w:p>
      <w:r>
        <w:t xml:space="preserve">    B. 关闭</w:t>
      </w:r>
    </w:p>
    <w:p>
      <w:r>
        <w:t xml:space="preserve">    C. 仅播放音乐</w:t>
      </w:r>
    </w:p>
    <w:p>
      <w:r>
        <w:t xml:space="preserve">    D. 只播一次</w:t>
      </w:r>
    </w:p>
    <w:p>
      <w:r>
        <w:rPr>
          <w:color w:val="166A3A"/>
        </w:rPr>
        <w:t>【答案】A  【解析】应急广播应向全楼或着火层及相邻层通报火情、引导疏散。</w:t>
      </w:r>
    </w:p>
    <w:p>
      <w:r>
        <w:rPr>
          <w:b w:val="0"/>
        </w:rPr>
        <w:t>60. 【单选】消防水泵应能手动启停和自动启动，且应保证在火灾发生后（ ）min内正常工作。</w:t>
      </w:r>
    </w:p>
    <w:p>
      <w:r>
        <w:t xml:space="preserve">    A. 1</w:t>
      </w:r>
    </w:p>
    <w:p>
      <w:r>
        <w:t xml:space="preserve">    B. 5</w:t>
      </w:r>
    </w:p>
    <w:p>
      <w:r>
        <w:t xml:space="preserve">    C. 10</w:t>
      </w:r>
    </w:p>
    <w:p>
      <w:r>
        <w:t xml:space="preserve">    D. 30</w:t>
      </w:r>
    </w:p>
    <w:p>
      <w:r>
        <w:rPr>
          <w:color w:val="166A3A"/>
        </w:rPr>
        <w:t>【答案】B  【解析】消防水泵应在火警后5min内投入正常运行。</w:t>
      </w:r>
    </w:p>
    <w:p>
      <w:r>
        <w:rPr>
          <w:b w:val="0"/>
        </w:rPr>
        <w:t>61. 【单选】防火门监控器的作用是（ ）。</w:t>
      </w:r>
    </w:p>
    <w:p>
      <w:r>
        <w:t xml:space="preserve">    A. 监视防火门开闭状态并报警</w:t>
      </w:r>
    </w:p>
    <w:p>
      <w:r>
        <w:t xml:space="preserve">    B. 灭火</w:t>
      </w:r>
    </w:p>
    <w:p>
      <w:r>
        <w:t xml:space="preserve">    C. 排烟</w:t>
      </w:r>
    </w:p>
    <w:p>
      <w:r>
        <w:t xml:space="preserve">    D. 照明</w:t>
      </w:r>
    </w:p>
    <w:p>
      <w:r>
        <w:rPr>
          <w:color w:val="166A3A"/>
        </w:rPr>
        <w:t>【答案】A  【解析】防火门监控系统监测门开闭、故障状态，对门磁释放信号反馈。</w:t>
      </w:r>
    </w:p>
    <w:p>
      <w:r>
        <w:rPr>
          <w:b w:val="0"/>
        </w:rPr>
        <w:t>62. 【单选】消防水箱的作用是（ ）。</w:t>
      </w:r>
    </w:p>
    <w:p>
      <w:r>
        <w:t xml:space="preserve">    A. 储存初期火灾用水量</w:t>
      </w:r>
    </w:p>
    <w:p>
      <w:r>
        <w:t xml:space="preserve">    B. 储存生活用水</w:t>
      </w:r>
    </w:p>
    <w:p>
      <w:r>
        <w:t xml:space="preserve">    C. 冲洗</w:t>
      </w:r>
    </w:p>
    <w:p>
      <w:r>
        <w:t xml:space="preserve">    D. 绿化</w:t>
      </w:r>
    </w:p>
    <w:p>
      <w:r>
        <w:rPr>
          <w:color w:val="166A3A"/>
        </w:rPr>
        <w:t>【答案】A  【解析】高位消防水箱提供火灾初期10min消防用水量和水压。</w:t>
      </w:r>
    </w:p>
    <w:p>
      <w:r>
        <w:rPr>
          <w:b w:val="0"/>
        </w:rPr>
        <w:t>63. 【单选】排烟防火阀安装在机械排烟系统管道上，当管道内烟气温度达到（ ）℃时自动关闭。</w:t>
      </w:r>
    </w:p>
    <w:p>
      <w:r>
        <w:t xml:space="preserve">    A. 70</w:t>
      </w:r>
    </w:p>
    <w:p>
      <w:r>
        <w:t xml:space="preserve">    B. 150</w:t>
      </w:r>
    </w:p>
    <w:p>
      <w:r>
        <w:t xml:space="preserve">    C. 280</w:t>
      </w:r>
    </w:p>
    <w:p>
      <w:r>
        <w:t xml:space="preserve">    D. 100</w:t>
      </w:r>
    </w:p>
    <w:p>
      <w:r>
        <w:rPr>
          <w:color w:val="166A3A"/>
        </w:rPr>
        <w:t>【答案】C  【解析】排烟防火阀280℃关闭；通风空调风管防火阀70℃关闭。</w:t>
      </w:r>
    </w:p>
    <w:p>
      <w:r>
        <w:rPr>
          <w:b w:val="0"/>
        </w:rPr>
        <w:t>64. 【单选】消防电梯的载重量不应小于（ ）kg。</w:t>
      </w:r>
    </w:p>
    <w:p>
      <w:r>
        <w:t xml:space="preserve">    A. 600</w:t>
      </w:r>
    </w:p>
    <w:p>
      <w:r>
        <w:t xml:space="preserve">    B. 800</w:t>
      </w:r>
    </w:p>
    <w:p>
      <w:r>
        <w:t xml:space="preserve">    C. 1000</w:t>
      </w:r>
    </w:p>
    <w:p>
      <w:r>
        <w:t xml:space="preserve">    D. 1500</w:t>
      </w:r>
    </w:p>
    <w:p>
      <w:r>
        <w:rPr>
          <w:color w:val="166A3A"/>
        </w:rPr>
        <w:t>【答案】B  【解析】消防电梯载重不小于800kg，行驶速度从首层到顶层不大于60s。</w:t>
      </w:r>
    </w:p>
    <w:p>
      <w:r>
        <w:rPr>
          <w:b w:val="0"/>
        </w:rPr>
        <w:t>65. 【单选】当火灾报警控制器主电断电时，控制器应自动切换到（ ）供电。</w:t>
      </w:r>
    </w:p>
    <w:p>
      <w:r>
        <w:t xml:space="preserve">    A. 备用电源（蓄电池）</w:t>
      </w:r>
    </w:p>
    <w:p>
      <w:r>
        <w:t xml:space="preserve">    B. 发电机</w:t>
      </w:r>
    </w:p>
    <w:p>
      <w:r>
        <w:t xml:space="preserve">    C. 停止工作</w:t>
      </w:r>
    </w:p>
    <w:p>
      <w:r>
        <w:t xml:space="preserve">    D. UPS之外</w:t>
      </w:r>
    </w:p>
    <w:p>
      <w:r>
        <w:rPr>
          <w:color w:val="166A3A"/>
        </w:rPr>
        <w:t>【答案】A  【解析】主电断电自动切备电，备电应能保证系统连续工作不少于3h。</w:t>
      </w:r>
    </w:p>
    <w:p>
      <w:r>
        <w:rPr>
          <w:b w:val="0"/>
        </w:rPr>
        <w:t>66. 【单选】消防控制室值班人员接到火灾报警信息，确认火灾后应将火灾报警控制器从"手动"状态切换到（ ）状态。</w:t>
      </w:r>
    </w:p>
    <w:p>
      <w:r>
        <w:t xml:space="preserve">    A. 自动</w:t>
      </w:r>
    </w:p>
    <w:p>
      <w:r>
        <w:t xml:space="preserve">    B. 手动继续</w:t>
      </w:r>
    </w:p>
    <w:p>
      <w:r>
        <w:t xml:space="preserve">    C. 屏蔽</w:t>
      </w:r>
    </w:p>
    <w:p>
      <w:r>
        <w:t xml:space="preserve">    D. 复位</w:t>
      </w:r>
    </w:p>
    <w:p>
      <w:r>
        <w:rPr>
          <w:color w:val="166A3A"/>
        </w:rPr>
        <w:t>【答案】A  【解析】确认火警后应将控制器置于自动联动状态，启动消防设施。</w:t>
      </w:r>
    </w:p>
    <w:p>
      <w:r>
        <w:rPr>
          <w:b w:val="0"/>
        </w:rPr>
        <w:t>67. 【单选】下列关于消防水泵启动说法错误的是（ ）。</w:t>
      </w:r>
    </w:p>
    <w:p>
      <w:r>
        <w:t xml:space="preserve">    A. 消火栓按钮可直接启泵</w:t>
      </w:r>
    </w:p>
    <w:p>
      <w:r>
        <w:t xml:space="preserve">    B. 消防水泵应能自动和手动启动</w:t>
      </w:r>
    </w:p>
    <w:p>
      <w:r>
        <w:t xml:space="preserve">    C. 控制柜平时应在自动状态</w:t>
      </w:r>
    </w:p>
    <w:p>
      <w:r>
        <w:t xml:space="preserve">    D. 水泵可长期停运检修不挂牌</w:t>
      </w:r>
    </w:p>
    <w:p>
      <w:r>
        <w:rPr>
          <w:color w:val="166A3A"/>
        </w:rPr>
        <w:t>【答案】D  【解析】水泵检修须挂牌并采取措施，不得无故长期停用消防设施。</w:t>
      </w:r>
    </w:p>
    <w:p>
      <w:r>
        <w:rPr>
          <w:b w:val="0"/>
        </w:rPr>
        <w:t>68. 【单选】发生火灾时，防火卷帘下方（ ）。</w:t>
      </w:r>
    </w:p>
    <w:p>
      <w:r>
        <w:t xml:space="preserve">    A. 可堆放杂物</w:t>
      </w:r>
    </w:p>
    <w:p>
      <w:r>
        <w:t xml:space="preserve">    B. 严禁堆放物品影响降落</w:t>
      </w:r>
    </w:p>
    <w:p>
      <w:r>
        <w:t xml:space="preserve">    C. 可停车</w:t>
      </w:r>
    </w:p>
    <w:p>
      <w:r>
        <w:t xml:space="preserve">    D. 可作仓库</w:t>
      </w:r>
    </w:p>
    <w:p>
      <w:r>
        <w:rPr>
          <w:color w:val="166A3A"/>
        </w:rPr>
        <w:t>【答案】B  【解析】卷帘下方及两侧不得堆放物品，保证降落和疏散。</w:t>
      </w:r>
    </w:p>
    <w:p>
      <w:r>
        <w:rPr>
          <w:b w:val="0"/>
        </w:rPr>
        <w:t>69. 【单选】灭火器应放置在（ ）地点。</w:t>
      </w:r>
    </w:p>
    <w:p>
      <w:r>
        <w:t xml:space="preserve">    A. 隐蔽角落</w:t>
      </w:r>
    </w:p>
    <w:p>
      <w:r>
        <w:t xml:space="preserve">    B. 明显、便于取用且不影响疏散</w:t>
      </w:r>
    </w:p>
    <w:p>
      <w:r>
        <w:t xml:space="preserve">    C. 柜子里上锁</w:t>
      </w:r>
    </w:p>
    <w:p>
      <w:r>
        <w:t xml:space="preserve">    D. 地下室</w:t>
      </w:r>
    </w:p>
    <w:p>
      <w:r>
        <w:rPr>
          <w:color w:val="166A3A"/>
        </w:rPr>
        <w:t>【答案】B  【解析】灭火器应设置在位置明显、便于取用地点，铭牌朝外，不得影响疏散。</w:t>
      </w:r>
    </w:p>
    <w:p>
      <w:r>
        <w:rPr>
          <w:b w:val="0"/>
        </w:rPr>
        <w:t>70. 【单选】推车式干粉灭火器使用时一般由（ ）人操作。</w:t>
      </w:r>
    </w:p>
    <w:p>
      <w:r>
        <w:t xml:space="preserve">    A. 1</w:t>
      </w:r>
    </w:p>
    <w:p>
      <w:r>
        <w:t xml:space="preserve">    B. 2</w:t>
      </w:r>
    </w:p>
    <w:p>
      <w:r>
        <w:t xml:space="preserve">    C. 4</w:t>
      </w:r>
    </w:p>
    <w:p>
      <w:r>
        <w:t xml:space="preserve">    D. 6</w:t>
      </w:r>
    </w:p>
    <w:p>
      <w:r>
        <w:rPr>
          <w:color w:val="166A3A"/>
        </w:rPr>
        <w:t>【答案】B  【解析】推车式需两人配合，一人喷射、一人推车接管。</w:t>
      </w:r>
    </w:p>
    <w:p>
      <w:r>
        <w:rPr>
          <w:b w:val="0"/>
        </w:rPr>
        <w:t>71. 【单选】自动喷水灭火系统中，闭式喷头是（ ）。</w:t>
      </w:r>
    </w:p>
    <w:p>
      <w:r>
        <w:t xml:space="preserve">    A. 现场探测灭火并自动开启</w:t>
      </w:r>
    </w:p>
    <w:p>
      <w:r>
        <w:t xml:space="preserve">    B. 手动开启</w:t>
      </w:r>
    </w:p>
    <w:p>
      <w:r>
        <w:t xml:space="preserve">    C. 仅报警</w:t>
      </w:r>
    </w:p>
    <w:p>
      <w:r>
        <w:t xml:space="preserve">    D. 仅排水</w:t>
      </w:r>
    </w:p>
    <w:p>
      <w:r>
        <w:rPr>
          <w:color w:val="166A3A"/>
        </w:rPr>
        <w:t>【答案】A  【解析】闭式喷头玻璃球受热破裂喷水，是自动喷水探测灭火组件。</w:t>
      </w:r>
    </w:p>
    <w:p>
      <w:r>
        <w:rPr>
          <w:b w:val="0"/>
        </w:rPr>
        <w:t>72. 【单选】消防应急照明和疏散指示系统在火灾时应（ ）。</w:t>
      </w:r>
    </w:p>
    <w:p>
      <w:r>
        <w:t xml:space="preserve">    A. 自动点亮，引导人员疏散</w:t>
      </w:r>
    </w:p>
    <w:p>
      <w:r>
        <w:t xml:space="preserve">    B. 自动熄灭</w:t>
      </w:r>
    </w:p>
    <w:p>
      <w:r>
        <w:t xml:space="preserve">    C. 切换为节能模式</w:t>
      </w:r>
    </w:p>
    <w:p>
      <w:r>
        <w:t xml:space="preserve">    D. 闪烁广告</w:t>
      </w:r>
    </w:p>
    <w:p>
      <w:r>
        <w:rPr>
          <w:color w:val="166A3A"/>
        </w:rPr>
        <w:t>【答案】A  【解析】火警时应急照明和疏散指示强制点亮，持续供电。</w:t>
      </w:r>
    </w:p>
    <w:p>
      <w:r>
        <w:rPr>
          <w:b w:val="0"/>
        </w:rPr>
        <w:t>73. 【单选】消防设施操作员中级监控方向，对消防控制室图形显示装置的操作要求是（ ）。</w:t>
      </w:r>
    </w:p>
    <w:p>
      <w:r>
        <w:t xml:space="preserve">    A. 能查看报警位置、设备状态并信息记录</w:t>
      </w:r>
    </w:p>
    <w:p>
      <w:r>
        <w:t xml:space="preserve">    B. 能修理主板</w:t>
      </w:r>
    </w:p>
    <w:p>
      <w:r>
        <w:t xml:space="preserve">    C. 能改程序</w:t>
      </w:r>
    </w:p>
    <w:p>
      <w:r>
        <w:t xml:space="preserve">    D. 能更换探测器</w:t>
      </w:r>
    </w:p>
    <w:p>
      <w:r>
        <w:rPr>
          <w:color w:val="166A3A"/>
        </w:rPr>
        <w:t>【答案】A  【解析】监控人员应会操作图形显示装置，查看火警位置、设备状态、历史记录。</w:t>
      </w:r>
    </w:p>
    <w:p>
      <w:r>
        <w:rPr>
          <w:b w:val="0"/>
        </w:rPr>
        <w:t>74. 【单选】下列关于消防车道上设置的架空管线，其净高不应小于（ ）m。</w:t>
      </w:r>
    </w:p>
    <w:p>
      <w:r>
        <w:t xml:space="preserve">    A. 3</w:t>
      </w:r>
    </w:p>
    <w:p>
      <w:r>
        <w:t xml:space="preserve">    B. 4</w:t>
      </w:r>
    </w:p>
    <w:p>
      <w:r>
        <w:t xml:space="preserve">    C. 5</w:t>
      </w:r>
    </w:p>
    <w:p>
      <w:r>
        <w:t xml:space="preserve">    D. 6</w:t>
      </w:r>
    </w:p>
    <w:p>
      <w:r>
        <w:rPr>
          <w:color w:val="166A3A"/>
        </w:rPr>
        <w:t>【答案】B  【解析】消防车道净宽和净空高度均不应小于4m。</w:t>
      </w:r>
    </w:p>
    <w:p>
      <w:r>
        <w:rPr>
          <w:b w:val="0"/>
        </w:rPr>
        <w:t>75. 【单选】消防水泵接合器的作用是（ ）。</w:t>
      </w:r>
    </w:p>
    <w:p>
      <w:r>
        <w:t xml:space="preserve">    A. 供消防车向室内消防管网供水加压</w:t>
      </w:r>
    </w:p>
    <w:p>
      <w:r>
        <w:t xml:space="preserve">    B. 排废水</w:t>
      </w:r>
    </w:p>
    <w:p>
      <w:r>
        <w:t xml:space="preserve">    C. 通风</w:t>
      </w:r>
    </w:p>
    <w:p>
      <w:r>
        <w:t xml:space="preserve">    D. 取水</w:t>
      </w:r>
    </w:p>
    <w:p>
      <w:r>
        <w:rPr>
          <w:color w:val="166A3A"/>
        </w:rPr>
        <w:t>【答案】A  【解析】水泵接合器连接室内管网，供消防车加压补水。</w:t>
      </w:r>
    </w:p>
    <w:p>
      <w:r>
        <w:rPr>
          <w:b w:val="0"/>
        </w:rPr>
        <w:t>76. 【单选】建筑消防设施巡查频次，公共娱乐场所营业期间每（ ）h巡查一次。</w:t>
      </w:r>
    </w:p>
    <w:p>
      <w:r>
        <w:t xml:space="preserve">    A. 1</w:t>
      </w:r>
    </w:p>
    <w:p>
      <w:r>
        <w:t xml:space="preserve">    B. 2</w:t>
      </w:r>
    </w:p>
    <w:p>
      <w:r>
        <w:t xml:space="preserve">    C. 4</w:t>
      </w:r>
    </w:p>
    <w:p>
      <w:r>
        <w:t xml:space="preserve">    D. 8</w:t>
      </w:r>
    </w:p>
    <w:p>
      <w:r>
        <w:rPr>
          <w:color w:val="166A3A"/>
        </w:rPr>
        <w:t>【答案】B  【解析】公共娱乐场所营业期间每2h巡查一次消防安全。</w:t>
      </w:r>
    </w:p>
    <w:p>
      <w:r>
        <w:rPr>
          <w:b w:val="0"/>
        </w:rPr>
        <w:t>77. 【单选】点型感烟探测器投入运行后，应（ ）全部清洗一次。</w:t>
      </w:r>
    </w:p>
    <w:p>
      <w:r>
        <w:t xml:space="preserve">    A. 每年</w:t>
      </w:r>
    </w:p>
    <w:p>
      <w:r>
        <w:t xml:space="preserve">    B. 每2年</w:t>
      </w:r>
    </w:p>
    <w:p>
      <w:r>
        <w:t xml:space="preserve">    C. 每3年</w:t>
      </w:r>
    </w:p>
    <w:p>
      <w:r>
        <w:t xml:space="preserve">    D. 每半年</w:t>
      </w:r>
    </w:p>
    <w:p>
      <w:r>
        <w:rPr>
          <w:color w:val="166A3A"/>
        </w:rPr>
        <w:t>【答案】C  【解析】点型探测器投入运行2年后，每隔3年至少全部清洗一遍。</w:t>
      </w:r>
    </w:p>
    <w:p>
      <w:r>
        <w:rPr>
          <w:b w:val="0"/>
        </w:rPr>
        <w:t>78. 【单选】下列哪项不属于消防设施值班记录内容（ ）。</w:t>
      </w:r>
    </w:p>
    <w:p>
      <w:r>
        <w:t xml:space="preserve">    A. 报警时间、部位、处置情况</w:t>
      </w:r>
    </w:p>
    <w:p>
      <w:r>
        <w:t xml:space="preserve">    B. 设备故障及处理</w:t>
      </w:r>
    </w:p>
    <w:p>
      <w:r>
        <w:t xml:space="preserve">    C. 值班人员签字</w:t>
      </w:r>
    </w:p>
    <w:p>
      <w:r>
        <w:t xml:space="preserve">    D. 员工工资</w:t>
      </w:r>
    </w:p>
    <w:p>
      <w:r>
        <w:rPr>
          <w:color w:val="166A3A"/>
        </w:rPr>
        <w:t>【答案】D  【解析】值班记录记火警、故障、巡查、交接情况，与工资无关。</w:t>
      </w:r>
    </w:p>
    <w:p>
      <w:r>
        <w:rPr>
          <w:b w:val="0"/>
        </w:rPr>
        <w:t>79. 【单选】消防控制室值班人员每班工作结束，应进行（ ）。</w:t>
      </w:r>
    </w:p>
    <w:p>
      <w:r>
        <w:t xml:space="preserve">    A. 交接班并签字</w:t>
      </w:r>
    </w:p>
    <w:p>
      <w:r>
        <w:t xml:space="preserve">    B. 直接下班</w:t>
      </w:r>
    </w:p>
    <w:p>
      <w:r>
        <w:t xml:space="preserve">    C. 关机</w:t>
      </w:r>
    </w:p>
    <w:p>
      <w:r>
        <w:t xml:space="preserve">    D. 锁门离开</w:t>
      </w:r>
    </w:p>
    <w:p>
      <w:r>
        <w:rPr>
          <w:color w:val="166A3A"/>
        </w:rPr>
        <w:t>【答案】A  【解析】严格交接班制度，当面交接设备运行状态并签字。</w:t>
      </w:r>
    </w:p>
    <w:p>
      <w:r>
        <w:rPr>
          <w:b w:val="0"/>
        </w:rPr>
        <w:t>80. 【单选】单位消防应急预案应至少（ ）演练一次。</w:t>
      </w:r>
    </w:p>
    <w:p>
      <w:r>
        <w:t xml:space="preserve">    A. 每月</w:t>
      </w:r>
    </w:p>
    <w:p>
      <w:r>
        <w:t xml:space="preserve">    B. 每半年</w:t>
      </w:r>
    </w:p>
    <w:p>
      <w:r>
        <w:t xml:space="preserve">    C. 每年</w:t>
      </w:r>
    </w:p>
    <w:p>
      <w:r>
        <w:t xml:space="preserve">    D. 每两年</w:t>
      </w:r>
    </w:p>
    <w:p>
      <w:r>
        <w:rPr>
          <w:color w:val="166A3A"/>
        </w:rPr>
        <w:t>【答案】B  【解析】消防安全重点单位每半年至少一次灭火和应急疏散演练。</w:t>
      </w:r>
    </w:p>
    <w:p>
      <w:r>
        <w:rPr>
          <w:b w:val="0"/>
        </w:rPr>
        <w:t>81. 【单选】我国消防工作基本原则是（ ）。</w:t>
      </w:r>
    </w:p>
    <w:p>
      <w:r>
        <w:t xml:space="preserve">    A. 政府统一领导、部门依法监管、单位全面负责、公民积极参与</w:t>
      </w:r>
    </w:p>
    <w:p>
      <w:r>
        <w:t xml:space="preserve">    B. 消防局包办</w:t>
      </w:r>
    </w:p>
    <w:p>
      <w:r>
        <w:t xml:space="preserve">    C. 公安负责</w:t>
      </w:r>
    </w:p>
    <w:p>
      <w:r>
        <w:t xml:space="preserve">    D. 物业负责</w:t>
      </w:r>
    </w:p>
    <w:p>
      <w:r>
        <w:rPr>
          <w:color w:val="166A3A"/>
        </w:rPr>
        <w:t>【答案】A  【解析】消防工作原则：政府统一领导、部门依法监管、单位全面负责、公民积极参与。</w:t>
      </w:r>
    </w:p>
    <w:p>
      <w:r>
        <w:rPr>
          <w:b w:val="0"/>
        </w:rPr>
        <w:t>82. 【单选】任何单位、个人都有维护消防安全、保护消防设施、预防火灾、（ ）的义务。</w:t>
      </w:r>
    </w:p>
    <w:p>
      <w:r>
        <w:t xml:space="preserve">    A. 报告火警</w:t>
      </w:r>
    </w:p>
    <w:p>
      <w:r>
        <w:t xml:space="preserve">    B. 罚款</w:t>
      </w:r>
    </w:p>
    <w:p>
      <w:r>
        <w:t xml:space="preserve">    C. 修房子</w:t>
      </w:r>
    </w:p>
    <w:p>
      <w:r>
        <w:t xml:space="preserve">    D. 装修</w:t>
      </w:r>
    </w:p>
    <w:p>
      <w:r>
        <w:rPr>
          <w:color w:val="166A3A"/>
        </w:rPr>
        <w:t>【答案】A  【解析】任何单位成年人都有参加灭火工作的义务，任何人都应无偿报火警119。</w:t>
      </w:r>
    </w:p>
    <w:p>
      <w:r>
        <w:rPr>
          <w:b w:val="0"/>
        </w:rPr>
        <w:t>83. 【单选】谎报火警是故意拨打119谎报火情，属于（ ）行为。</w:t>
      </w:r>
    </w:p>
    <w:p>
      <w:r>
        <w:t xml:space="preserve">    A. 扰乱公共秩序的违法行为</w:t>
      </w:r>
    </w:p>
    <w:p>
      <w:r>
        <w:t xml:space="preserve">    B. 合法</w:t>
      </w:r>
    </w:p>
    <w:p>
      <w:r>
        <w:t xml:space="preserve">    C. 玩笑</w:t>
      </w:r>
    </w:p>
    <w:p>
      <w:r>
        <w:t xml:space="preserve">    D. 值得鼓励</w:t>
      </w:r>
    </w:p>
    <w:p>
      <w:r>
        <w:rPr>
          <w:color w:val="166A3A"/>
        </w:rPr>
        <w:t>【答案】A  【解析】谎报火警依照《消防法》《治安管理处罚法》可处警告、罚款或拘留。</w:t>
      </w:r>
    </w:p>
    <w:p>
      <w:r>
        <w:rPr>
          <w:b w:val="0"/>
        </w:rPr>
        <w:t>84. 【单选】拨打119报警时，不需要说明的是（ ）。</w:t>
      </w:r>
    </w:p>
    <w:p>
      <w:r>
        <w:t xml:space="preserve">    A. 着火单位、详细地址、燃烧物、火势</w:t>
      </w:r>
    </w:p>
    <w:p>
      <w:r>
        <w:t xml:space="preserve">    B. 有无人员被困</w:t>
      </w:r>
    </w:p>
    <w:p>
      <w:r>
        <w:t xml:space="preserve">    C. 报警人姓名电话</w:t>
      </w:r>
    </w:p>
    <w:p>
      <w:r>
        <w:t xml:space="preserve">    D. 自己家庭存款</w:t>
      </w:r>
    </w:p>
    <w:p>
      <w:r>
        <w:rPr>
          <w:color w:val="166A3A"/>
        </w:rPr>
        <w:t>【答案】D  【解析】报警应讲清详细地址、起火物、火势、被困人员、报警人电话，并派人路口接应。</w:t>
      </w:r>
    </w:p>
    <w:p>
      <w:r>
        <w:rPr>
          <w:b w:val="0"/>
        </w:rPr>
        <w:t>85. 【单选】下列哪种行为是违反消防法规的（ ）。</w:t>
      </w:r>
    </w:p>
    <w:p>
      <w:r>
        <w:t xml:space="preserve">    A. 占用、堵塞封闭疏散通道、安全出口</w:t>
      </w:r>
    </w:p>
    <w:p>
      <w:r>
        <w:t xml:space="preserve">    B. 定期检查灭火器</w:t>
      </w:r>
    </w:p>
    <w:p>
      <w:r>
        <w:t xml:space="preserve">    C. 组织演练</w:t>
      </w:r>
    </w:p>
    <w:p>
      <w:r>
        <w:t xml:space="preserve">    D. 保持消防通道畅通</w:t>
      </w:r>
    </w:p>
    <w:p>
      <w:r>
        <w:rPr>
          <w:color w:val="166A3A"/>
        </w:rPr>
        <w:t>【答案】A  【解析】占用堵塞封闭疏散通道、安全出口是违法的，依法处罚。</w:t>
      </w:r>
    </w:p>
    <w:p>
      <w:r>
        <w:rPr>
          <w:b w:val="0"/>
        </w:rPr>
        <w:t>86. 【单选】消防设施维护管理要求，对建筑消防设施应至少（ ）进行一次全面检测。</w:t>
      </w:r>
    </w:p>
    <w:p>
      <w:r>
        <w:t xml:space="preserve">    A. 每月</w:t>
      </w:r>
    </w:p>
    <w:p>
      <w:r>
        <w:t xml:space="preserve">    B. 每季度</w:t>
      </w:r>
    </w:p>
    <w:p>
      <w:r>
        <w:t xml:space="preserve">    C. 每年</w:t>
      </w:r>
    </w:p>
    <w:p>
      <w:r>
        <w:t xml:space="preserve">    D. 每周</w:t>
      </w:r>
    </w:p>
    <w:p>
      <w:r>
        <w:rPr>
          <w:color w:val="166A3A"/>
        </w:rPr>
        <w:t>【答案】C  【解析】建筑消防设施每年至少进行一次全面检测，检测记录存档备查。</w:t>
      </w:r>
    </w:p>
    <w:p>
      <w:r>
        <w:rPr>
          <w:b w:val="0"/>
        </w:rPr>
        <w:t>87. 【单选】湿式报警阀组上的延时器作用是（ ）。</w:t>
      </w:r>
    </w:p>
    <w:p>
      <w:r>
        <w:t xml:space="preserve">    A. 延迟报警，防止因水压波动误报</w:t>
      </w:r>
    </w:p>
    <w:p>
      <w:r>
        <w:t xml:space="preserve">    B. 延长喷水时间</w:t>
      </w:r>
    </w:p>
    <w:p>
      <w:r>
        <w:t xml:space="preserve">    C. 减压</w:t>
      </w:r>
    </w:p>
    <w:p>
      <w:r>
        <w:t xml:space="preserve">    D. 排水</w:t>
      </w:r>
    </w:p>
    <w:p>
      <w:r>
        <w:rPr>
          <w:color w:val="166A3A"/>
        </w:rPr>
        <w:t>【答案】A  【解析】延时器延缓水力警铃和压力开关动作时间，减少误报警。</w:t>
      </w:r>
    </w:p>
    <w:p>
      <w:r>
        <w:rPr>
          <w:b w:val="0"/>
        </w:rPr>
        <w:t>88. 【单选】压力表测量范围宜为工作压力的（ ）倍。</w:t>
      </w:r>
    </w:p>
    <w:p>
      <w:r>
        <w:t xml:space="preserve">    A. 0.5</w:t>
      </w:r>
    </w:p>
    <w:p>
      <w:r>
        <w:t xml:space="preserve">    B. 1.5~2</w:t>
      </w:r>
    </w:p>
    <w:p>
      <w:r>
        <w:t xml:space="preserve">    C. 5</w:t>
      </w:r>
    </w:p>
    <w:p>
      <w:r>
        <w:t xml:space="preserve">    D. 10</w:t>
      </w:r>
    </w:p>
    <w:p>
      <w:r>
        <w:rPr>
          <w:color w:val="166A3A"/>
        </w:rPr>
        <w:t>【答案】B  【解析】压力表表盘刻度极限值宜为工作压力的1.5~2倍。</w:t>
      </w:r>
    </w:p>
    <w:p>
      <w:r>
        <w:rPr>
          <w:b w:val="0"/>
        </w:rPr>
        <w:t>89. 【单选】消防水泵出水管上应设置（ ）。</w:t>
      </w:r>
    </w:p>
    <w:p>
      <w:r>
        <w:t xml:space="preserve">    A. 止回阀、闸阀、压力表、泄压阀</w:t>
      </w:r>
    </w:p>
    <w:p>
      <w:r>
        <w:t xml:space="preserve">    B. 仅闸阀</w:t>
      </w:r>
    </w:p>
    <w:p>
      <w:r>
        <w:t xml:space="preserve">    C. 仅水表</w:t>
      </w:r>
    </w:p>
    <w:p>
      <w:r>
        <w:t xml:space="preserve">    D. 不需要</w:t>
      </w:r>
    </w:p>
    <w:p>
      <w:r>
        <w:rPr>
          <w:color w:val="166A3A"/>
        </w:rPr>
        <w:t>【答案】A  【解析】出水管设止回阀、闸阀、压力表、泄压阀和排水管。</w:t>
      </w:r>
    </w:p>
    <w:p>
      <w:r>
        <w:rPr>
          <w:b w:val="0"/>
        </w:rPr>
        <w:t>90. 【单选】对不能直接灭火，但发现初起火灾应（ ）。</w:t>
      </w:r>
    </w:p>
    <w:p>
      <w:r>
        <w:t xml:space="preserve">    A. 报警并利用现场灭火器材扑救，同时组织疏散</w:t>
      </w:r>
    </w:p>
    <w:p>
      <w:r>
        <w:t xml:space="preserve">    B. 等消防车来</w:t>
      </w:r>
    </w:p>
    <w:p>
      <w:r>
        <w:t xml:space="preserve">    C. 先拍照发朋友圈</w:t>
      </w:r>
    </w:p>
    <w:p>
      <w:r>
        <w:t xml:space="preserve">    D. 先收拾贵重物品</w:t>
      </w:r>
    </w:p>
    <w:p>
      <w:r>
        <w:rPr>
          <w:color w:val="166A3A"/>
        </w:rPr>
        <w:t>【答案】A  【解析】初起火灾应边报警边扑救，同时组织人员疏散。</w:t>
      </w:r>
    </w:p>
    <w:p>
      <w:r>
        <w:rPr>
          <w:b w:val="0"/>
        </w:rPr>
        <w:t>91. 【判断】（判断）消防控制室值班人员可以将火灾报警控制器长期置于手动状态。（ ）</w:t>
      </w:r>
    </w:p>
    <w:p>
      <w:r>
        <w:rPr>
          <w:color w:val="166A3A"/>
        </w:rPr>
        <w:t>【答案】错误  【解析】控制器平时应置于自动监视状态，不得长期置手动，以免火警时不能联动。</w:t>
      </w:r>
    </w:p>
    <w:p>
      <w:r>
        <w:rPr>
          <w:b w:val="0"/>
        </w:rPr>
        <w:t>92. 【判断】（判断）手提式灭火器只要压力指针在绿区，任何时候都可直接使用，无需检查。（ ）</w:t>
      </w:r>
    </w:p>
    <w:p>
      <w:r>
        <w:rPr>
          <w:color w:val="166A3A"/>
        </w:rPr>
        <w:t>【答案】错误  【解析】每次使用前仍需检查压力表、保险销、喷管、有效期及外观。</w:t>
      </w:r>
    </w:p>
    <w:p>
      <w:r>
        <w:rPr>
          <w:b w:val="0"/>
        </w:rPr>
        <w:t>93. 【判断】（判断）发生火灾时，为了逃生可以乘坐普通电梯快速下楼。（ ）</w:t>
      </w:r>
    </w:p>
    <w:p>
      <w:r>
        <w:rPr>
          <w:color w:val="166A3A"/>
        </w:rPr>
        <w:t>【答案】错误  【解析】火灾时普通电梯可能断电或烟火侵入，严禁乘坐，应走疏散楼梯。</w:t>
      </w:r>
    </w:p>
    <w:p>
      <w:r>
        <w:rPr>
          <w:b w:val="0"/>
        </w:rPr>
        <w:t>94. 【判断】（判断）常闭防火门可以为了通风用木楔长时间撑开。（ ）</w:t>
      </w:r>
    </w:p>
    <w:p>
      <w:r>
        <w:rPr>
          <w:color w:val="166A3A"/>
        </w:rPr>
        <w:t>【答案】错误  【解析】常闭防火门应保持关闭，长时间撑开将失去防火防烟作用。</w:t>
      </w:r>
    </w:p>
    <w:p>
      <w:r>
        <w:rPr>
          <w:b w:val="0"/>
        </w:rPr>
        <w:t>95. 【判断】（判断）消防设施操作员国家职业资格证书是从事建筑消防设施监控操作、检测保养工作的法定上岗凭证之一。（ ）</w:t>
      </w:r>
    </w:p>
    <w:p>
      <w:r>
        <w:rPr>
          <w:color w:val="166A3A"/>
        </w:rPr>
        <w:t>【答案】正确  【解析】消防控制室值班人员须持证上岗，持消防设施操作员职业资格证书。</w:t>
      </w:r>
    </w:p>
    <w:p>
      <w:r>
        <w:rPr>
          <w:b w:val="0"/>
        </w:rPr>
        <w:t>96. 【判断】（判断）报警后，报警人可以先行离开，不必派人到路口接应消防车。（ ）</w:t>
      </w:r>
    </w:p>
    <w:p>
      <w:r>
        <w:rPr>
          <w:color w:val="166A3A"/>
        </w:rPr>
        <w:t>【答案】错误  【解析】报警后应派人到路口引导消防车，缩短到场时间。</w:t>
      </w:r>
    </w:p>
    <w:p>
      <w:r>
        <w:rPr>
          <w:b w:val="0"/>
        </w:rPr>
        <w:t>97. 【判断】（判断）室内消火栓箱内水带、水枪可以随意借用他用。（ ）</w:t>
      </w:r>
    </w:p>
    <w:p>
      <w:r>
        <w:rPr>
          <w:color w:val="166A3A"/>
        </w:rPr>
        <w:t>【答案】错误  【解析】消防器材不得挪作他用，违者依法处罚。</w:t>
      </w:r>
    </w:p>
    <w:p>
      <w:r>
        <w:rPr>
          <w:b w:val="0"/>
        </w:rPr>
        <w:t>98. 【判断】（判断）任何单位和个人都应当无偿为报警提供便利，不得阻拦报警。（ ）</w:t>
      </w:r>
    </w:p>
    <w:p>
      <w:r>
        <w:rPr>
          <w:color w:val="166A3A"/>
        </w:rPr>
        <w:t>【答案】正确  【解析】消防法规定严禁谎报火警，任何人应无偿为报警提供便利。</w:t>
      </w:r>
    </w:p>
    <w:p>
      <w:r>
        <w:rPr>
          <w:b w:val="0"/>
        </w:rPr>
        <w:t>99. 【判断】（判断）发现有人被困火场，消防队未到前，值班人员应冒险冲入浓烟中救人。（ ）</w:t>
      </w:r>
    </w:p>
    <w:p>
      <w:r>
        <w:rPr>
          <w:color w:val="166A3A"/>
        </w:rPr>
        <w:t>【答案】错误  【解析】应在确保自身安全前提下报警、引导疏散，不盲目冒险进入浓烟烈火。</w:t>
      </w:r>
    </w:p>
    <w:p>
      <w:r>
        <w:rPr>
          <w:b w:val="0"/>
        </w:rPr>
        <w:t>100. 【判断】（判断）消防设施操作员在岗期间，应按规定参加继续教育/技能培训。（ ）</w:t>
      </w:r>
    </w:p>
    <w:p>
      <w:r>
        <w:rPr>
          <w:color w:val="166A3A"/>
        </w:rPr>
        <w:t>【答案】正确  【解析】从业人员应不断学习，保持和提升技能水平。</w:t>
      </w:r>
    </w:p>
    <w:p>
      <w:r>
        <w:t>——本文档由网友整理分享，仅供备考练习，考试政策与真题以官方发布为准。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