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劳动合同范本（通用版·可直接打印签字）</w:t>
      </w:r>
    </w:p>
    <w:p>
      <w:r>
        <w:t>劳动合同</w:t>
      </w:r>
    </w:p>
    <w:p>
      <w:r>
        <w:t>甲方（用人单位）：__ 法定代表人：__ 住所：__。乙方（劳动者）：__ 身份证号：__ 住址：__。</w:t>
      </w:r>
    </w:p>
    <w:p>
      <w:r>
        <w:t>根据《中华人民共和国劳动法》《中华人民共和国劳动合同法》及相关法律法规，甲乙双方本着平等自愿、协商一致的原则，订立本合同。</w:t>
      </w:r>
    </w:p>
    <w:p>
      <w:r>
        <w:t>第一条 合同期限：本合同为固定期限合同，期限自__年__月__日起至__年__月__日止，其中试用期自__年__月__日起至__年__月__日止，试用期__个月。</w:t>
      </w:r>
    </w:p>
    <w:p>
      <w:r>
        <w:t>第二条 工作内容和工作地点：乙方同意在甲方从事__岗位工作，工作地点为__。甲方可以根据工作需要和乙方能力，经协商一致调整乙方工作岗位。</w:t>
      </w:r>
    </w:p>
    <w:p>
      <w:r>
        <w:t>第三条 工作时间和休息休假：甲方执行国家规定的工时制度。甲方安排乙方加班的，按照国家规定支付加班工资。</w:t>
      </w:r>
    </w:p>
    <w:p>
      <w:r>
        <w:t>第四条 劳动报酬：乙方试用期工资为每月__元，转正后工资为每月__元（或按__标准计发）。工资按月发放，甲方不得克扣或无故拖欠。</w:t>
      </w:r>
    </w:p>
    <w:p>
      <w:r>
        <w:t>第五条 社会保险：甲方按照国家和地方规定为乙方缴纳基本养老保险、基本医疗保险、失业保险、工伤保险和生育保险，个人缴纳部分由甲方代扣代缴。</w:t>
      </w:r>
    </w:p>
    <w:p>
      <w:r>
        <w:t>第六条 劳动保护和劳动条件：甲方为乙方提供符合国家规定的劳动安全卫生条件和必要的劳动防护用品，保障乙方在工作中的安全和健康。</w:t>
      </w:r>
    </w:p>
    <w:p>
      <w:r>
        <w:t>第七条 合同解除：经双方协商一致，可以解除本合同。乙方提前三十日以书面形式通知甲方，可以解除劳动合同；试用期内提前三日通知，可以解除。</w:t>
      </w:r>
    </w:p>
    <w:p>
      <w:r>
        <w:t>第八条 违约责任：任何一方违反本合同约定给对方造成损失的，应当依法承担赔偿责任。</w:t>
      </w:r>
    </w:p>
    <w:p>
      <w:r>
        <w:t>第九条 争议处理：因履行本合同发生争议，双方协商不成的，可以向甲方所在地劳动争议仲裁委员会申请仲裁，对仲裁裁决不服的，可以依法向人民法院起诉。</w:t>
      </w:r>
    </w:p>
    <w:p>
      <w:r>
        <w:t>第十条 其他：本合同一式两份，甲乙双方各执一份，经双方签字（盖章）后生效。甲方（盖章）：__ 乙方（签字）：__ 签订日期：__年__月__日</w:t>
      </w:r>
    </w:p>
    <w:p>
      <w:r>
        <w:t>使用说明：以上为完整合同模板，甲方乙方信息留空，请根据实际情况填写后打印签字。合同签字即生效，请仔细阅读每一条款。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