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劳动合同</w:t>
      </w:r>
    </w:p>
    <w:p/>
    <w:p>
      <w:r>
        <w:t>甲方（用人单位）：＿＿＿＿＿＿＿＿＿＿＿＿＿＿＿＿＿＿</w:t>
      </w:r>
    </w:p>
    <w:p>
      <w:r>
        <w:t>法定代表人：＿＿＿＿＿＿ 统一社会信用代码：＿＿＿＿＿＿＿＿</w:t>
      </w:r>
    </w:p>
    <w:p>
      <w:r>
        <w:t>地址：＿＿＿＿＿＿＿＿＿＿＿＿ 联系电话：＿＿＿＿＿＿＿＿</w:t>
      </w:r>
    </w:p>
    <w:p>
      <w:r>
        <w:t>乙方（劳动者）：＿＿＿＿＿＿＿＿＿＿ 性别：＿＿ 身份证号：＿＿＿＿＿＿＿＿＿＿＿＿</w:t>
      </w:r>
    </w:p>
    <w:p>
      <w:r>
        <w:t>住址：＿＿＿＿＿＿＿＿＿＿＿＿ 联系电话：＿＿＿＿＿＿＿＿</w:t>
      </w:r>
    </w:p>
    <w:p/>
    <w:p>
      <w:r>
        <w:t>第一条 合同期限：本合同为固定期限劳动合同，期限自＿＿年＿＿月＿＿日起至＿＿年＿＿月＿＿日止，试用期＿＿个月。</w:t>
      </w:r>
    </w:p>
    <w:p>
      <w:r>
        <w:t>第二条 工作内容和工作地点：甲方安排乙方从事＿＿＿＿岗位工作，工作地点为＿＿＿＿；甲方可根据经营需要和乙方能力，经协商一致调整乙方工作岗位。</w:t>
      </w:r>
    </w:p>
    <w:p>
      <w:r>
        <w:t>第三条 工作时间和休息休假：乙方实行标准工时制，每日工作不超过8小时，每周工作不超过40小时；甲方保证乙方每周至少休息1天，法定节假日按规定放假。</w:t>
      </w:r>
    </w:p>
    <w:p>
      <w:r>
        <w:t>第四条 劳动报酬：乙方月工资为＿＿＿＿元（含税），甲方于每月＿＿日前以货币形式足额支付；加班工资按国家规定执行。</w:t>
      </w:r>
    </w:p>
    <w:p>
      <w:r>
        <w:t>第五条 社会保险：甲乙双方依法参加社会保险，甲方按规定为乙方缴纳养老、医疗、失业、工伤、生育保险费，乙方承担个人缴费部分。</w:t>
      </w:r>
    </w:p>
    <w:p>
      <w:r>
        <w:t>第六条 劳动保护和劳动条件：甲方为乙方提供符合国家规定的劳动安全卫生条件和必要的劳动保护用品，对乙方进行安全教育和培训。</w:t>
      </w:r>
    </w:p>
    <w:p>
      <w:r>
        <w:t>第七条 合同解除和终止：双方协商一致可以解除本合同；符合《劳动合同法》规定情形的，任何一方可依法解除或终止合同。</w:t>
      </w:r>
    </w:p>
    <w:p>
      <w:r>
        <w:t>第八条 违约责任：一方违反本合同约定给对方造成损失的，应承担赔偿责任；甲方违法解除合同的，依法支付赔偿金。</w:t>
      </w:r>
    </w:p>
    <w:p>
      <w:r>
        <w:t>第九条 争议解决：因本合同发生争议，双方应协商解决；协商不成的，可向甲方所在地劳动争议仲裁委员会申请仲裁。</w:t>
      </w:r>
    </w:p>
    <w:p>
      <w:r>
        <w:t>第十条 其他约定：本合同未尽事宜，按国家法律法规执行；本合同一式两份，甲乙双方各执一份，自双方签字盖章之日起生效。</w:t>
      </w:r>
    </w:p>
    <w:p>
      <w:r>
        <w:t>甲方（盖章）：＿＿＿＿＿＿＿＿ 乙方（签字）：＿＿＿＿＿＿＿＿</w:t>
        <w:br/>
        <w:t>日期：＿＿年＿＿月＿＿日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