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劳动合同（通用版）</w:t>
      </w:r>
    </w:p>
    <w:p>
      <w:r>
        <w:t>合同编号：＿＿＿＿＿＿＿＿＿＿</w:t>
      </w:r>
    </w:p>
    <w:p>
      <w:r>
        <w:t>甲方（姓名/名称）：＿＿＿＿＿＿＿＿＿＿　身份证号/统一社会信用代码：＿＿＿＿＿＿＿＿＿＿</w:t>
      </w:r>
    </w:p>
    <w:p>
      <w:r>
        <w:t>乙方（姓名/名称）：＿＿＿＿＿＿＿＿＿＿　身份证号/统一社会信用代码：＿＿＿＿＿＿＿＿＿＿</w:t>
      </w:r>
    </w:p>
    <w:p>
      <w:r>
        <w:t>签订地点：＿＿＿＿＿＿＿＿＿＿　签订日期：＿＿＿＿年＿＿月＿＿日</w:t>
      </w:r>
    </w:p>
    <w:p/>
    <w:p>
      <w:pPr>
        <w:pStyle w:val="Heading2"/>
      </w:pPr>
      <w:r>
        <w:t>第一条 合同期限</w:t>
      </w:r>
    </w:p>
    <w:p>
      <w:r>
        <w:t>1.1 本合同为（固定期限/无固定期限/以完成一定工作任务为期限）劳动合同，期限自＿＿＿＿年＿＿月＿＿日起至＿＿＿＿年＿＿月＿＿日止，其中试用期自＿＿＿＿年＿＿月＿＿日起至＿＿＿＿年＿＿月＿＿日止，试用期＿＿个月。</w:t>
      </w:r>
    </w:p>
    <w:p>
      <w:r>
        <w:t>1.2 试用期工资不得低于本单位相同岗位最低档工资的80%，且不低于当地最低工资标准。</w:t>
      </w:r>
    </w:p>
    <w:p/>
    <w:p>
      <w:pPr>
        <w:pStyle w:val="Heading2"/>
      </w:pPr>
      <w:r>
        <w:t>第二条 工作内容与地点</w:t>
      </w:r>
    </w:p>
    <w:p>
      <w:r>
        <w:t>2.1 甲方根据工作需要，安排乙方从事＿＿＿＿岗位工作，工作地点为＿＿＿＿＿＿＿＿。</w:t>
      </w:r>
    </w:p>
    <w:p>
      <w:r>
        <w:t>2.2 乙方应按照甲方的岗位职责要求，按时保质完成工作任务；甲方因经营需要调整乙方岗位时，应与乙方协商一致并书面确认。</w:t>
      </w:r>
    </w:p>
    <w:p/>
    <w:p>
      <w:pPr>
        <w:pStyle w:val="Heading2"/>
      </w:pPr>
      <w:r>
        <w:t>第三条 工作时间和休息休假</w:t>
      </w:r>
    </w:p>
    <w:p>
      <w:r>
        <w:t>3.1 甲方执行标准工时制度，每日工作时间不超过8小时，每周不超过40小时；确需加班的，甲方应依法支付加班工资。</w:t>
      </w:r>
    </w:p>
    <w:p>
      <w:r>
        <w:t>3.2 乙方依法享有法定节假日、年休假、婚丧假、产假等休息休假权利。</w:t>
      </w:r>
    </w:p>
    <w:p/>
    <w:p>
      <w:pPr>
        <w:pStyle w:val="Heading2"/>
      </w:pPr>
      <w:r>
        <w:t>第四条 劳动报酬</w:t>
      </w:r>
    </w:p>
    <w:p>
      <w:r>
        <w:t>4.1 乙方月工资为人民币＿＿＿＿元（大写：＿＿＿＿），由基本工资和绩效工资构成，具体构成及标准以甲方薪酬制度为准。</w:t>
      </w:r>
    </w:p>
    <w:p>
      <w:r>
        <w:t>4.2 甲方于每月＿＿日前足额支付上月工资，不得克扣或无故拖欠；工资支付日遇法定节假日顺延。</w:t>
      </w:r>
    </w:p>
    <w:p>
      <w:r>
        <w:t>4.3 甲方依法为乙方缴纳社会保险费和住房公积金，个人缴纳部分由甲方代扣代缴。</w:t>
      </w:r>
    </w:p>
    <w:p/>
    <w:p>
      <w:pPr>
        <w:pStyle w:val="Heading2"/>
      </w:pPr>
      <w:r>
        <w:t>第五条 劳动保护与职业危害防护</w:t>
      </w:r>
    </w:p>
    <w:p>
      <w:r>
        <w:t>5.1 甲方必须为乙方提供符合国家规定的劳动安全卫生条件和必要的劳动防护用品，对从事有职业危害作业的岗位，应按规定进行健康检查。</w:t>
      </w:r>
    </w:p>
    <w:p>
      <w:r>
        <w:t>5.2 乙方在劳动过程中应严格遵守安全操作规程；甲方对乙方进行安全生产教育和培训。</w:t>
      </w:r>
    </w:p>
    <w:p/>
    <w:p>
      <w:pPr>
        <w:pStyle w:val="Heading2"/>
      </w:pPr>
      <w:r>
        <w:t>第六条 合同解除与终止</w:t>
      </w:r>
    </w:p>
    <w:p>
      <w:r>
        <w:t>6.1 经甲乙双方协商一致，可以解除本合同。</w:t>
      </w:r>
    </w:p>
    <w:p>
      <w:r>
        <w:t>6.2 乙方有下列情形之一的，甲方可以解除合同：在试用期间被证明不符合录用条件的；严重违反甲方规章制度的；严重失职、营私舞弊给甲方造成重大损害的；乙方同时与其他用人单位建立劳动关系对完成本单位工作任务造成严重影响，或者经甲方提出拒不改正的；被依法追究刑事责任的。</w:t>
      </w:r>
    </w:p>
    <w:p>
      <w:r>
        <w:t>6.3 甲方有下列情形之一的，乙方可以解除合同：未按照劳动合同约定提供劳动保护或者劳动条件的；未及时足额支付劳动报酬的；未依法为乙方缴纳社会保险费的；甲方规章制度违反法律法规规定损害乙方权益的。</w:t>
      </w:r>
    </w:p>
    <w:p>
      <w:r>
        <w:t>6.4 劳动合同解除或终止后，甲方应依法支付经济补偿的，按乙方在本单位工作年限每满一年支付一个月工资的标准执行；乙方应依法办理工作交接。</w:t>
      </w:r>
    </w:p>
    <w:p/>
    <w:p>
      <w:pPr>
        <w:pStyle w:val="Heading2"/>
      </w:pPr>
      <w:r>
        <w:t>第七条 违约责任与争议解决</w:t>
      </w:r>
    </w:p>
    <w:p>
      <w:r>
        <w:t>7.1 一方违反本合同约定给对方造成损失的，应依法承担赔偿责任。</w:t>
      </w:r>
    </w:p>
    <w:p>
      <w:r>
        <w:t>7.2 甲乙双方因履行本合同发生争议，应协商解决；协商不成的，可向甲方所在地劳动争议仲裁委员会申请仲裁，对仲裁裁决不服的，可依法向人民法院提起诉讼。</w:t>
      </w:r>
    </w:p>
    <w:p/>
    <w:p>
      <w:pPr>
        <w:pStyle w:val="Heading2"/>
      </w:pPr>
      <w:r>
        <w:t>第八条 其他约定</w:t>
      </w:r>
    </w:p>
    <w:p>
      <w:r>
        <w:t>8.1 本合同未尽事宜，按国家和地方有关法律法规执行；双方可另行签订补充协议，补充协议与本合同具有同等法律效力。</w:t>
      </w:r>
    </w:p>
    <w:p>
      <w:r>
        <w:t>8.2 本合同一式两份，甲乙双方各执一份，自双方签字（盖章）之日起生效。</w:t>
      </w:r>
    </w:p>
    <w:p>
      <w:r>
        <w:t>8.3 乙方确认已阅读并理解甲方规章制度，并承诺遵守。</w:t>
      </w:r>
    </w:p>
    <w:p/>
    <w:p>
      <w:r>
        <w:t>（以下无正文，为本合同签署页）</w:t>
      </w:r>
    </w:p>
    <w:p/>
    <w:p>
      <w:r>
        <w:t>甲方（签字/盖章）：＿＿＿＿＿＿＿＿＿＿</w:t>
      </w:r>
    </w:p>
    <w:p>
      <w:r>
        <w:t>乙方（签字/盖章）：＿＿＿＿＿＿＿＿＿＿</w:t>
      </w:r>
    </w:p>
    <w:p>
      <w:r>
        <w:t>签订日期：＿＿＿＿年＿＿月＿＿日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