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劳动合同模板（通用完整版，空白处留待填写）</w:t>
      </w:r>
    </w:p>
    <w:p>
      <w:r>
        <w:t>入职签劳动合同，条款看不懂怎么办？小编整理了劳动合同模板（通用完整版），依据《劳动合同法》整理必备条款，帮助劳动者看懂合同、维护权益。</w:t>
      </w:r>
    </w:p>
    <w:p>
      <w:r>
        <w:t>亮点：①包含劳动合同必备九大条款；②试用期、加班、社保等关键条款重点提示；③Word版可直接编辑；④附签订注意事项。网页是预览版，下载Word完整版可直接打印。? 免费下载Word完整版（可直接打印编辑）</w:t>
      </w:r>
    </w:p>
    <w:p>
      <w:pPr>
        <w:pStyle w:val="Heading1"/>
      </w:pPr>
      <w:r>
        <w:t>合同正文（节选）</w:t>
      </w:r>
    </w:p>
    <w:p>
      <w:r>
        <w:t>劳动合同</w:t>
      </w:r>
    </w:p>
    <w:p>
      <w:r>
        <w:t>甲方（用人单位）：______</w:t>
      </w:r>
    </w:p>
    <w:p>
      <w:r>
        <w:t>乙方（劳动者）：______　身份证号：______</w:t>
      </w:r>
    </w:p>
    <w:p>
      <w:r>
        <w:t>根据《中华人民共和国劳动合同法》及相关法律法规，甲乙双方本着平等自愿、协商一致的原则，订立本合同。</w:t>
      </w:r>
    </w:p>
    <w:p>
      <w:r>
        <w:t>第一条 劳动合同期限：本合同期限为______，自______年______月______日起至______年______月______日止。其中试用期为______个月。</w:t>
      </w:r>
    </w:p>
    <w:p>
      <w:r>
        <w:t>第二条 工作内容和工作地点：乙方同意在甲方______部门从事______岗位工作，工作地点为______。</w:t>
      </w:r>
    </w:p>
    <w:p>
      <w:r>
        <w:t>第三条 工作时间和休息休假：执行______工时制度，加班须依法支付加班工资。</w:t>
      </w:r>
    </w:p>
    <w:p>
      <w:r>
        <w:t>第四条 劳动报酬：乙方月工资为人民币______元（其中试用期工资为______元），工资于每月______日前足额支付。甲方依法为乙方缴纳社会保险和住房公积金。</w:t>
      </w:r>
    </w:p>
    <w:p>
      <w:r>
        <w:t>第五条 劳动保护：甲方为乙方提供符合国家规定的劳动安全卫生条件和必要的劳动保护用品。</w:t>
      </w:r>
    </w:p>
    <w:p>
      <w:r>
        <w:t>第六条 合同解除和终止：依照《劳动合同法》有关规定执行。</w:t>
      </w:r>
    </w:p>
    <w:p>
      <w:r>
        <w:t>第七条 争议解决：发生劳动争议，双方可协商解决，或依法申请调解、仲裁、提起诉讼。</w:t>
      </w:r>
    </w:p>
    <w:p>
      <w:r>
        <w:t>……</w:t>
      </w:r>
    </w:p>
    <w:p>
      <w:r>
        <w:t>甲方（盖章）：______　乙方（签字）：______</w:t>
      </w:r>
    </w:p>
    <w:p>
      <w:r>
        <w:t>签订日期：______年______月______日? 签订提醒：①试用期不超法定上限（合同期3年以上试用期最长6个月）；②工资、社保、工时等空白处必须填写；③一式两份，自己留存一份。完整版见Word。? 免费下载Word完整版（可直接打印编辑）本文由「老百姓办事指南」整理，资料供学习参考，可下载Word版打印使用。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