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劳动仲裁申请书范本（通用版）</w:t>
      </w:r>
    </w:p>
    <w:p>
      <w:r>
        <w:t>劳动仲裁申请书</w:t>
      </w:r>
    </w:p>
    <w:p>
      <w:r>
        <w:t>申请人：__ 性别：__ 出生日期：__年__月__日 民族：__ 住址：__ 联系电话：__。被申请人：__公司 法定代表人：__ 地址：__ 联系电话：__。</w:t>
      </w:r>
    </w:p>
    <w:p>
      <w:r>
        <w:t>请求事项：一、请求裁决被申请人支付申请人拖欠的工资人民币__元；二、请求裁决被申请人支付经济补偿金（赔偿金）人民币__元；三、请求裁决被申请人为申请人补缴__年__月至__年__月的社会保险；四、请求裁决被申请人支付加班费人民币__元；五、其他：__。</w:t>
      </w:r>
    </w:p>
    <w:p>
      <w:r>
        <w:t>事实与理由：申请人于__年__月__日入职被申请人处，担任__岗位，月工资__元。入职后，被申请人（存在以下行为）：一、拖欠申请人__年__月至__月工资共__元；二、__年__月__日无正当理由解除劳动合同，未支付经济补偿；三、未依法为申请人缴纳社会保险；四、安排加班未支付加班费。</w:t>
      </w:r>
    </w:p>
    <w:p>
      <w:r>
        <w:t>申请人多次与被申请人协商无果，为维护自身合法权益，特依据《中华人民共和国劳动合同法》《中华人民共和国劳动争议调解仲裁法》的规定，向贵委申请仲裁，请依法裁决。</w:t>
      </w:r>
    </w:p>
    <w:p>
      <w:r>
        <w:t>此致 劳动人事争议仲裁委员会 申请人：__ 2026年__月__日</w:t>
      </w:r>
    </w:p>
    <w:p>
      <w:r>
        <w:t>附：1.身份证复印件；2.劳动合同；3.工资银行流水；4.考勤记录；5.解除劳动合同通知书等证据材料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