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劳动仲裁申请书范本（讨薪/辞退维权用）</w:t>
      </w:r>
    </w:p>
    <w:p>
      <w:r>
        <w:t>劳动仲裁申请书申请人：__ 性别：__ 身份证号：__ 住址：__ 联系电话：__ 被申请人：__ 住所地：__ 法定代表人：__ 联系电话：__仲裁请求：1.请求裁决被申请人支付申请人拖欠工资人民币__元；2.请求裁决被申请人支付经济补偿金人民币__元；3.请求裁决被申请人支付加班费人民币__元；4.___。事实与理由：申请人于__年__月__日入职被申请人处，从事__岗位工作，双方存在劳动关系。申请人月工资为__元。__年__月__日，被申请人__（欠薪/违法解除/不给加班费的具体事实）。申请人多次催讨，被申请人拒不支付。根据《中华人民共和国劳动合同法》第__条及《劳动争议调解仲裁法》相关规定，被申请人的行为已构成违法，侵害了申请人的合法权益。为维护自身合法权益，特向贵委申请仲裁，请依法裁决。此致 __劳动争议仲裁委员会  申请人：__ 日期：__年__月__日附：1.证据清单及证据材料__份；2.申请人身份证复印件；3.劳动关系证明（劳动合同/工资流水/考勤记录等）。</w:t>
      </w:r>
    </w:p>
    <w:p>
      <w:r>
        <w:t>使用说明：以上为完整合同模板，甲方乙方信息留空，请根据实际情况填写后打印签字。合同签字即生效，请仔细阅读每一条款。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