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劳动仲裁申请书</w:t>
      </w:r>
    </w:p>
    <w:p/>
    <w:p>
      <w:r>
        <w:t>申请人：＿＿＿＿＿＿＿＿ 性别：＿＿ 民族：＿＿ 出生日期：＿＿年＿＿月＿＿日</w:t>
      </w:r>
    </w:p>
    <w:p>
      <w:r>
        <w:t>身份证号：＿＿＿＿＿＿＿＿＿＿＿＿</w:t>
      </w:r>
    </w:p>
    <w:p>
      <w:r>
        <w:t>住址：＿＿＿＿＿＿＿＿＿＿＿＿ 联系电话：＿＿＿＿＿＿＿＿</w:t>
      </w:r>
    </w:p>
    <w:p>
      <w:r>
        <w:t>被申请人：＿＿＿＿＿＿＿＿（用人单位全称）</w:t>
      </w:r>
    </w:p>
    <w:p>
      <w:r>
        <w:t>法定代表人：＿＿＿＿＿＿ 职务：＿＿＿＿ 联系电话：＿＿＿＿＿＿</w:t>
      </w:r>
    </w:p>
    <w:p>
      <w:r>
        <w:t>地址：＿＿＿＿＿＿＿＿＿＿＿＿</w:t>
      </w:r>
    </w:p>
    <w:p/>
    <w:p>
      <w:r>
        <w:t>一、仲裁请求：1.请求裁决被申请人支付拖欠工资人民币＿＿＿＿元；2.请求裁决被申请人支付经济补偿金/赔偿金人民币＿＿＿＿元；3.请求裁决被申请人补缴社会保险费；4.请求裁决被申请人支付加班费人民币＿＿＿＿元；5.本案仲裁费用由被申请人承担。</w:t>
      </w:r>
    </w:p>
    <w:p>
      <w:r>
        <w:t>二、事实与理由：申请人于＿＿年＿＿月＿＿日入职被申请人处，从事＿＿＿＿岗位工作，双方约定月工资人民币＿＿＿＿元。工作期间，被申请人存在以下违法行为：（1）＿＿＿＿＿＿＿＿；（2）＿＿＿＿＿＿＿＿；（3）＿＿＿＿＿＿＿＿。</w:t>
      </w:r>
    </w:p>
    <w:p>
      <w:r>
        <w:t>三、证据材料：1.劳动合同/工作证/工资银行流水；2.考勤记录；3.解除劳动关系通知书；4.加班记录；5.其他证据：＿＿＿＿＿＿＿＿。</w:t>
      </w:r>
    </w:p>
    <w:p>
      <w:r>
        <w:t>四、法律依据：《中华人民共和国劳动法》《中华人民共和国劳动合同法》《中华人民共和国劳动争议调解仲裁法》等相关规定。</w:t>
      </w:r>
    </w:p>
    <w:p>
      <w:r>
        <w:t>此致</w:t>
        <w:br/>
        <w:t>＿＿＿＿劳动争议仲裁委员会</w:t>
        <w:br/>
        <w:t>申请人（签字）：＿＿＿＿＿＿＿＿</w:t>
        <w:br/>
        <w:t>日期：＿＿年＿＿月＿＿日</w:t>
      </w:r>
    </w:p>
    <w:p>
      <w:r>
        <w:t>附：1.本申请书副本1份；2.证据材料复印件及清单1份。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