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劳动仲裁申请书（通用模板）</w:t>
      </w:r>
    </w:p>
    <w:p>
      <w:r>
        <w:t>合同编号：＿＿＿＿＿＿＿＿＿＿</w:t>
      </w:r>
    </w:p>
    <w:p>
      <w:r>
        <w:t>甲方（姓名/名称）：＿＿＿＿＿＿＿＿＿＿　身份证号/统一社会信用代码：＿＿＿＿＿＿＿＿＿＿</w:t>
      </w:r>
    </w:p>
    <w:p>
      <w:r>
        <w:t>乙方（姓名/名称）：＿＿＿＿＿＿＿＿＿＿　身份证号/统一社会信用代码：＿＿＿＿＿＿＿＿＿＿</w:t>
      </w:r>
    </w:p>
    <w:p>
      <w:r>
        <w:t>签订地点：＿＿＿＿＿＿＿＿＿＿　签订日期：＿＿＿＿年＿＿月＿＿日</w:t>
      </w:r>
    </w:p>
    <w:p/>
    <w:p>
      <w:pPr>
        <w:pStyle w:val="Heading2"/>
      </w:pPr>
      <w:r>
        <w:t>一、申请人基本信息</w:t>
      </w:r>
    </w:p>
    <w:p>
      <w:r>
        <w:t>申请人：姓名＿＿＿＿，性别＿＿，出生日期＿＿＿＿，身份证号＿＿＿＿，住址＿＿＿＿，联系电话＿＿＿＿。</w:t>
      </w:r>
    </w:p>
    <w:p>
      <w:r>
        <w:t>被申请人：单位名称＿＿＿＿，住所地＿＿＿＿，法定代表人＿＿＿＿，联系电话＿＿＿＿。</w:t>
      </w:r>
    </w:p>
    <w:p/>
    <w:p>
      <w:pPr>
        <w:pStyle w:val="Heading2"/>
      </w:pPr>
      <w:r>
        <w:t>二、仲裁请求</w:t>
      </w:r>
    </w:p>
    <w:p>
      <w:r>
        <w:t>1. 请求裁决被申请人支付拖欠工资人民币＿＿＿＿元；</w:t>
      </w:r>
    </w:p>
    <w:p>
      <w:r>
        <w:t>2. 请求裁决被申请人支付经济补偿金人民币＿＿＿＿元；</w:t>
      </w:r>
    </w:p>
    <w:p>
      <w:r>
        <w:t>3. 请求裁决被申请人补缴社会保险费（＿＿年＿＿月至＿＿年＿＿月）；</w:t>
      </w:r>
    </w:p>
    <w:p>
      <w:r>
        <w:t>4. 请求裁决被申请人支付未休年休假工资人民币＿＿＿＿元。</w:t>
      </w:r>
    </w:p>
    <w:p/>
    <w:p>
      <w:pPr>
        <w:pStyle w:val="Heading2"/>
      </w:pPr>
      <w:r>
        <w:t>三、事实与理由</w:t>
      </w:r>
    </w:p>
    <w:p>
      <w:r>
        <w:t>1. 申请人于＿＿＿＿年＿＿月＿＿日入职被申请人处，从事＿＿＿＿岗位，双方建立劳动关系，约定月工资人民币＿＿＿＿元。</w:t>
      </w:r>
    </w:p>
    <w:p>
      <w:r>
        <w:t>2. ＿＿＿＿年＿＿月＿＿日，被申请人（无正当理由解除劳动合同/未足额支付工资/未依法缴纳社保/违法辞退），具体事实如下：＿＿＿＿＿＿＿＿。</w:t>
      </w:r>
    </w:p>
    <w:p>
      <w:r>
        <w:t>3. 依据《中华人民共和国劳动合同法》第＿＿条、第＿＿条之规定，被申请人应支付上述款项。</w:t>
      </w:r>
    </w:p>
    <w:p/>
    <w:p>
      <w:pPr>
        <w:pStyle w:val="Heading2"/>
      </w:pPr>
      <w:r>
        <w:t>四、证据清单</w:t>
      </w:r>
    </w:p>
    <w:p>
      <w:r>
        <w:t>1. 劳动合同/工资银行流水/考勤记录/解除通知/微信聊天记录等证据共＿＿份；</w:t>
      </w:r>
    </w:p>
    <w:p>
      <w:r>
        <w:t>2. 上述证据复印件随申请书一并提交，原件庭审时出示。</w:t>
      </w:r>
    </w:p>
    <w:p/>
    <w:p>
      <w:pPr>
        <w:pStyle w:val="Heading2"/>
      </w:pPr>
      <w:r>
        <w:t>五、此致</w:t>
      </w:r>
    </w:p>
    <w:p>
      <w:r>
        <w:t>此致＿＿＿＿劳动人事争议仲裁委员会</w:t>
      </w:r>
    </w:p>
    <w:p>
      <w:r>
        <w:t>申请人（签名）：＿＿＿＿</w:t>
      </w:r>
    </w:p>
    <w:p>
      <w:r>
        <w:t>＿＿＿＿年＿＿月＿＿日</w:t>
      </w:r>
    </w:p>
    <w:p/>
    <w:p>
      <w:r>
        <w:t>（以下无正文，为本合同签署页）</w:t>
      </w:r>
    </w:p>
    <w:p/>
    <w:p>
      <w:r>
        <w:t>甲方（签字/盖章）：＿＿＿＿＿＿＿＿＿＿</w:t>
      </w:r>
    </w:p>
    <w:p>
      <w:r>
        <w:t>乙方（签字/盖章）：＿＿＿＿＿＿＿＿＿＿</w:t>
      </w:r>
    </w:p>
    <w:p>
      <w:r>
        <w:t>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