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劳动仲裁申请书模板：被公司辞退/拖欠工资怎么申请仲裁</w:t>
      </w:r>
    </w:p>
    <w:p>
      <w:pPr>
        <w:pStyle w:val="Heading1"/>
      </w:pPr>
      <w:r>
        <w:t>劳动仲裁申请书</w:t>
      </w:r>
    </w:p>
    <w:p>
      <w:r>
        <w:t>申请人：________ 身份证号：________ 住址：________</w:t>
      </w:r>
    </w:p>
    <w:p>
      <w:r>
        <w:t>被申请人：________ 统一社会信用代码：________ 法定代表人：________</w:t>
      </w:r>
    </w:p>
    <w:p>
      <w:r>
        <w:t>仲裁请求：一、支付拖欠工资____元；二、支付赔偿金/经济补偿金____元；三、支付加班费____元。</w:t>
      </w:r>
    </w:p>
    <w:p>
      <w:r>
        <w:t>事实与理由：____年__月__日入职，担任____岗位，月工资____元。____年__月__日被____为由____。</w:t>
      </w:r>
    </w:p>
    <w:p>
      <w:r>
        <w:t>此致 ____劳动人事争议仲裁委员会</w:t>
      </w:r>
    </w:p>
    <w:p>
      <w:r>
        <w:t>申请人：________ ____年__月__日</w:t>
      </w:r>
    </w:p>
    <w:p>
      <w:r>
        <w:t>（Word版可直接打印填写）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