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劳务合同模板（个人提供劳务/兼职版）：劳务合同与劳动合同的区别</w:t>
      </w:r>
    </w:p>
    <w:p>
      <w:pPr>
        <w:pStyle w:val="Heading1"/>
      </w:pPr>
      <w:r>
        <w:t>劳务合同模板</w:t>
      </w:r>
    </w:p>
    <w:p>
      <w:r>
        <w:t>甲方（委托方）：________ 统一社会信用代码/身份证号：________</w:t>
      </w:r>
    </w:p>
    <w:p>
      <w:r>
        <w:t>乙方（劳务提供方）：________ 身份证号：________</w:t>
      </w:r>
    </w:p>
    <w:p>
      <w:r>
        <w:t>第一条 劳务内容：____。</w:t>
      </w:r>
    </w:p>
    <w:p>
      <w:r>
        <w:t>第二条 劳务期限：____年__月__日至____年__月__日。</w:t>
      </w:r>
    </w:p>
    <w:p>
      <w:r>
        <w:t>第三条 劳务报酬：按____结算，报酬____元，结算周期____。</w:t>
      </w:r>
    </w:p>
    <w:p>
      <w:r>
        <w:t>第四条 工作方式：在____提供劳务。</w:t>
      </w:r>
    </w:p>
    <w:p>
      <w:r>
        <w:t>第五条 安全保障：甲方提供安全条件，乙方遵守操作规程。</w:t>
      </w:r>
    </w:p>
    <w:p>
      <w:r>
        <w:t>第六条 保密条款：____。</w:t>
      </w:r>
    </w:p>
    <w:p>
      <w:r>
        <w:t>第七条 合同解除：提前____日通知。</w:t>
      </w:r>
    </w:p>
    <w:p>
      <w:r>
        <w:t>第八条 争议解决：向____法院起诉。</w:t>
      </w:r>
    </w:p>
    <w:p>
      <w:r>
        <w:t>甲方（盖章/签字）：____ 乙方（签字）：____ ____年__月__日</w:t>
      </w:r>
    </w:p>
    <w:p>
      <w:r>
        <w:t>（Word版甲方乙方留空，可直接打印填写签字）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