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房屋赠与合同范本（父母赠与子女房产，含过户与撤销条款）Word下载</w:t>
      </w:r>
    </w:p>
    <w:p>
      <w:r>
        <w:t>房屋赠与合同范本（父母赠与子女房产，含过户与撤销条款）Word下载</w:t>
      </w:r>
    </w:p>
    <w:p>
      <w:r>
        <w:t>赠与人（甲方）：________________　身份证号：________________　联系电话：________________</w:t>
      </w:r>
    </w:p>
    <w:p>
      <w:r>
        <w:t>受赠人（乙方）：________________　身份证号：________________　联系电话：________________</w:t>
      </w:r>
    </w:p>
    <w:p>
      <w:r>
        <w:t>根据《中华人民共和国民法典》合同编赠与合同的相关规定，甲乙双方在平等、自愿、协商一致的基础上，就房屋赠与事宜达成如下协议：</w:t>
      </w:r>
    </w:p>
    <w:p>
      <w:r>
        <w:t>第一条　赠与房屋基本情况</w:t>
      </w:r>
    </w:p>
    <w:p>
      <w:r>
        <w:t>1.1 甲方自愿将其所有的位于________________________的房屋（以下简称“该房屋”）无偿赠与乙方个人所有。</w:t>
      </w:r>
    </w:p>
    <w:p>
      <w:r>
        <w:t>1.2 该房屋建筑面积约______平方米，房屋所有权证（不动产权证）号：______________，房屋用途为________。</w:t>
      </w:r>
    </w:p>
    <w:p>
      <w:r>
        <w:t>1.3 甲方保证对该房屋拥有合法、完整的所有权，该房屋产权清晰，无抵押、无查封、无权属争议，亦未设定其他担保物权。如该房屋为夫妻共同财产，赠与人配偶已书面同意本次赠与。</w:t>
      </w:r>
    </w:p>
    <w:p>
      <w:r>
        <w:t>第二条　赠与安排</w:t>
      </w:r>
    </w:p>
    <w:p>
      <w:r>
        <w:t>2.1 本赠与为甲方自愿、无偿作出，不附加任何对价，乙方无需向甲方支付购房款。</w:t>
      </w:r>
    </w:p>
    <w:p>
      <w:r>
        <w:t>2.2 甲方应于____年__月__日前，配合乙方到不动产登记部门办理该房屋的所有权转移登记（过户）手续，将房屋产权变更至乙方名下。</w:t>
      </w:r>
    </w:p>
    <w:p>
      <w:r>
        <w:t>2.3 办理过户所产生的契税、登记费、公证费等税费，由____方承担（双方可约定由乙方承担）。</w:t>
      </w:r>
    </w:p>
    <w:p>
      <w:r>
        <w:t>第三条　房屋交付</w:t>
      </w:r>
    </w:p>
    <w:p>
      <w:r>
        <w:t>3.1 甲方应于过户完成后____日内将房屋及钥匙、相关证件一并交付乙方。</w:t>
      </w:r>
    </w:p>
    <w:p>
      <w:r>
        <w:t>3.2 房屋交付前产生的水、电、燃气、物业等费用由甲方结清；交付后由乙方承担。</w:t>
      </w:r>
    </w:p>
    <w:p>
      <w:r>
        <w:t>第四条　赠与的撤销（重要）</w:t>
      </w:r>
    </w:p>
    <w:p>
      <w:r>
        <w:t>4.1 根据法律规定，在房屋权利转移（过户）之前，甲方可以撤销赠与；但具有救灾、扶贫、助残等社会公益、道德义务性质的赠与合同或者经过公证的赠与合同，不适用前款规定。</w:t>
      </w:r>
    </w:p>
    <w:p>
      <w:r>
        <w:t>4.2 受赠人有下列情形之一的，赠与人可以撤销赠与：（1）严重侵害赠与人或者赠与人近亲属的合法权益；（2）对赠与人有扶养义务而不履行；（3）不履行赠与合同约定的义务。赠与人的撤销权，自知道或者应当知道撤销原因之日起一年内行使。</w:t>
      </w:r>
    </w:p>
    <w:p>
      <w:r>
        <w:t>第五条　特别约定（可按实际选择填写）</w:t>
      </w:r>
    </w:p>
    <w:p>
      <w:r>
        <w:t>5.1 双方约定：本赠与房屋为乙方的个人财产，不作为其夫妻共同财产（如希望只归子女个人所有，建议明确此条）。</w:t>
      </w:r>
    </w:p>
    <w:p>
      <w:r>
        <w:t>5.2 双方约定：甲方在该房屋中保留居住权至百年之后，乙方不得擅自将房屋出售、出租或要求甲方搬离（如需保留居住权请填写本条）。</w:t>
      </w:r>
    </w:p>
    <w:p>
      <w:r>
        <w:t>5.3 其他约定：________________________________。</w:t>
      </w:r>
    </w:p>
    <w:p>
      <w:r>
        <w:t>第六条　争议解决</w:t>
      </w:r>
    </w:p>
    <w:p>
      <w:r>
        <w:t>本协议履行中发生争议，双方友好协商解决；协商不成的，向房屋所在地人民法院起诉。</w:t>
      </w:r>
    </w:p>
    <w:p>
      <w:r>
        <w:t>第七条　其他</w:t>
      </w:r>
    </w:p>
    <w:p>
      <w:r>
        <w:t>7.1 本协议自双方签字之日起成立，建议到公证处办理赠与公证，以更好地保障双方权益。</w:t>
      </w:r>
    </w:p>
    <w:p>
      <w:r>
        <w:t>7.2 本协议一式__份，甲乙双方各执一份，不动产登记、公证部门留存一份，具有同等法律效力。</w:t>
      </w:r>
    </w:p>
    <w:p>
      <w:r>
        <w:t>甲方（签字按手印）：____________　乙方（签字按手印）：____________</w:t>
      </w:r>
    </w:p>
    <w:p>
      <w:r>
        <w:t>赠与人配偶同意签字：____________（如房屋为夫妻共同财产）</w:t>
      </w:r>
    </w:p>
    <w:p>
      <w:r>
        <w:t>签订日期：____年__月__日</w:t>
      </w:r>
    </w:p>
    <w:p/>
    <w:p>
      <w:r>
        <w:t>【附：房屋赠与注意事项】</w:t>
      </w:r>
    </w:p>
    <w:p>
      <w:r>
        <w:t>1.赠与过户虽然不用付房款，但仍需缴纳契税等税费；建议过户前到不动产登记中心核算清楚税费，赠与和买卖哪个更划算可提前比较。</w:t>
      </w:r>
    </w:p>
    <w:p>
      <w:r>
        <w:t>2.房子还有贷款没还清的，一般不能直接办理赠与过户，需先结清贷款或经贷款银行同意，提前咨询银行和登记部门。</w:t>
      </w:r>
    </w:p>
    <w:p>
      <w:r>
        <w:t>3.父母想把房子只赠与自己子女、不作为子女夫妻共同财产的，一定要在合同里写明“只归子女个人所有”，否则默认算子女夫妻共同财产。</w:t>
      </w:r>
    </w:p>
    <w:p>
      <w:r>
        <w:t>4.赠与过户完成后一般不能随意要回；但如果子女不履行赡养义务、严重伤害父母，法律规定赠与人在一年内仍可撤销赠与。</w:t>
      </w:r>
    </w:p>
    <w:p>
      <w:r>
        <w:t>5.如父母担心赠与后被子女赶出，可在合同中约定保留居住权，并办理居住权登记，给自己留一份保障。</w:t>
      </w:r>
    </w:p>
    <w:p>
      <w:r>
        <w:t>6.房产涉及其他继承人（如多个子女）的，建议家庭成员共同协商、必要时公证，避免日后家庭纠纷。</w:t>
      </w:r>
    </w:p>
    <w:p/>
    <w:p>
      <w:r>
        <w:t>【常见问题解答】</w:t>
      </w:r>
    </w:p>
    <w:p>
      <w:r>
        <w:t>问：赠与过户和买卖过户，到底哪个省钱？</w:t>
      </w:r>
    </w:p>
    <w:p>
      <w:r>
        <w:t>答：不一定。赠与免个税但要交契税；买卖根据房屋是否满两年、是否唯一住房，税费差别很大。建议带上房产证到不动产登记中心或税务窗口，把两种方式分别算一遍，再决定走哪条路。</w:t>
      </w:r>
    </w:p>
    <w:p>
      <w:r>
        <w:t>问：房子还在还房贷，能赠与给子女吗？</w:t>
      </w:r>
    </w:p>
    <w:p>
      <w:r>
        <w:t>答：一般不能直接过户，因为房子抵押在银行。需要先结清贷款解除抵押，或经贷款银行同意办理变更。提前问贷款银行和登记中心，别白跑一趟。</w:t>
      </w:r>
    </w:p>
    <w:p>
      <w:r>
        <w:t>问：赠与公证有必要做吗？</w:t>
      </w:r>
    </w:p>
    <w:p>
      <w:r>
        <w:t>答：建议做。公证后的赠与合同更规范、证据效力更强，也能减少家庭内部日后反悔和纠纷。办理时赠与人夫妻双方、受赠人都要到场。</w:t>
      </w:r>
    </w:p>
    <w:p>
      <w:r>
        <w:t>问：赠与以后父母后悔了还能要回房子吗？</w:t>
      </w:r>
    </w:p>
    <w:p>
      <w:r>
        <w:t>答：过户完成后原则上不能随意撤销；但如果子女严重侵害父母或其近亲属、有赡养义务却不履行，自知道原因之日起一年内，父母可以起诉撤销赠与、要回房屋。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