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离婚协议书模板：协议离婚必备（含子女抚养与财产分割）</w:t>
      </w:r>
    </w:p>
    <w:p>
      <w:pPr>
        <w:pStyle w:val="Heading1"/>
      </w:pPr>
      <w:r>
        <w:t>离婚协议书</w:t>
      </w:r>
    </w:p>
    <w:p>
      <w:r>
        <w:t>男方：________ 身份证号：________</w:t>
      </w:r>
    </w:p>
    <w:p>
      <w:r>
        <w:t>女方：________ 身份证号：________</w:t>
      </w:r>
    </w:p>
    <w:p>
      <w:r>
        <w:t>一、自愿离婚：双方均同意解除婚姻关系。</w:t>
      </w:r>
    </w:p>
    <w:p>
      <w:r>
        <w:t>二、子女抚养：婚生子/女____由____方抚养，抚养费每月____元，探视权____。</w:t>
      </w:r>
    </w:p>
    <w:p>
      <w:r>
        <w:t>三、财产分割：房产/车辆/存款按____方式分割。</w:t>
      </w:r>
    </w:p>
    <w:p>
      <w:r>
        <w:t>四、债权债务：无共同债务/共同债务____由____方承担。</w:t>
      </w:r>
    </w:p>
    <w:p>
      <w:r>
        <w:t>五、其他约定：____。</w:t>
      </w:r>
    </w:p>
    <w:p>
      <w:r>
        <w:t>六、本协议自登记离婚之日起生效。</w:t>
      </w:r>
    </w:p>
    <w:p>
      <w:r>
        <w:t>男方（签字）：____ 女方（签字）：____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