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离婚协议书范本（含财产分割·子女抚养条款）</w:t>
      </w:r>
    </w:p>
    <w:p>
      <w:r>
        <w:t>离婚协议书</w:t>
      </w:r>
    </w:p>
    <w:p>
      <w:r>
        <w:t>男方：__ 身份证号：__ 女方：__ 身份证号：__ 双方于__年__月__日在__民政局登记结婚，婚后生育子女__人。现因__，致使夫妻感情确已破裂，经双方自愿协商达成一致意见，订立离婚协议如下：</w:t>
      </w:r>
    </w:p>
    <w:p>
      <w:r>
        <w:t>一、自愿离婚：双方均同意解除婚姻关系，并到__民政局办理离婚登记。</w:t>
      </w:r>
    </w:p>
    <w:p>
      <w:r>
        <w:t>二、子女抚养：婚生子（女）__，由__方直接抚养，__方每月支付抚养费人民币__元，于每月__日前支付，直至子女年满18周岁（或至大学毕业）。__方享有探视权，探视时间为__（如每周__）。</w:t>
      </w:r>
    </w:p>
    <w:p>
      <w:r>
        <w:t>三、财产分割：1.房产：位于__的房产（产权证号__）归__方所有，__方应于__年__月__日前配合办理过户手续；2.车辆：__归__方所有；3.存款及理财产品：各自名下存款归各自所有（或按__方式分割）；4.其他财产：__。</w:t>
      </w:r>
    </w:p>
    <w:p>
      <w:r>
        <w:t>四、债务处理：婚姻关系存续期间产生的共同债务__元由双方按__比例承担；双方确认无其他共同债务。个人债务由各自承担。</w:t>
      </w:r>
    </w:p>
    <w:p>
      <w:r>
        <w:t>五、户口及生活协助：__方应于__年__月__日前将户口迁出（或协助办理相关手续）。</w:t>
      </w:r>
    </w:p>
    <w:p>
      <w:r>
        <w:t>六、违约责任：任何一方不履行本协议约定义务的，应赔偿对方因此产生的损失。</w:t>
      </w:r>
    </w:p>
    <w:p>
      <w:r>
        <w:t>七、本协议自双方在婚姻登记机关办理离婚登记之日起生效，一式三份，双方各执一份，婚姻登记机关留存一份。</w:t>
      </w:r>
    </w:p>
    <w:p>
      <w:r>
        <w:t>男方（签字）：__ 女方（签字）：__ 日期：__年__月__日</w:t>
      </w:r>
    </w:p>
    <w:p>
      <w:r>
        <w:t>使用说明：以上为完整合同模板，甲方乙方信息留空，请根据实际情况填写后打印签字。合同签字即生效，请仔细阅读每一条款。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