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小学六年级数学小升初模拟测试卷（100题完整版）</w:t>
      </w:r>
    </w:p>
    <w:p>
      <w:r>
        <w:t>满分100分，时间80分钟。本卷为完整版，共100题，含计算、选择、填空、判断、应用题，覆盖分数乘除法、比和比例、圆、百分数、负数、圆柱圆锥等小升初核心内容，全部带答案和解析，可直接打印练习。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计算：0 ÷ 18 = ?</w:t>
      </w:r>
      <w:r>
        <w:br/>
        <w:t xml:space="preserve">    A. -5</w:t>
      </w:r>
      <w:r>
        <w:br/>
        <w:t xml:space="preserve">    B. 0</w:t>
      </w:r>
      <w:r>
        <w:br/>
        <w:t xml:space="preserve">    C. 6</w:t>
      </w:r>
      <w:r>
        <w:br/>
        <w:t xml:space="preserve">    D. 7</w:t>
      </w:r>
      <w:r>
        <w:br/>
        <w:t>【答案】B　【解析】按有理数运算法则计算，结果为0。</w:t>
      </w:r>
    </w:p>
    <w:p>
      <w:r>
        <w:t>2. 计算：-304 ÷ 19 = ?</w:t>
      </w:r>
      <w:r>
        <w:br/>
        <w:t xml:space="preserve">    A. -25</w:t>
      </w:r>
      <w:r>
        <w:br/>
        <w:t xml:space="preserve">    B. -18</w:t>
      </w:r>
      <w:r>
        <w:br/>
        <w:t xml:space="preserve">    C. -16</w:t>
      </w:r>
      <w:r>
        <w:br/>
        <w:t xml:space="preserve">    D. -13</w:t>
      </w:r>
      <w:r>
        <w:br/>
        <w:t>【答案】C　【解析】按有理数运算法则计算，结果为-16。</w:t>
      </w:r>
    </w:p>
    <w:p>
      <w:r>
        <w:t>3. 计算：-27 + 16 = ?</w:t>
      </w:r>
      <w:r>
        <w:br/>
        <w:t xml:space="preserve">    A. -17</w:t>
      </w:r>
      <w:r>
        <w:br/>
        <w:t xml:space="preserve">    B. -11</w:t>
      </w:r>
      <w:r>
        <w:br/>
        <w:t xml:space="preserve">    C. -8</w:t>
      </w:r>
      <w:r>
        <w:br/>
        <w:t xml:space="preserve">    D. -3</w:t>
      </w:r>
      <w:r>
        <w:br/>
        <w:t>【答案】B　【解析】按有理数运算法则计算，结果为-11。</w:t>
      </w:r>
    </w:p>
    <w:p>
      <w:r>
        <w:t>4. 计算：-8 - 13 = ?</w:t>
      </w:r>
      <w:r>
        <w:br/>
        <w:t xml:space="preserve">    A. -22</w:t>
      </w:r>
      <w:r>
        <w:br/>
        <w:t xml:space="preserve">    B. -21</w:t>
      </w:r>
      <w:r>
        <w:br/>
        <w:t xml:space="preserve">    C. -20</w:t>
      </w:r>
      <w:r>
        <w:br/>
        <w:t xml:space="preserve">    D. -19</w:t>
      </w:r>
      <w:r>
        <w:br/>
        <w:t>【答案】B　【解析】按有理数运算法则计算，结果为-21。</w:t>
      </w:r>
    </w:p>
    <w:p>
      <w:r>
        <w:t>5. 计算：-5 + 6 = ?</w:t>
      </w:r>
      <w:r>
        <w:br/>
        <w:t xml:space="preserve">    A. -5</w:t>
      </w:r>
      <w:r>
        <w:br/>
        <w:t xml:space="preserve">    B. 0</w:t>
      </w:r>
      <w:r>
        <w:br/>
        <w:t xml:space="preserve">    C. 1</w:t>
      </w:r>
      <w:r>
        <w:br/>
        <w:t xml:space="preserve">    D. 9</w:t>
      </w:r>
      <w:r>
        <w:br/>
        <w:t>【答案】C　【解析】按有理数运算法则计算，结果为1。</w:t>
      </w:r>
    </w:p>
    <w:p>
      <w:r>
        <w:t>6. 计算：13 × 6 = ?</w:t>
      </w:r>
      <w:r>
        <w:br/>
        <w:t xml:space="preserve">    A. 69</w:t>
      </w:r>
      <w:r>
        <w:br/>
        <w:t xml:space="preserve">    B. 78</w:t>
      </w:r>
      <w:r>
        <w:br/>
        <w:t xml:space="preserve">    C. 82</w:t>
      </w:r>
      <w:r>
        <w:br/>
        <w:t xml:space="preserve">    D. 90</w:t>
      </w:r>
      <w:r>
        <w:br/>
        <w:t>【答案】B　【解析】按有理数运算法则计算，结果为78。</w:t>
      </w:r>
    </w:p>
    <w:p>
      <w:r>
        <w:t>7. 计算：6 - 20 = ?</w:t>
      </w:r>
      <w:r>
        <w:br/>
        <w:t xml:space="preserve">    A. -20</w:t>
      </w:r>
      <w:r>
        <w:br/>
        <w:t xml:space="preserve">    B. -14</w:t>
      </w:r>
      <w:r>
        <w:br/>
        <w:t xml:space="preserve">    C. -8</w:t>
      </w:r>
      <w:r>
        <w:br/>
        <w:t xml:space="preserve">    D. -4</w:t>
      </w:r>
      <w:r>
        <w:br/>
        <w:t>【答案】B　【解析】按有理数运算法则计算，结果为-14。</w:t>
      </w:r>
    </w:p>
    <w:p>
      <w:r>
        <w:t>8. 计算：12 × 18 = ?</w:t>
      </w:r>
      <w:r>
        <w:br/>
        <w:t xml:space="preserve">    A. 213</w:t>
      </w:r>
      <w:r>
        <w:br/>
        <w:t xml:space="preserve">    B. 216</w:t>
      </w:r>
      <w:r>
        <w:br/>
        <w:t xml:space="preserve">    C. 218</w:t>
      </w:r>
      <w:r>
        <w:br/>
        <w:t xml:space="preserve">    D. 225</w:t>
      </w:r>
      <w:r>
        <w:br/>
        <w:t>【答案】B　【解析】按有理数运算法则计算，结果为216。</w:t>
      </w:r>
    </w:p>
    <w:p>
      <w:r>
        <w:t>9. 计算：-17 × 10 = ?</w:t>
      </w:r>
      <w:r>
        <w:br/>
        <w:t xml:space="preserve">    A. -171</w:t>
      </w:r>
      <w:r>
        <w:br/>
        <w:t xml:space="preserve">    B. -170</w:t>
      </w:r>
      <w:r>
        <w:br/>
        <w:t xml:space="preserve">    C. -163</w:t>
      </w:r>
      <w:r>
        <w:br/>
        <w:t xml:space="preserve">    D. -162</w:t>
      </w:r>
      <w:r>
        <w:br/>
        <w:t>【答案】B　【解析】按有理数运算法则计算，结果为-170。</w:t>
      </w:r>
    </w:p>
    <w:p>
      <w:r>
        <w:t>10. 计算：-25 + 4 = ?</w:t>
      </w:r>
      <w:r>
        <w:br/>
        <w:t xml:space="preserve">    A. -25</w:t>
      </w:r>
      <w:r>
        <w:br/>
        <w:t xml:space="preserve">    B. -24</w:t>
      </w:r>
      <w:r>
        <w:br/>
        <w:t xml:space="preserve">    C. -21</w:t>
      </w:r>
      <w:r>
        <w:br/>
        <w:t xml:space="preserve">    D. -10</w:t>
      </w:r>
      <w:r>
        <w:br/>
        <w:t>【答案】C　【解析】按有理数运算法则计算，结果为-21。</w:t>
      </w:r>
    </w:p>
    <w:p>
      <w:r>
        <w:t>11. 计算：16 × 20 = ?</w:t>
      </w:r>
      <w:r>
        <w:br/>
        <w:t xml:space="preserve">    A. 314</w:t>
      </w:r>
      <w:r>
        <w:br/>
        <w:t xml:space="preserve">    B. 320</w:t>
      </w:r>
      <w:r>
        <w:br/>
        <w:t xml:space="preserve">    C. 323</w:t>
      </w:r>
      <w:r>
        <w:br/>
        <w:t xml:space="preserve">    D. 328</w:t>
      </w:r>
      <w:r>
        <w:br/>
        <w:t>【答案】B　【解析】按有理数运算法则计算，结果为320。</w:t>
      </w:r>
    </w:p>
    <w:p>
      <w:r>
        <w:t>12. 计算：-18 × 1 = ?</w:t>
      </w:r>
      <w:r>
        <w:br/>
        <w:t xml:space="preserve">    A. -24</w:t>
      </w:r>
      <w:r>
        <w:br/>
        <w:t xml:space="preserve">    B. -23</w:t>
      </w:r>
      <w:r>
        <w:br/>
        <w:t xml:space="preserve">    C. -18</w:t>
      </w:r>
      <w:r>
        <w:br/>
        <w:t xml:space="preserve">    D. -9</w:t>
      </w:r>
      <w:r>
        <w:br/>
        <w:t>【答案】C　【解析】按有理数运算法则计算，结果为-18。</w:t>
      </w:r>
    </w:p>
    <w:p>
      <w:r>
        <w:t>13. 计算：9 - 3 = ?</w:t>
      </w:r>
      <w:r>
        <w:br/>
        <w:t xml:space="preserve">    A. 1</w:t>
      </w:r>
      <w:r>
        <w:br/>
        <w:t xml:space="preserve">    B. 6</w:t>
      </w:r>
      <w:r>
        <w:br/>
        <w:t xml:space="preserve">    C. 13</w:t>
      </w:r>
      <w:r>
        <w:br/>
        <w:t xml:space="preserve">    D. 14</w:t>
      </w:r>
      <w:r>
        <w:br/>
        <w:t>【答案】B　【解析】按有理数运算法则计算，结果为6。</w:t>
      </w:r>
    </w:p>
    <w:p>
      <w:r>
        <w:t>14. 计算：7 + 7 = ?</w:t>
      </w:r>
      <w:r>
        <w:br/>
        <w:t xml:space="preserve">    A. 13</w:t>
      </w:r>
      <w:r>
        <w:br/>
        <w:t xml:space="preserve">    B. 14</w:t>
      </w:r>
      <w:r>
        <w:br/>
        <w:t xml:space="preserve">    C. 15</w:t>
      </w:r>
      <w:r>
        <w:br/>
        <w:t xml:space="preserve">    D. 16</w:t>
      </w:r>
      <w:r>
        <w:br/>
        <w:t>【答案】B　【解析】按有理数运算法则计算，结果为14。</w:t>
      </w:r>
    </w:p>
    <w:p>
      <w:r>
        <w:t>15. 计算：12 + 15 = ?</w:t>
      </w:r>
      <w:r>
        <w:br/>
        <w:t xml:space="preserve">    A. 26</w:t>
      </w:r>
      <w:r>
        <w:br/>
        <w:t xml:space="preserve">    B. 27</w:t>
      </w:r>
      <w:r>
        <w:br/>
        <w:t xml:space="preserve">    C. 31</w:t>
      </w:r>
      <w:r>
        <w:br/>
        <w:t xml:space="preserve">    D. 36</w:t>
      </w:r>
      <w:r>
        <w:br/>
        <w:t>【答案】B　【解析】按有理数运算法则计算，结果为27。</w:t>
      </w:r>
    </w:p>
    <w:p>
      <w:r>
        <w:t>16. 计算：-19 × 2 = ?</w:t>
      </w:r>
      <w:r>
        <w:br/>
        <w:t xml:space="preserve">    A. -44</w:t>
      </w:r>
      <w:r>
        <w:br/>
        <w:t xml:space="preserve">    B. -38</w:t>
      </w:r>
      <w:r>
        <w:br/>
        <w:t xml:space="preserve">    C. -34</w:t>
      </w:r>
      <w:r>
        <w:br/>
        <w:t xml:space="preserve">    D. -31</w:t>
      </w:r>
      <w:r>
        <w:br/>
        <w:t>【答案】B　【解析】按有理数运算法则计算，结果为-38。</w:t>
      </w:r>
    </w:p>
    <w:p>
      <w:r>
        <w:t>17. 计算：27 - 19 = ?</w:t>
      </w:r>
      <w:r>
        <w:br/>
        <w:t xml:space="preserve">    A. 3</w:t>
      </w:r>
      <w:r>
        <w:br/>
        <w:t xml:space="preserve">    B. 7</w:t>
      </w:r>
      <w:r>
        <w:br/>
        <w:t xml:space="preserve">    C. 8</w:t>
      </w:r>
      <w:r>
        <w:br/>
        <w:t xml:space="preserve">    D. 13</w:t>
      </w:r>
      <w:r>
        <w:br/>
        <w:t>【答案】C　【解析】按有理数运算法则计算，结果为8。</w:t>
      </w:r>
    </w:p>
    <w:p>
      <w:r>
        <w:t>18. 计算：0 ÷ 18 = ?</w:t>
      </w:r>
      <w:r>
        <w:br/>
        <w:t xml:space="preserve">    A. -6</w:t>
      </w:r>
      <w:r>
        <w:br/>
        <w:t xml:space="preserve">    B. 0</w:t>
      </w:r>
      <w:r>
        <w:br/>
        <w:t xml:space="preserve">    C. 7</w:t>
      </w:r>
      <w:r>
        <w:br/>
        <w:t xml:space="preserve">    D. 8</w:t>
      </w:r>
      <w:r>
        <w:br/>
        <w:t>【答案】B　【解析】按有理数运算法则计算，结果为0。</w:t>
      </w:r>
    </w:p>
    <w:p>
      <w:r>
        <w:t>19. 计算：20 × 11 = ?</w:t>
      </w:r>
      <w:r>
        <w:br/>
        <w:t xml:space="preserve">    A. 215</w:t>
      </w:r>
      <w:r>
        <w:br/>
        <w:t xml:space="preserve">    B. 220</w:t>
      </w:r>
      <w:r>
        <w:br/>
        <w:t xml:space="preserve">    C. 221</w:t>
      </w:r>
      <w:r>
        <w:br/>
        <w:t xml:space="preserve">    D. 225</w:t>
      </w:r>
      <w:r>
        <w:br/>
        <w:t>【答案】B　【解析】按有理数运算法则计算，结果为220。</w:t>
      </w:r>
    </w:p>
    <w:p>
      <w:r>
        <w:t>20. 计算：6 × 17 = ?</w:t>
      </w:r>
      <w:r>
        <w:br/>
        <w:t xml:space="preserve">    A. 98</w:t>
      </w:r>
      <w:r>
        <w:br/>
        <w:t xml:space="preserve">    B. 99</w:t>
      </w:r>
      <w:r>
        <w:br/>
        <w:t xml:space="preserve">    C. 102</w:t>
      </w:r>
      <w:r>
        <w:br/>
        <w:t xml:space="preserve">    D. 109</w:t>
      </w:r>
      <w:r>
        <w:br/>
        <w:t>【答案】C　【解析】按有理数运算法则计算，结果为102。</w:t>
      </w:r>
    </w:p>
    <w:p>
      <w:r>
        <w:t>21. 计算：-4 + 9 = ?</w:t>
      </w:r>
      <w:r>
        <w:br/>
        <w:t xml:space="preserve">    A. -2</w:t>
      </w:r>
      <w:r>
        <w:br/>
        <w:t xml:space="preserve">    B. 2</w:t>
      </w:r>
      <w:r>
        <w:br/>
        <w:t xml:space="preserve">    C. 5</w:t>
      </w:r>
      <w:r>
        <w:br/>
        <w:t xml:space="preserve">    D. 16</w:t>
      </w:r>
      <w:r>
        <w:br/>
        <w:t>【答案】C　【解析】按有理数运算法则计算，结果为5。</w:t>
      </w:r>
    </w:p>
    <w:p>
      <w:r>
        <w:t>22. 计算：-21 × 16 = ?</w:t>
      </w:r>
      <w:r>
        <w:br/>
        <w:t xml:space="preserve">    A. -341</w:t>
      </w:r>
      <w:r>
        <w:br/>
        <w:t xml:space="preserve">    B. -338</w:t>
      </w:r>
      <w:r>
        <w:br/>
        <w:t xml:space="preserve">    C. -336</w:t>
      </w:r>
      <w:r>
        <w:br/>
        <w:t xml:space="preserve">    D. -330</w:t>
      </w:r>
      <w:r>
        <w:br/>
        <w:t>【答案】C　【解析】按有理数运算法则计算，结果为-336。</w:t>
      </w:r>
    </w:p>
    <w:p>
      <w:r>
        <w:t>23. 计算：14 + 14 = ?</w:t>
      </w:r>
      <w:r>
        <w:br/>
        <w:t xml:space="preserve">    A. 22</w:t>
      </w:r>
      <w:r>
        <w:br/>
        <w:t xml:space="preserve">    B. 28</w:t>
      </w:r>
      <w:r>
        <w:br/>
        <w:t xml:space="preserve">    C. 29</w:t>
      </w:r>
      <w:r>
        <w:br/>
        <w:t xml:space="preserve">    D. 34</w:t>
      </w:r>
      <w:r>
        <w:br/>
        <w:t>【答案】B　【解析】按有理数运算法则计算，结果为28。</w:t>
      </w:r>
    </w:p>
    <w:p>
      <w:r>
        <w:t>24. 计算：-21 + 16 = ?</w:t>
      </w:r>
      <w:r>
        <w:br/>
        <w:t xml:space="preserve">    A. -7</w:t>
      </w:r>
      <w:r>
        <w:br/>
        <w:t xml:space="preserve">    B. -5</w:t>
      </w:r>
      <w:r>
        <w:br/>
        <w:t xml:space="preserve">    C. 0</w:t>
      </w:r>
      <w:r>
        <w:br/>
        <w:t xml:space="preserve">    D. 3</w:t>
      </w:r>
      <w:r>
        <w:br/>
        <w:t>【答案】B　【解析】按有理数运算法则计算，结果为-5。</w:t>
      </w:r>
    </w:p>
    <w:p>
      <w:r>
        <w:t>25. 计算：6 ÷ 1 = ?</w:t>
      </w:r>
      <w:r>
        <w:br/>
        <w:t xml:space="preserve">    A. 1</w:t>
      </w:r>
      <w:r>
        <w:br/>
        <w:t xml:space="preserve">    B. 6</w:t>
      </w:r>
      <w:r>
        <w:br/>
        <w:t xml:space="preserve">    C. 12</w:t>
      </w:r>
      <w:r>
        <w:br/>
        <w:t xml:space="preserve">    D. 18</w:t>
      </w:r>
      <w:r>
        <w:br/>
        <w:t>【答案】B　【解析】按有理数运算法则计算，结果为6。</w:t>
      </w:r>
    </w:p>
    <w:p>
      <w:r>
        <w:t>26. 下列各数中，最小的数是（　）</w:t>
      </w:r>
      <w:r>
        <w:br/>
        <w:t xml:space="preserve">    A.-3</w:t>
      </w:r>
      <w:r>
        <w:br/>
        <w:t xml:space="preserve">    B.0</w:t>
      </w:r>
      <w:r>
        <w:br/>
        <w:t xml:space="preserve">    C.2</w:t>
      </w:r>
      <w:r>
        <w:br/>
        <w:t xml:space="preserve">    D.-1</w:t>
      </w:r>
      <w:r>
        <w:br/>
        <w:t>【答案】A　【解析】负数中-3最小。</w:t>
      </w:r>
    </w:p>
    <w:p>
      <w:r>
        <w:t>27. 3/5÷3=（　）</w:t>
      </w:r>
      <w:r>
        <w:br/>
        <w:t xml:space="preserve">    A.1/5</w:t>
      </w:r>
      <w:r>
        <w:br/>
        <w:t xml:space="preserve">    B.9/5</w:t>
      </w:r>
      <w:r>
        <w:br/>
        <w:t xml:space="preserve">    C.1/15</w:t>
      </w:r>
      <w:r>
        <w:br/>
        <w:t xml:space="preserve">    D.5/9</w:t>
      </w:r>
      <w:r>
        <w:br/>
        <w:t>【答案】A　【解析】3/5×1/3=1/5。</w:t>
      </w:r>
    </w:p>
    <w:p>
      <w:r>
        <w:t>28. 一个圆的直径是4厘米，面积是（　）</w:t>
      </w:r>
      <w:r>
        <w:br/>
        <w:t xml:space="preserve">    A.4π平方厘米</w:t>
      </w:r>
      <w:r>
        <w:br/>
        <w:t xml:space="preserve">    B.16π平方厘米</w:t>
      </w:r>
      <w:r>
        <w:br/>
        <w:t xml:space="preserve">    C.8π平方厘米</w:t>
      </w:r>
      <w:r>
        <w:br/>
        <w:t xml:space="preserve">    D.2π平方厘米</w:t>
      </w:r>
      <w:r>
        <w:br/>
        <w:t>【答案】A　【解析】r=2，π×4=4π。</w:t>
      </w:r>
    </w:p>
    <w:p>
      <w:r>
        <w:t>29. 12的因数有（　）个</w:t>
      </w:r>
      <w:r>
        <w:br/>
        <w:t xml:space="preserve">    A.6</w:t>
      </w:r>
      <w:r>
        <w:br/>
        <w:t xml:space="preserve">    B.4</w:t>
      </w:r>
      <w:r>
        <w:br/>
        <w:t xml:space="preserve">    C.5</w:t>
      </w:r>
      <w:r>
        <w:br/>
        <w:t xml:space="preserve">    D.8</w:t>
      </w:r>
      <w:r>
        <w:br/>
        <w:t>【答案】A　【解析】1,2,3,4,6,12。</w:t>
      </w:r>
    </w:p>
    <w:p>
      <w:r>
        <w:t>30. x的4倍与7的和是31，x=（　）</w:t>
      </w:r>
      <w:r>
        <w:br/>
        <w:t xml:space="preserve">    A.6</w:t>
      </w:r>
      <w:r>
        <w:br/>
        <w:t xml:space="preserve">    B.7</w:t>
      </w:r>
      <w:r>
        <w:br/>
        <w:t xml:space="preserve">    C.5</w:t>
      </w:r>
      <w:r>
        <w:br/>
        <w:t xml:space="preserve">    D.8</w:t>
      </w:r>
      <w:r>
        <w:br/>
        <w:t>【答案】A　【解析】4x+7=31，x=6。</w:t>
      </w:r>
    </w:p>
    <w:p>
      <w:r>
        <w:t>31. 把2/3化成小数是（　）</w:t>
      </w:r>
      <w:r>
        <w:br/>
        <w:t xml:space="preserve">    A.0.666……</w:t>
      </w:r>
      <w:r>
        <w:br/>
        <w:t xml:space="preserve">    B.0.6</w:t>
      </w:r>
      <w:r>
        <w:br/>
        <w:t xml:space="preserve">    C.0.67</w:t>
      </w:r>
      <w:r>
        <w:br/>
        <w:t xml:space="preserve">    D.0.666</w:t>
      </w:r>
      <w:r>
        <w:br/>
        <w:t>【答案】A　【解析】2÷3=0.666…。</w:t>
      </w:r>
    </w:p>
    <w:p>
      <w:r>
        <w:t>32. 5%写成分数是（　）</w:t>
      </w:r>
      <w:r>
        <w:br/>
        <w:t xml:space="preserve">    A.1/20</w:t>
      </w:r>
      <w:r>
        <w:br/>
        <w:t xml:space="preserve">    B.5/10</w:t>
      </w:r>
      <w:r>
        <w:br/>
        <w:t xml:space="preserve">    C.1/5</w:t>
      </w:r>
      <w:r>
        <w:br/>
        <w:t xml:space="preserve">    D.5/1000</w:t>
      </w:r>
      <w:r>
        <w:br/>
        <w:t>【答案】A　【解析】5%=5/100=1/20。</w:t>
      </w:r>
    </w:p>
    <w:p>
      <w:r>
        <w:t>33. 圆锥的底面积是9平方厘米，高6厘米，体积是（　）</w:t>
      </w:r>
      <w:r>
        <w:br/>
        <w:t xml:space="preserve">    A.18立方厘米</w:t>
      </w:r>
      <w:r>
        <w:br/>
        <w:t xml:space="preserve">    B.54立方厘米</w:t>
      </w:r>
      <w:r>
        <w:br/>
        <w:t xml:space="preserve">    C.27立方厘米</w:t>
      </w:r>
      <w:r>
        <w:br/>
        <w:t xml:space="preserve">    D.162立方厘米</w:t>
      </w:r>
      <w:r>
        <w:br/>
        <w:t>【答案】A　【解析】9×6÷3=18。</w:t>
      </w:r>
    </w:p>
    <w:p>
      <w:r>
        <w:t>34. 甲数的1/3等于乙数的1/4，则甲∶乙=（　）</w:t>
      </w:r>
      <w:r>
        <w:br/>
        <w:t xml:space="preserve">    A.3∶4</w:t>
      </w:r>
      <w:r>
        <w:br/>
        <w:t xml:space="preserve">    B.4∶3</w:t>
      </w:r>
      <w:r>
        <w:br/>
        <w:t xml:space="preserve">    C.1∶1</w:t>
      </w:r>
      <w:r>
        <w:br/>
        <w:t xml:space="preserve">    D.12∶1</w:t>
      </w:r>
      <w:r>
        <w:br/>
        <w:t>【答案】A　【解析】甲/3=乙/4，甲∶乙=3∶4。</w:t>
      </w:r>
    </w:p>
    <w:p>
      <w:r>
        <w:t>35. 0.2小时=（　）分钟</w:t>
      </w:r>
      <w:r>
        <w:br/>
        <w:t xml:space="preserve">    A.12</w:t>
      </w:r>
      <w:r>
        <w:br/>
        <w:t xml:space="preserve">    B.20</w:t>
      </w:r>
      <w:r>
        <w:br/>
        <w:t xml:space="preserve">    C.2</w:t>
      </w:r>
      <w:r>
        <w:br/>
        <w:t xml:space="preserve">    D.120</w:t>
      </w:r>
      <w:r>
        <w:br/>
        <w:t>【答案】A　【解析】0.2×60=12。</w:t>
      </w:r>
    </w:p>
    <w:p>
      <w:r>
        <w:t>36. 在比例尺1:50000的地图上，2厘米代表实际（　）米</w:t>
      </w:r>
      <w:r>
        <w:br/>
        <w:t xml:space="preserve">    A.1000</w:t>
      </w:r>
      <w:r>
        <w:br/>
        <w:t xml:space="preserve">    B.100</w:t>
      </w:r>
      <w:r>
        <w:br/>
        <w:t xml:space="preserve">    C.10000</w:t>
      </w:r>
      <w:r>
        <w:br/>
        <w:t xml:space="preserve">    D.500</w:t>
      </w:r>
      <w:r>
        <w:br/>
        <w:t>【答案】A　【解析】2×50000=100000厘米=1000米。</w:t>
      </w:r>
    </w:p>
    <w:p>
      <w:r>
        <w:t>37. 3/4÷9/8=（　）</w:t>
      </w:r>
      <w:r>
        <w:br/>
        <w:t xml:space="preserve">    A.2/3</w:t>
      </w:r>
      <w:r>
        <w:br/>
        <w:t xml:space="preserve">    B.27/32</w:t>
      </w:r>
      <w:r>
        <w:br/>
        <w:t xml:space="preserve">    C.3/2</w:t>
      </w:r>
      <w:r>
        <w:br/>
        <w:t xml:space="preserve">    D.1/3</w:t>
      </w:r>
      <w:r>
        <w:br/>
        <w:t>【答案】A　【解析】3/4×8/9=24/36=2/3。</w:t>
      </w:r>
    </w:p>
    <w:p>
      <w:r>
        <w:t>38. 从8个乒乓球中任取1个，取到每个球的可能性（　）</w:t>
      </w:r>
      <w:r>
        <w:br/>
        <w:t xml:space="preserve">    A.相等</w:t>
      </w:r>
      <w:r>
        <w:br/>
        <w:t xml:space="preserve">    B.不相等</w:t>
      </w:r>
      <w:r>
        <w:br/>
        <w:t xml:space="preserve">    C.不确定</w:t>
      </w:r>
      <w:r>
        <w:br/>
        <w:t xml:space="preserve">    D.8种可能各不同</w:t>
      </w:r>
      <w:r>
        <w:br/>
        <w:t>【答案】A　【解析】等可能。</w:t>
      </w:r>
    </w:p>
    <w:p>
      <w:r>
        <w:t>39. 一件衣服原价200元，打七五折后是（　）元</w:t>
      </w:r>
      <w:r>
        <w:br/>
        <w:t xml:space="preserve">    A.150</w:t>
      </w:r>
      <w:r>
        <w:br/>
        <w:t xml:space="preserve">    B.140</w:t>
      </w:r>
      <w:r>
        <w:br/>
        <w:t xml:space="preserve">    C.160</w:t>
      </w:r>
      <w:r>
        <w:br/>
        <w:t xml:space="preserve">    D.175</w:t>
      </w:r>
      <w:r>
        <w:br/>
        <w:t>【答案】A　【解析】200×0.75=150。</w:t>
      </w:r>
    </w:p>
    <w:p>
      <w:r>
        <w:t>40. 一个圆柱和一个圆锥等底等高，圆柱体积是36立方厘米，圆锥体积是（　）</w:t>
      </w:r>
      <w:r>
        <w:br/>
        <w:t xml:space="preserve">    A.12立方厘米</w:t>
      </w:r>
      <w:r>
        <w:br/>
        <w:t xml:space="preserve">    B.18立方厘米</w:t>
      </w:r>
      <w:r>
        <w:br/>
        <w:t xml:space="preserve">    C.108立方厘米</w:t>
      </w:r>
      <w:r>
        <w:br/>
        <w:t xml:space="preserve">    D.36立方厘米</w:t>
      </w:r>
      <w:r>
        <w:br/>
        <w:t>【答案】A　【解析】36÷3=12。</w:t>
      </w:r>
    </w:p>
    <w:p>
      <w:r>
        <w:t>41. 计算：-32 ÷ 4 = ?</w:t>
      </w:r>
      <w:r>
        <w:br/>
        <w:t xml:space="preserve">    A. -15</w:t>
      </w:r>
      <w:r>
        <w:br/>
        <w:t xml:space="preserve">    B. -8</w:t>
      </w:r>
      <w:r>
        <w:br/>
        <w:t xml:space="preserve">    C. -7</w:t>
      </w:r>
      <w:r>
        <w:br/>
        <w:t xml:space="preserve">    D. -1</w:t>
      </w:r>
      <w:r>
        <w:br/>
        <w:t>【答案】B　【解析】按有理数运算法则计算，结果为-8。</w:t>
      </w:r>
    </w:p>
    <w:p>
      <w:r>
        <w:t>42. 计算：10 - 13 = ?</w:t>
      </w:r>
      <w:r>
        <w:br/>
        <w:t xml:space="preserve">    A. -11</w:t>
      </w:r>
      <w:r>
        <w:br/>
        <w:t xml:space="preserve">    B. -7</w:t>
      </w:r>
      <w:r>
        <w:br/>
        <w:t xml:space="preserve">    C. -3</w:t>
      </w:r>
      <w:r>
        <w:br/>
        <w:t xml:space="preserve">    D. 1</w:t>
      </w:r>
      <w:r>
        <w:br/>
        <w:t>【答案】C　【解析】按有理数运算法则计算，结果为-3。</w:t>
      </w:r>
    </w:p>
    <w:p>
      <w:r>
        <w:t>43. 计算：13 + 8 = ?</w:t>
      </w:r>
      <w:r>
        <w:br/>
        <w:t xml:space="preserve">    A. 13</w:t>
      </w:r>
      <w:r>
        <w:br/>
        <w:t xml:space="preserve">    B. 14</w:t>
      </w:r>
      <w:r>
        <w:br/>
        <w:t xml:space="preserve">    C. 21</w:t>
      </w:r>
      <w:r>
        <w:br/>
        <w:t xml:space="preserve">    D. 33</w:t>
      </w:r>
      <w:r>
        <w:br/>
        <w:t>【答案】C　【解析】按有理数运算法则计算，结果为21。</w:t>
      </w:r>
    </w:p>
    <w:p>
      <w:r>
        <w:t>44. 计算：-26 + 5 = ?</w:t>
      </w:r>
      <w:r>
        <w:br/>
        <w:t xml:space="preserve">    A. -30</w:t>
      </w:r>
      <w:r>
        <w:br/>
        <w:t xml:space="preserve">    B. -25</w:t>
      </w:r>
      <w:r>
        <w:br/>
        <w:t xml:space="preserve">    C. -21</w:t>
      </w:r>
      <w:r>
        <w:br/>
        <w:t xml:space="preserve">    D. -15</w:t>
      </w:r>
      <w:r>
        <w:br/>
        <w:t>【答案】C　【解析】按有理数运算法则计算，结果为-21。</w:t>
      </w:r>
    </w:p>
    <w:p>
      <w:r>
        <w:t>45. 计算：143 ÷ 13 = ?</w:t>
      </w:r>
      <w:r>
        <w:br/>
        <w:t xml:space="preserve">    A. 10</w:t>
      </w:r>
      <w:r>
        <w:br/>
        <w:t xml:space="preserve">    B. 11</w:t>
      </w:r>
      <w:r>
        <w:br/>
        <w:t xml:space="preserve">    C. 12</w:t>
      </w:r>
      <w:r>
        <w:br/>
        <w:t xml:space="preserve">    D. 13</w:t>
      </w:r>
      <w:r>
        <w:br/>
        <w:t>【答案】B　【解析】按有理数运算法则计算，结果为11。</w:t>
      </w:r>
    </w:p>
    <w:p>
      <w:r>
        <w:t>46. 计算：272 ÷ 16 = ?</w:t>
      </w:r>
      <w:r>
        <w:br/>
        <w:t xml:space="preserve">    A. 12</w:t>
      </w:r>
      <w:r>
        <w:br/>
        <w:t xml:space="preserve">    B. 17</w:t>
      </w:r>
      <w:r>
        <w:br/>
        <w:t xml:space="preserve">    C. 19</w:t>
      </w:r>
      <w:r>
        <w:br/>
        <w:t xml:space="preserve">    D. 25</w:t>
      </w:r>
      <w:r>
        <w:br/>
        <w:t>【答案】B　【解析】按有理数运算法则计算，结果为17。</w:t>
      </w:r>
    </w:p>
    <w:p>
      <w:r>
        <w:t>47. 计算：13 × 6 = ?</w:t>
      </w:r>
      <w:r>
        <w:br/>
        <w:t xml:space="preserve">    A. 72</w:t>
      </w:r>
      <w:r>
        <w:br/>
        <w:t xml:space="preserve">    B. 78</w:t>
      </w:r>
      <w:r>
        <w:br/>
        <w:t xml:space="preserve">    C. 80</w:t>
      </w:r>
      <w:r>
        <w:br/>
        <w:t xml:space="preserve">    D. 81</w:t>
      </w:r>
      <w:r>
        <w:br/>
        <w:t>【答案】B　【解析】按有理数运算法则计算，结果为78。</w:t>
      </w:r>
    </w:p>
    <w:p>
      <w:r>
        <w:t>48. 计算：-8 + 20 = ?</w:t>
      </w:r>
      <w:r>
        <w:br/>
        <w:t xml:space="preserve">    A. 11</w:t>
      </w:r>
      <w:r>
        <w:br/>
        <w:t xml:space="preserve">    B. 12</w:t>
      </w:r>
      <w:r>
        <w:br/>
        <w:t xml:space="preserve">    C. 13</w:t>
      </w:r>
      <w:r>
        <w:br/>
        <w:t xml:space="preserve">    D. 14</w:t>
      </w:r>
      <w:r>
        <w:br/>
        <w:t>【答案】B　【解析】按有理数运算法则计算，结果为12。</w:t>
      </w:r>
    </w:p>
    <w:p>
      <w:r>
        <w:t>49. 计算：15 × 12 = ?</w:t>
      </w:r>
      <w:r>
        <w:br/>
        <w:t xml:space="preserve">    A. 171</w:t>
      </w:r>
      <w:r>
        <w:br/>
        <w:t xml:space="preserve">    B. 176</w:t>
      </w:r>
      <w:r>
        <w:br/>
        <w:t xml:space="preserve">    C. 180</w:t>
      </w:r>
      <w:r>
        <w:br/>
        <w:t xml:space="preserve">    D. 190</w:t>
      </w:r>
      <w:r>
        <w:br/>
        <w:t>【答案】C　【解析】按有理数运算法则计算，结果为180。</w:t>
      </w:r>
    </w:p>
    <w:p>
      <w:r>
        <w:t>50. 计算：-14 + 6 = ?</w:t>
      </w:r>
      <w:r>
        <w:br/>
        <w:t xml:space="preserve">    A. -12</w:t>
      </w:r>
      <w:r>
        <w:br/>
        <w:t xml:space="preserve">    B. -8</w:t>
      </w:r>
      <w:r>
        <w:br/>
        <w:t xml:space="preserve">    C. 0</w:t>
      </w:r>
      <w:r>
        <w:br/>
        <w:t xml:space="preserve">    D. 3</w:t>
      </w:r>
      <w:r>
        <w:br/>
        <w:t>【答案】B　【解析】按有理数运算法则计算，结果为-8。</w:t>
      </w:r>
    </w:p>
    <w:p>
      <w:r>
        <w:t>51. 计算：25 + 14 = ?</w:t>
      </w:r>
      <w:r>
        <w:br/>
        <w:t xml:space="preserve">    A. 32</w:t>
      </w:r>
      <w:r>
        <w:br/>
        <w:t xml:space="preserve">    B. 39</w:t>
      </w:r>
      <w:r>
        <w:br/>
        <w:t xml:space="preserve">    C. 40</w:t>
      </w:r>
      <w:r>
        <w:br/>
        <w:t xml:space="preserve">    D. 43</w:t>
      </w:r>
      <w:r>
        <w:br/>
        <w:t>【答案】B　【解析】按有理数运算法则计算，结果为39。</w:t>
      </w:r>
    </w:p>
    <w:p>
      <w:r>
        <w:t>52. 计算：-6 × 13 = ?</w:t>
      </w:r>
      <w:r>
        <w:br/>
        <w:t xml:space="preserve">    A. -80</w:t>
      </w:r>
      <w:r>
        <w:br/>
        <w:t xml:space="preserve">    B. -78</w:t>
      </w:r>
      <w:r>
        <w:br/>
        <w:t xml:space="preserve">    C. -71</w:t>
      </w:r>
      <w:r>
        <w:br/>
        <w:t xml:space="preserve">    D. -70</w:t>
      </w:r>
      <w:r>
        <w:br/>
        <w:t>【答案】B　【解析】按有理数运算法则计算，结果为-78。</w:t>
      </w:r>
    </w:p>
    <w:p>
      <w:r>
        <w:t>53. 计算：23 + 19 = ?</w:t>
      </w:r>
      <w:r>
        <w:br/>
        <w:t xml:space="preserve">    A. 38</w:t>
      </w:r>
      <w:r>
        <w:br/>
        <w:t xml:space="preserve">    B. 41</w:t>
      </w:r>
      <w:r>
        <w:br/>
        <w:t xml:space="preserve">    C. 42</w:t>
      </w:r>
      <w:r>
        <w:br/>
        <w:t xml:space="preserve">    D. 47</w:t>
      </w:r>
      <w:r>
        <w:br/>
        <w:t>【答案】C　【解析】按有理数运算法则计算，结果为42。</w:t>
      </w:r>
    </w:p>
    <w:p>
      <w:r>
        <w:t>54. 计算：-10 - 1 = ?</w:t>
      </w:r>
      <w:r>
        <w:br/>
        <w:t xml:space="preserve">    A. -14</w:t>
      </w:r>
      <w:r>
        <w:br/>
        <w:t xml:space="preserve">    B. -13</w:t>
      </w:r>
      <w:r>
        <w:br/>
        <w:t xml:space="preserve">    C. -11</w:t>
      </w:r>
      <w:r>
        <w:br/>
        <w:t xml:space="preserve">    D. -5</w:t>
      </w:r>
      <w:r>
        <w:br/>
        <w:t>【答案】C　【解析】按有理数运算法则计算，结果为-11。</w:t>
      </w:r>
    </w:p>
    <w:p>
      <w:r>
        <w:t>55. 计算：25 + 17 = ?</w:t>
      </w:r>
      <w:r>
        <w:br/>
        <w:t xml:space="preserve">    A. 41</w:t>
      </w:r>
      <w:r>
        <w:br/>
        <w:t xml:space="preserve">    B. 42</w:t>
      </w:r>
      <w:r>
        <w:br/>
        <w:t xml:space="preserve">    C. 43</w:t>
      </w:r>
      <w:r>
        <w:br/>
        <w:t xml:space="preserve">    D. 44</w:t>
      </w:r>
      <w:r>
        <w:br/>
        <w:t>【答案】B　【解析】按有理数运算法则计算，结果为42。</w:t>
      </w:r>
    </w:p>
    <w:p>
      <w:r>
        <w:t>56. 计算：-22 + 14 = ?</w:t>
      </w:r>
      <w:r>
        <w:br/>
        <w:t xml:space="preserve">    A. -17</w:t>
      </w:r>
      <w:r>
        <w:br/>
        <w:t xml:space="preserve">    B. -8</w:t>
      </w:r>
      <w:r>
        <w:br/>
        <w:t xml:space="preserve">    C. -7</w:t>
      </w:r>
      <w:r>
        <w:br/>
        <w:t xml:space="preserve">    D. -1</w:t>
      </w:r>
      <w:r>
        <w:br/>
        <w:t>【答案】B　【解析】按有理数运算法则计算，结果为-8。</w:t>
      </w:r>
    </w:p>
    <w:p>
      <w:r>
        <w:t>57. 计算：42 ÷ 2 = ?</w:t>
      </w:r>
      <w:r>
        <w:br/>
        <w:t xml:space="preserve">    A. 16</w:t>
      </w:r>
      <w:r>
        <w:br/>
        <w:t xml:space="preserve">    B. 21</w:t>
      </w:r>
      <w:r>
        <w:br/>
        <w:t xml:space="preserve">    C. 22</w:t>
      </w:r>
      <w:r>
        <w:br/>
        <w:t xml:space="preserve">    D. 23</w:t>
      </w:r>
      <w:r>
        <w:br/>
        <w:t>【答案】B　【解析】按有理数运算法则计算，结果为21。</w:t>
      </w:r>
    </w:p>
    <w:p>
      <w:r>
        <w:t>58. 计算：17 + 20 = ?</w:t>
      </w:r>
      <w:r>
        <w:br/>
        <w:t xml:space="preserve">    A. 31</w:t>
      </w:r>
      <w:r>
        <w:br/>
        <w:t xml:space="preserve">    B. 37</w:t>
      </w:r>
      <w:r>
        <w:br/>
        <w:t xml:space="preserve">    C. 42</w:t>
      </w:r>
      <w:r>
        <w:br/>
        <w:t xml:space="preserve">    D. 45</w:t>
      </w:r>
      <w:r>
        <w:br/>
        <w:t>【答案】B　【解析】按有理数运算法则计算，结果为37。</w:t>
      </w:r>
    </w:p>
    <w:p>
      <w:r>
        <w:t>59. 计算：-21 + 11 = ?</w:t>
      </w:r>
      <w:r>
        <w:br/>
        <w:t xml:space="preserve">    A. -19</w:t>
      </w:r>
      <w:r>
        <w:br/>
        <w:t xml:space="preserve">    B. -18</w:t>
      </w:r>
      <w:r>
        <w:br/>
        <w:t xml:space="preserve">    C. -10</w:t>
      </w:r>
      <w:r>
        <w:br/>
        <w:t xml:space="preserve">    D. -2</w:t>
      </w:r>
      <w:r>
        <w:br/>
        <w:t>【答案】C　【解析】按有理数运算法则计算，结果为-10。</w:t>
      </w:r>
    </w:p>
    <w:p>
      <w:r>
        <w:t>60. 计算：-15 × 8 = ?</w:t>
      </w:r>
      <w:r>
        <w:br/>
        <w:t xml:space="preserve">    A. -129</w:t>
      </w:r>
      <w:r>
        <w:br/>
        <w:t xml:space="preserve">    B. -126</w:t>
      </w:r>
      <w:r>
        <w:br/>
        <w:t xml:space="preserve">    C. -120</w:t>
      </w:r>
      <w:r>
        <w:br/>
        <w:t xml:space="preserve">    D. -115</w:t>
      </w:r>
      <w:r>
        <w:br/>
        <w:t>【答案】C　【解析】按有理数运算法则计算，结果为-120。</w:t>
      </w:r>
    </w:p>
    <w:p>
      <w:r>
        <w:t>61. 计算：25 - 9 = ?</w:t>
      </w:r>
      <w:r>
        <w:br/>
        <w:t xml:space="preserve">    A. 10</w:t>
      </w:r>
      <w:r>
        <w:br/>
        <w:t xml:space="preserve">    B. 11</w:t>
      </w:r>
      <w:r>
        <w:br/>
        <w:t xml:space="preserve">    C. 16</w:t>
      </w:r>
      <w:r>
        <w:br/>
        <w:t xml:space="preserve">    D. 22</w:t>
      </w:r>
      <w:r>
        <w:br/>
        <w:t>【答案】C　【解析】按有理数运算法则计算，结果为16。</w:t>
      </w:r>
    </w:p>
    <w:p>
      <w:r>
        <w:t>62. 计算：1 + 2 = ?</w:t>
      </w:r>
      <w:r>
        <w:br/>
        <w:t xml:space="preserve">    A. 0</w:t>
      </w:r>
      <w:r>
        <w:br/>
        <w:t xml:space="preserve">    B. 3</w:t>
      </w:r>
      <w:r>
        <w:br/>
        <w:t xml:space="preserve">    C. 5</w:t>
      </w:r>
      <w:r>
        <w:br/>
        <w:t xml:space="preserve">    D. 14</w:t>
      </w:r>
      <w:r>
        <w:br/>
        <w:t>【答案】B　【解析】按有理数运算法则计算，结果为3。</w:t>
      </w:r>
    </w:p>
    <w:p>
      <w:r>
        <w:t>63. 计算：10 + 20 = ?</w:t>
      </w:r>
      <w:r>
        <w:br/>
        <w:t xml:space="preserve">    A. 22</w:t>
      </w:r>
      <w:r>
        <w:br/>
        <w:t xml:space="preserve">    B. 27</w:t>
      </w:r>
      <w:r>
        <w:br/>
        <w:t xml:space="preserve">    C. 30</w:t>
      </w:r>
      <w:r>
        <w:br/>
        <w:t xml:space="preserve">    D. 33</w:t>
      </w:r>
      <w:r>
        <w:br/>
        <w:t>【答案】C　【解析】按有理数运算法则计算，结果为30。</w:t>
      </w:r>
    </w:p>
    <w:p>
      <w:r>
        <w:t>64. 下列各数中，最小的数是（　）</w:t>
      </w:r>
      <w:r>
        <w:br/>
        <w:t xml:space="preserve">    A.-3</w:t>
      </w:r>
      <w:r>
        <w:br/>
        <w:t xml:space="preserve">    B.0</w:t>
      </w:r>
      <w:r>
        <w:br/>
        <w:t xml:space="preserve">    C.2</w:t>
      </w:r>
      <w:r>
        <w:br/>
        <w:t xml:space="preserve">    D.-1</w:t>
      </w:r>
      <w:r>
        <w:br/>
        <w:t>【答案】A　【解析】负数中-3最小。</w:t>
      </w:r>
    </w:p>
    <w:p>
      <w:r>
        <w:t>65. 3/5÷3=（　）</w:t>
      </w:r>
      <w:r>
        <w:br/>
        <w:t xml:space="preserve">    A.1/5</w:t>
      </w:r>
      <w:r>
        <w:br/>
        <w:t xml:space="preserve">    B.9/5</w:t>
      </w:r>
      <w:r>
        <w:br/>
        <w:t xml:space="preserve">    C.1/15</w:t>
      </w:r>
      <w:r>
        <w:br/>
        <w:t xml:space="preserve">    D.5/9</w:t>
      </w:r>
      <w:r>
        <w:br/>
        <w:t>【答案】A　【解析】3/5×1/3=1/5。</w:t>
      </w:r>
    </w:p>
    <w:p>
      <w:r>
        <w:t>66. 一个圆的直径是4厘米，面积是（　）</w:t>
      </w:r>
      <w:r>
        <w:br/>
        <w:t xml:space="preserve">    A.4π平方厘米</w:t>
      </w:r>
      <w:r>
        <w:br/>
        <w:t xml:space="preserve">    B.16π平方厘米</w:t>
      </w:r>
      <w:r>
        <w:br/>
        <w:t xml:space="preserve">    C.8π平方厘米</w:t>
      </w:r>
      <w:r>
        <w:br/>
        <w:t xml:space="preserve">    D.2π平方厘米</w:t>
      </w:r>
      <w:r>
        <w:br/>
        <w:t>【答案】A　【解析】r=2，π×4=4π。</w:t>
      </w:r>
    </w:p>
    <w:p>
      <w:r>
        <w:t>67. 12的因数有（　）个</w:t>
      </w:r>
      <w:r>
        <w:br/>
        <w:t xml:space="preserve">    A.6</w:t>
      </w:r>
      <w:r>
        <w:br/>
        <w:t xml:space="preserve">    B.4</w:t>
      </w:r>
      <w:r>
        <w:br/>
        <w:t xml:space="preserve">    C.5</w:t>
      </w:r>
      <w:r>
        <w:br/>
        <w:t xml:space="preserve">    D.8</w:t>
      </w:r>
      <w:r>
        <w:br/>
        <w:t>【答案】A　【解析】1,2,3,4,6,12。</w:t>
      </w:r>
    </w:p>
    <w:p>
      <w:r>
        <w:t>68. x的4倍与7的和是31，x=（　）</w:t>
      </w:r>
      <w:r>
        <w:br/>
        <w:t xml:space="preserve">    A.6</w:t>
      </w:r>
      <w:r>
        <w:br/>
        <w:t xml:space="preserve">    B.7</w:t>
      </w:r>
      <w:r>
        <w:br/>
        <w:t xml:space="preserve">    C.5</w:t>
      </w:r>
      <w:r>
        <w:br/>
        <w:t xml:space="preserve">    D.8</w:t>
      </w:r>
      <w:r>
        <w:br/>
        <w:t>【答案】A　【解析】4x+7=31，x=6。</w:t>
      </w:r>
    </w:p>
    <w:p>
      <w:r>
        <w:t>69. 把2/3化成小数是（　）</w:t>
      </w:r>
      <w:r>
        <w:br/>
        <w:t xml:space="preserve">    A.0.666……</w:t>
      </w:r>
      <w:r>
        <w:br/>
        <w:t xml:space="preserve">    B.0.6</w:t>
      </w:r>
      <w:r>
        <w:br/>
        <w:t xml:space="preserve">    C.0.67</w:t>
      </w:r>
      <w:r>
        <w:br/>
        <w:t xml:space="preserve">    D.0.666</w:t>
      </w:r>
      <w:r>
        <w:br/>
        <w:t>【答案】A　【解析】2÷3=0.666…。</w:t>
      </w:r>
    </w:p>
    <w:p>
      <w:r>
        <w:t>70. 5%写成分数是（　）</w:t>
      </w:r>
      <w:r>
        <w:br/>
        <w:t xml:space="preserve">    A.1/20</w:t>
      </w:r>
      <w:r>
        <w:br/>
        <w:t xml:space="preserve">    B.5/10</w:t>
      </w:r>
      <w:r>
        <w:br/>
        <w:t xml:space="preserve">    C.1/5</w:t>
      </w:r>
      <w:r>
        <w:br/>
        <w:t xml:space="preserve">    D.5/1000</w:t>
      </w:r>
      <w:r>
        <w:br/>
        <w:t>【答案】A　【解析】5%=5/100=1/20。</w:t>
      </w:r>
    </w:p>
    <w:p>
      <w:r>
        <w:t>71. 圆锥的底面积是9平方厘米，高6厘米，体积是（　）</w:t>
      </w:r>
      <w:r>
        <w:br/>
        <w:t xml:space="preserve">    A.18立方厘米</w:t>
      </w:r>
      <w:r>
        <w:br/>
        <w:t xml:space="preserve">    B.54立方厘米</w:t>
      </w:r>
      <w:r>
        <w:br/>
        <w:t xml:space="preserve">    C.27立方厘米</w:t>
      </w:r>
      <w:r>
        <w:br/>
        <w:t xml:space="preserve">    D.162立方厘米</w:t>
      </w:r>
      <w:r>
        <w:br/>
        <w:t>【答案】A　【解析】9×6÷3=18。</w:t>
      </w:r>
    </w:p>
    <w:p>
      <w:r>
        <w:t>72. 甲数的1/3等于乙数的1/4，则甲∶乙=（　）</w:t>
      </w:r>
      <w:r>
        <w:br/>
        <w:t xml:space="preserve">    A.3∶4</w:t>
      </w:r>
      <w:r>
        <w:br/>
        <w:t xml:space="preserve">    B.4∶3</w:t>
      </w:r>
      <w:r>
        <w:br/>
        <w:t xml:space="preserve">    C.1∶1</w:t>
      </w:r>
      <w:r>
        <w:br/>
        <w:t xml:space="preserve">    D.12∶1</w:t>
      </w:r>
      <w:r>
        <w:br/>
        <w:t>【答案】A　【解析】甲/3=乙/4，甲∶乙=3∶4。</w:t>
      </w:r>
    </w:p>
    <w:p>
      <w:r>
        <w:t>73. 0.2小时=（　）分钟</w:t>
      </w:r>
      <w:r>
        <w:br/>
        <w:t xml:space="preserve">    A.12</w:t>
      </w:r>
      <w:r>
        <w:br/>
        <w:t xml:space="preserve">    B.20</w:t>
      </w:r>
      <w:r>
        <w:br/>
        <w:t xml:space="preserve">    C.2</w:t>
      </w:r>
      <w:r>
        <w:br/>
        <w:t xml:space="preserve">    D.120</w:t>
      </w:r>
      <w:r>
        <w:br/>
        <w:t>【答案】A　【解析】0.2×60=12。</w:t>
      </w:r>
    </w:p>
    <w:p>
      <w:r>
        <w:t>74. 在比例尺1:50000的地图上，2厘米代表实际（　）米</w:t>
      </w:r>
      <w:r>
        <w:br/>
        <w:t xml:space="preserve">    A.1000</w:t>
      </w:r>
      <w:r>
        <w:br/>
        <w:t xml:space="preserve">    B.100</w:t>
      </w:r>
      <w:r>
        <w:br/>
        <w:t xml:space="preserve">    C.10000</w:t>
      </w:r>
      <w:r>
        <w:br/>
        <w:t xml:space="preserve">    D.500</w:t>
      </w:r>
      <w:r>
        <w:br/>
        <w:t>【答案】A　【解析】2×50000=100000厘米=1000米。</w:t>
      </w:r>
    </w:p>
    <w:p>
      <w:r>
        <w:t>75. 3/4÷9/8=（　）</w:t>
      </w:r>
      <w:r>
        <w:br/>
        <w:t xml:space="preserve">    A.2/3</w:t>
      </w:r>
      <w:r>
        <w:br/>
        <w:t xml:space="preserve">    B.27/32</w:t>
      </w:r>
      <w:r>
        <w:br/>
        <w:t xml:space="preserve">    C.3/2</w:t>
      </w:r>
      <w:r>
        <w:br/>
        <w:t xml:space="preserve">    D.1/3</w:t>
      </w:r>
      <w:r>
        <w:br/>
        <w:t>【答案】A　【解析】3/4×8/9=24/36=2/3。</w:t>
      </w:r>
    </w:p>
    <w:p>
      <w:r>
        <w:t>76. 从8个乒乓球中任取1个，取到每个球的可能性（　）</w:t>
      </w:r>
      <w:r>
        <w:br/>
        <w:t xml:space="preserve">    A.相等</w:t>
      </w:r>
      <w:r>
        <w:br/>
        <w:t xml:space="preserve">    B.不相等</w:t>
      </w:r>
      <w:r>
        <w:br/>
        <w:t xml:space="preserve">    C.不确定</w:t>
      </w:r>
      <w:r>
        <w:br/>
        <w:t xml:space="preserve">    D.8种可能各不同</w:t>
      </w:r>
      <w:r>
        <w:br/>
        <w:t>【答案】A　【解析】等可能。</w:t>
      </w:r>
    </w:p>
    <w:p>
      <w:r>
        <w:t>77. 一件衣服原价200元，打七五折后是（　）元</w:t>
      </w:r>
      <w:r>
        <w:br/>
        <w:t xml:space="preserve">    A.150</w:t>
      </w:r>
      <w:r>
        <w:br/>
        <w:t xml:space="preserve">    B.140</w:t>
      </w:r>
      <w:r>
        <w:br/>
        <w:t xml:space="preserve">    C.160</w:t>
      </w:r>
      <w:r>
        <w:br/>
        <w:t xml:space="preserve">    D.175</w:t>
      </w:r>
      <w:r>
        <w:br/>
        <w:t>【答案】A　【解析】200×0.75=150。</w:t>
      </w:r>
    </w:p>
    <w:p>
      <w:r>
        <w:t>78. 一个圆柱和一个圆锥等底等高，圆柱体积是36立方厘米，圆锥体积是（　）</w:t>
      </w:r>
      <w:r>
        <w:br/>
        <w:t xml:space="preserve">    A.12立方厘米</w:t>
      </w:r>
      <w:r>
        <w:br/>
        <w:t xml:space="preserve">    B.18立方厘米</w:t>
      </w:r>
      <w:r>
        <w:br/>
        <w:t xml:space="preserve">    C.108立方厘米</w:t>
      </w:r>
      <w:r>
        <w:br/>
        <w:t xml:space="preserve">    D.36立方厘米</w:t>
      </w:r>
      <w:r>
        <w:br/>
        <w:t>【答案】A　【解析】36÷3=12。</w:t>
      </w:r>
    </w:p>
    <w:p>
      <w:pPr>
        <w:pStyle w:val="Heading1"/>
      </w:pPr>
      <w:r>
        <w:t>二、填空题</w:t>
      </w:r>
    </w:p>
    <w:p>
      <w:r>
        <w:t>79. 3/4×2/5=____。</w:t>
      </w:r>
    </w:p>
    <w:p>
      <w:r>
        <w:t xml:space="preserve">    【答案】3/10　【解析】分子乘分子，分母乘分母。</w:t>
      </w:r>
    </w:p>
    <w:p>
      <w:r>
        <w:t>80. 一个数的30%是60，这个数是____。</w:t>
      </w:r>
    </w:p>
    <w:p>
      <w:r>
        <w:t xml:space="preserve">    【答案】200　【解析】60÷0.3=200。</w:t>
      </w:r>
    </w:p>
    <w:p>
      <w:r>
        <w:t>81. 圆的周长公式是____。</w:t>
      </w:r>
    </w:p>
    <w:p>
      <w:r>
        <w:t xml:space="preserve">    【答案】C=2πr（或πd）　【解析】圆的周长公式。</w:t>
      </w:r>
    </w:p>
    <w:p>
      <w:r>
        <w:t>82. 把0.45化成百分数是____。</w:t>
      </w:r>
    </w:p>
    <w:p>
      <w:r>
        <w:t xml:space="preserve">    【答案】45%　【解析】小数化百分数。</w:t>
      </w:r>
    </w:p>
    <w:p>
      <w:r>
        <w:t>83. 比的前项相当于除法中的____，分数中的____。</w:t>
      </w:r>
    </w:p>
    <w:p>
      <w:r>
        <w:t xml:space="preserve">    【答案】被除数、分子　【解析】比与除法分数的关系。</w:t>
      </w:r>
    </w:p>
    <w:p>
      <w:r>
        <w:t>84. 4/9的倒数是____。</w:t>
      </w:r>
    </w:p>
    <w:p>
      <w:r>
        <w:t xml:space="preserve">    【答案】9/4　【解析】倒数定义。</w:t>
      </w:r>
    </w:p>
    <w:p>
      <w:r>
        <w:t>85. 一个圆柱的底面半径是2厘米，高5厘米，体积是____立方厘米。</w:t>
      </w:r>
    </w:p>
    <w:p>
      <w:r>
        <w:t xml:space="preserve">    【答案】20π（约62.8）　【解析】V=πr²h=π×4×5=20π。</w:t>
      </w:r>
    </w:p>
    <w:p>
      <w:r>
        <w:t>86. 正比例的图像是一条____。</w:t>
      </w:r>
    </w:p>
    <w:p>
      <w:r>
        <w:t xml:space="preserve">    【答案】直线　【解析】正比例图像过原点直线。</w:t>
      </w:r>
    </w:p>
    <w:p>
      <w:r>
        <w:t>87. 12∶18化成最简整数比是____。</w:t>
      </w:r>
    </w:p>
    <w:p>
      <w:r>
        <w:t xml:space="preserve">    【答案】2∶3　【解析】除以最大公因数6。</w:t>
      </w:r>
    </w:p>
    <w:p>
      <w:r>
        <w:t>88. 一件商品打八折出售，就是按原价的____%出售。</w:t>
      </w:r>
    </w:p>
    <w:p>
      <w:r>
        <w:t xml:space="preserve">    【答案】80　【解析】八折=80%。</w:t>
      </w:r>
    </w:p>
    <w:p>
      <w:r>
        <w:t>89. 1/4的倒数是____。</w:t>
      </w:r>
    </w:p>
    <w:p>
      <w:r>
        <w:t xml:space="preserve">    【答案】4　【解析】倒数。</w:t>
      </w:r>
    </w:p>
    <w:p>
      <w:r>
        <w:t>90. 一个数的1/5是12，这个数是____。</w:t>
      </w:r>
    </w:p>
    <w:p>
      <w:r>
        <w:t xml:space="preserve">    【答案】60　【解析】12÷1/5=60。</w:t>
      </w:r>
    </w:p>
    <w:p>
      <w:r>
        <w:t>91. 扇形统计图用____表示总数。</w:t>
      </w:r>
    </w:p>
    <w:p>
      <w:r>
        <w:t xml:space="preserve">    【答案】整个圆　【解析】扇形统计图特征。</w:t>
      </w:r>
    </w:p>
    <w:p>
      <w:r>
        <w:t>92. 从1到20中，既是奇数又是质数的数有____个。</w:t>
      </w:r>
    </w:p>
    <w:p>
      <w:r>
        <w:t xml:space="preserve">    【答案】7　【解析】3,5,7,11,13,17,19。</w:t>
      </w:r>
    </w:p>
    <w:p>
      <w:r>
        <w:t>93. 底面半径和高都相同的圆柱和圆锥，圆锥体积是圆柱的____。</w:t>
      </w:r>
    </w:p>
    <w:p>
      <w:r>
        <w:t xml:space="preserve">    【答案】1/3　【解析】等底等高圆锥体积是圆柱1/3。</w:t>
      </w:r>
    </w:p>
    <w:p>
      <w:pPr>
        <w:pStyle w:val="Heading1"/>
      </w:pPr>
      <w:r>
        <w:t>三、判断题</w:t>
      </w:r>
    </w:p>
    <w:p>
      <w:r>
        <w:t>94. 圆的半径扩大2倍，圆的面积扩大2倍。</w:t>
      </w:r>
    </w:p>
    <w:p>
      <w:r>
        <w:t xml:space="preserve">    【答案】错　【解析】面积扩大4倍。</w:t>
      </w:r>
    </w:p>
    <w:p>
      <w:r>
        <w:t>95. 所有的奇数都是质数。</w:t>
      </w:r>
    </w:p>
    <w:p>
      <w:r>
        <w:t xml:space="preserve">    【答案】错　【解析】如9、15。</w:t>
      </w:r>
    </w:p>
    <w:p>
      <w:r>
        <w:t>96. 百分数可以表示具体数量。</w:t>
      </w:r>
    </w:p>
    <w:p>
      <w:r>
        <w:t xml:space="preserve">    【答案】错　【解析】百分数表示比率。</w:t>
      </w:r>
    </w:p>
    <w:p>
      <w:r>
        <w:t>97. 比例尺一定，图上距离与实际距离成正比例。</w:t>
      </w:r>
    </w:p>
    <w:p>
      <w:r>
        <w:t xml:space="preserve">    【答案】对　【解析】图上距离/实际距离=比例尺。</w:t>
      </w:r>
    </w:p>
    <w:p>
      <w:r>
        <w:t>98. 两个圆柱的体积相等，底面积也一定相等。</w:t>
      </w:r>
    </w:p>
    <w:p>
      <w:r>
        <w:t xml:space="preserve">    【答案】错　【解析】高可不同。</w:t>
      </w:r>
    </w:p>
    <w:p>
      <w:r>
        <w:t>99. 比的前项和后项同时乘或除以相同的数（0除外），比值不变。</w:t>
      </w:r>
    </w:p>
    <w:p>
      <w:r>
        <w:t xml:space="preserve">    【答案】对　【解析】比的基本性质。</w:t>
      </w:r>
    </w:p>
    <w:p>
      <w:r>
        <w:t>100. 负数都比0小。</w:t>
      </w:r>
    </w:p>
    <w:p>
      <w:r>
        <w:t xml:space="preserve">    【答案】对　【解析】负数性质。</w:t>
      </w:r>
    </w:p>
    <w:p>
      <w:r>
        <w:t>101. 圆锥的体积等于圆柱体积的1/3。</w:t>
      </w:r>
    </w:p>
    <w:p>
      <w:r>
        <w:t xml:space="preserve">    【答案】错　【解析】须等底等高。</w:t>
      </w:r>
    </w:p>
    <w:p>
      <w:r>
        <w:t>102. 一件商品先提价10%，再降价10%，现价和原价相等。</w:t>
      </w:r>
    </w:p>
    <w:p>
      <w:r>
        <w:t xml:space="preserve">    【答案】错　【解析】现价比原价低1%。</w:t>
      </w:r>
    </w:p>
    <w:p>
      <w:r>
        <w:t>103. 三角形的面积是平行四边形面积的一半。</w:t>
      </w:r>
    </w:p>
    <w:p>
      <w:r>
        <w:t xml:space="preserve">    【答案】错　【解析】等底等高时才是。</w:t>
      </w:r>
    </w:p>
    <w:p>
      <w:r>
        <w:t>104. 0既不是正数也不是负数。</w:t>
      </w:r>
    </w:p>
    <w:p>
      <w:r>
        <w:t xml:space="preserve">    【答案】对　【解析】0的性质。</w:t>
      </w:r>
    </w:p>
    <w:p>
      <w:r>
        <w:t>105. 圆的周长与直径的比值是π。</w:t>
      </w:r>
    </w:p>
    <w:p>
      <w:r>
        <w:t xml:space="preserve">    【答案】对　【解析】圆周率定义。</w:t>
      </w:r>
    </w:p>
    <w:p>
      <w:pPr>
        <w:pStyle w:val="Heading1"/>
      </w:pPr>
      <w:r>
        <w:t>五、解答题（应用题）</w:t>
      </w:r>
    </w:p>
    <w:p>
      <w:r>
        <w:t>106. 一种商品原价240元，先涨价10%，再降价10%，现价是多少元？</w:t>
      </w:r>
    </w:p>
    <w:p>
      <w:r>
        <w:t xml:space="preserve">    【参考答案】237.6元</w:t>
      </w:r>
    </w:p>
    <w:p>
      <w:r>
        <w:t xml:space="preserve">    【解析】240×1.1×0.9=237.6。</w:t>
      </w:r>
    </w:p>
    <w:p>
      <w:r>
        <w:t>107. 一个圆锥形沙堆，底面直径6米，高2米，沙堆体积是多少立方米？</w:t>
      </w:r>
    </w:p>
    <w:p>
      <w:r>
        <w:t xml:space="preserve">    【参考答案】6π（约18.84）立方米</w:t>
      </w:r>
    </w:p>
    <w:p>
      <w:r>
        <w:t xml:space="preserve">    【解析】r=3，V=πr²h/3=π×9×2/3=6π。</w:t>
      </w:r>
    </w:p>
    <w:p>
      <w:r>
        <w:t>108. 解比例：x∶6=4∶3。</w:t>
      </w:r>
    </w:p>
    <w:p>
      <w:r>
        <w:t xml:space="preserve">    【参考答案】x=8</w:t>
      </w:r>
    </w:p>
    <w:p>
      <w:r>
        <w:t xml:space="preserve">    【解析】3x=24，x=8。</w:t>
      </w:r>
    </w:p>
    <w:p>
      <w:r>
        <w:t>109. 甲乙两地相距360千米，一辆汽车3小时行驶180千米，照这样速度，还要几小时到达？</w:t>
      </w:r>
    </w:p>
    <w:p>
      <w:r>
        <w:t xml:space="preserve">    【参考答案】3小时</w:t>
      </w:r>
    </w:p>
    <w:p>
      <w:r>
        <w:t xml:space="preserve">    【解析】速度60千米/时，剩180千米，180÷60=3。</w:t>
      </w:r>
    </w:p>
    <w:p>
      <w:r>
        <w:t>110. 学校图书馆有故事书240本，比科技书多20%，科技书有多少本？</w:t>
      </w:r>
    </w:p>
    <w:p>
      <w:r>
        <w:t xml:space="preserve">    【参考答案】200本</w:t>
      </w:r>
    </w:p>
    <w:p>
      <w:r>
        <w:t xml:space="preserve">    【解析】240÷1.2=200。</w:t>
      </w:r>
    </w:p>
    <w:p>
      <w:r>
        <w:t>111. 把一个底面半径3厘米、高10厘米的圆柱沿底面直径切开，表面积增加多少？</w:t>
      </w:r>
    </w:p>
    <w:p>
      <w:r>
        <w:t xml:space="preserve">    【参考答案】120平方厘米</w:t>
      </w:r>
    </w:p>
    <w:p>
      <w:r>
        <w:t xml:space="preserve">    【解析】增加两个长方形：2×6×10=120。</w:t>
      </w:r>
    </w:p>
    <w:p>
      <w:r>
        <w:t>112. 某班男生30人，女生20人，男生比女生多百分之几？</w:t>
      </w:r>
    </w:p>
    <w:p>
      <w:r>
        <w:t xml:space="preserve">    【参考答案】50%</w:t>
      </w:r>
    </w:p>
    <w:p>
      <w:r>
        <w:t xml:space="preserve">    【解析】(30-20)/20=50%。</w:t>
      </w:r>
    </w:p>
    <w:p>
      <w:r>
        <w:t>113. 计算：(1/2+1/3)×12。</w:t>
      </w:r>
    </w:p>
    <w:p>
      <w:r>
        <w:t xml:space="preserve">    【参考答案】10</w:t>
      </w:r>
    </w:p>
    <w:p>
      <w:r>
        <w:t xml:space="preserve">    【解析】1/2×12+1/3×12=6+4=10。</w:t>
      </w:r>
    </w:p>
    <w:p>
      <w:r>
        <w:t>114. 甲乙两数的比是3∶5，甲数是45，乙数是多少？</w:t>
      </w:r>
    </w:p>
    <w:p>
      <w:r>
        <w:t xml:space="preserve">    【参考答案】75</w:t>
      </w:r>
    </w:p>
    <w:p>
      <w:r>
        <w:t xml:space="preserve">    【解析】45÷3×5=75。</w:t>
      </w:r>
    </w:p>
    <w:p>
      <w:r>
        <w:t>115. 一个圆柱形水桶，底面周长是25.12分米，高8分米，容积是多少升？</w:t>
      </w:r>
    </w:p>
    <w:p>
      <w:r>
        <w:t xml:space="preserve">    【参考答案】约401.92升</w:t>
      </w:r>
    </w:p>
    <w:p>
      <w:r>
        <w:t xml:space="preserve">    【解析】r=25.12÷3.14÷2=4，V=π×16×8=128π≈401.92。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