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买卖合同模板（通用版）：商品买卖双方都能用</w:t>
      </w:r>
    </w:p>
    <w:p>
      <w:r>
        <w:t>做生意的老板注意了，买卖交易一定要签合同！小编整理了通用买卖合同模板，商品交易、设备采购都能用。</w:t>
      </w:r>
    </w:p>
    <w:p>
      <w:r>
        <w:t>亮点：①条款完整（标的、数量、质量、价款、交付、违约）；②关键条款有提示；③附验收单模板。网页是预览版，下载Word完整版可打印签字。? 免费下载Word完整版（可直接打印编辑）</w:t>
      </w:r>
    </w:p>
    <w:p>
      <w:pPr>
        <w:pStyle w:val="Heading1"/>
      </w:pPr>
      <w:r>
        <w:t>买卖合同（模板）</w:t>
      </w:r>
    </w:p>
    <w:p>
      <w:r>
        <w:t>买方：____  卖方：____</w:t>
      </w:r>
    </w:p>
    <w:p>
      <w:r>
        <w:t>一、标的物：____</w:t>
      </w:r>
    </w:p>
    <w:p>
      <w:r>
        <w:t>二、数量：____</w:t>
      </w:r>
    </w:p>
    <w:p>
      <w:r>
        <w:t>三、质量标准：____</w:t>
      </w:r>
    </w:p>
    <w:p>
      <w:r>
        <w:t>四、价款与支付：总价____元，支付方式____</w:t>
      </w:r>
    </w:p>
    <w:p>
      <w:r>
        <w:t>五、交付时间地点：____</w:t>
      </w:r>
    </w:p>
    <w:p>
      <w:r>
        <w:t>六、验收：____</w:t>
      </w:r>
    </w:p>
    <w:p>
      <w:r>
        <w:t>七、违约责任：____</w:t>
      </w:r>
    </w:p>
    <w:p>
      <w:r>
        <w:t>八、争议解决：____</w:t>
      </w:r>
    </w:p>
    <w:p>
      <w:r>
        <w:t>甲方（买方）：____ 乙方（卖方）：____</w:t>
      </w:r>
    </w:p>
    <w:p>
      <w:r>
        <w:t>日期：____完整条款见Word版。?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