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买卖合同（通用版）</w:t>
      </w:r>
    </w:p>
    <w:p>
      <w:r>
        <w:t>合同编号：＿＿＿＿＿＿＿＿＿＿</w:t>
      </w:r>
    </w:p>
    <w:p>
      <w:r>
        <w:t>甲方（姓名/名称）：＿＿＿＿＿＿＿＿＿＿　身份证号/统一社会信用代码：＿＿＿＿＿＿＿＿＿＿</w:t>
      </w:r>
    </w:p>
    <w:p>
      <w:r>
        <w:t>乙方（姓名/名称）：＿＿＿＿＿＿＿＿＿＿　身份证号/统一社会信用代码：＿＿＿＿＿＿＿＿＿＿</w:t>
      </w:r>
    </w:p>
    <w:p>
      <w:r>
        <w:t>签订地点：＿＿＿＿＿＿＿＿＿＿　签订日期：＿＿＿＿年＿＿月＿＿日</w:t>
      </w:r>
    </w:p>
    <w:p/>
    <w:p>
      <w:pPr>
        <w:pStyle w:val="Heading2"/>
      </w:pPr>
      <w:r>
        <w:t>第一条 标的物</w:t>
      </w:r>
    </w:p>
    <w:p>
      <w:r>
        <w:t>1.1 甲方（出卖人）向乙方（买受人）出售下列标的物：名称：＿＿＿＿，规格型号：＿＿＿＿，数量：＿＿＿＿，单价：人民币＿＿＿＿元，总价款：人民币＿＿＿＿元（大写：＿＿＿＿）。</w:t>
      </w:r>
    </w:p>
    <w:p>
      <w:r>
        <w:t>1.2 标的物质量标准：按（国家标准/行业标准/双方约定）＿＿＿＿执行。</w:t>
      </w:r>
    </w:p>
    <w:p/>
    <w:p>
      <w:pPr>
        <w:pStyle w:val="Heading2"/>
      </w:pPr>
      <w:r>
        <w:t>第二条 交付与验收</w:t>
      </w:r>
    </w:p>
    <w:p>
      <w:r>
        <w:t>2.1 交付时间：＿＿＿＿年＿＿月＿＿日前；交付地点：＿＿＿＿＿＿＿＿；运输方式及费用由（甲方/乙方）承担。</w:t>
      </w:r>
    </w:p>
    <w:p>
      <w:r>
        <w:t>2.2 乙方应在收到标的物后＿＿日内进行验收，验收合格的签署验收单；发现数量或质量问题的，应在验收期内书面提出异议，逾期视为验收合格。</w:t>
      </w:r>
    </w:p>
    <w:p/>
    <w:p>
      <w:pPr>
        <w:pStyle w:val="Heading2"/>
      </w:pPr>
      <w:r>
        <w:t>第三条 价款支付</w:t>
      </w:r>
    </w:p>
    <w:p>
      <w:r>
        <w:t>3.1 乙方应于（合同签订时/验收合格后＿＿日内）支付货款人民币＿＿＿＿元。</w:t>
      </w:r>
    </w:p>
    <w:p>
      <w:r>
        <w:t>3.2 付款方式：银行转账至甲方指定账户：户名＿＿＿＿，账号＿＿＿＿，开户行＿＿＿＿。</w:t>
      </w:r>
    </w:p>
    <w:p>
      <w:r>
        <w:t>3.3 甲方未按约定交付或交付不符合约定的，乙方有权顺延付款或拒绝付款。</w:t>
      </w:r>
    </w:p>
    <w:p/>
    <w:p>
      <w:pPr>
        <w:pStyle w:val="Heading2"/>
      </w:pPr>
      <w:r>
        <w:t>第四条 质量保证与售后服务</w:t>
      </w:r>
    </w:p>
    <w:p>
      <w:r>
        <w:t>4.1 甲方保证标的物符合约定质量标准，质保期为自验收合格之日起＿＿个月。</w:t>
      </w:r>
    </w:p>
    <w:p>
      <w:r>
        <w:t>4.2 质保期内发生质量问题的，甲方应在＿＿日内免费维修、更换或退货。</w:t>
      </w:r>
    </w:p>
    <w:p/>
    <w:p>
      <w:pPr>
        <w:pStyle w:val="Heading2"/>
      </w:pPr>
      <w:r>
        <w:t>第五条 违约责任</w:t>
      </w:r>
    </w:p>
    <w:p>
      <w:r>
        <w:t>5.1 甲方逾期交付的，每逾期一日按合同总价款的＿＿‰支付违约金；逾期超过＿＿日的，乙方有权解除合同并要求赔偿损失。</w:t>
      </w:r>
    </w:p>
    <w:p>
      <w:r>
        <w:t>5.2 乙方逾期付款的，每逾期一日按未付金额的＿＿‰支付违约金。</w:t>
      </w:r>
    </w:p>
    <w:p/>
    <w:p>
      <w:pPr>
        <w:pStyle w:val="Heading2"/>
      </w:pPr>
      <w:r>
        <w:t>第六条 争议解决</w:t>
      </w:r>
    </w:p>
    <w:p>
      <w:r>
        <w:t>6.1 因本合同发生的争议，双方协商解决；协商不成的，提交（乙方/甲方）所在地人民法院诉讼解决。</w:t>
      </w:r>
    </w:p>
    <w:p/>
    <w:p>
      <w:r>
        <w:t>（以下无正文，为本合同签署页）</w:t>
      </w:r>
    </w:p>
    <w:p/>
    <w:p>
      <w:r>
        <w:t>甲方（签字/盖章）：＿＿＿＿＿＿＿＿＿＿</w:t>
      </w:r>
    </w:p>
    <w:p>
      <w:r>
        <w:t>乙方（签字/盖章）：＿＿＿＿＿＿＿＿＿＿</w:t>
      </w:r>
    </w:p>
    <w:p>
      <w:r>
        <w:t>签订日期：＿＿＿＿年＿＿月＿＿日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