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买卖合同模板（通用版）：标的、价款、交付、验收条款齐全</w:t>
      </w:r>
    </w:p>
    <w:p>
      <w:r>
        <w:t>合同编号：____________</w:t>
      </w:r>
    </w:p>
    <w:p>
      <w:r>
        <w:t>甲方（姓名/名称）：______________________</w:t>
      </w:r>
    </w:p>
    <w:p>
      <w:r>
        <w:t>身份证号/统一社会信用代码：______________________</w:t>
      </w:r>
    </w:p>
    <w:p>
      <w:r>
        <w:t>乙方（姓名/名称）：______________________</w:t>
      </w:r>
    </w:p>
    <w:p>
      <w:r>
        <w:t>身份证号/统一社会信用代码：______________________</w:t>
      </w:r>
    </w:p>
    <w:p>
      <w:pPr>
        <w:pStyle w:val="Heading1"/>
      </w:pPr>
      <w:r>
        <w:t>买卖合同</w:t>
      </w:r>
    </w:p>
    <w:p>
      <w:r>
        <w:t>买方：____  卖方：____</w:t>
      </w:r>
    </w:p>
    <w:p>
      <w:r>
        <w:t>第一条 标的物……</w:t>
      </w:r>
    </w:p>
    <w:p>
      <w:r>
        <w:t>第二条 价款与支付……</w:t>
      </w:r>
    </w:p>
    <w:p>
      <w:r>
        <w:t>第三条 交付与验收……</w:t>
      </w:r>
    </w:p>
    <w:p>
      <w:r>
        <w:t>（完整条款请下载Word文档打印使用）</w:t>
      </w:r>
    </w:p>
    <w:p>
      <w:r>
        <w:t>甲方（签字/盖章）：______________________  日期：____年__月__日</w:t>
      </w:r>
    </w:p>
    <w:p>
      <w:r>
        <w:t>乙方（签字/盖章）：______________________  日期：____年__月__日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