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面试自我介绍范文：1分钟/3分钟版本（通用）</w:t>
      </w:r>
    </w:p>
    <w:p>
      <w:r>
        <w:t>面试开场第一问就是“做个自我介绍”！小编整理了面试自我介绍范文，1分钟版和3分钟版都有，通用岗位可改。</w:t>
      </w:r>
    </w:p>
    <w:p>
      <w:r>
        <w:t>亮点：①两种时长版本；②亮点突出法；③注意事项。网页是预览版，下载Word完整版可编辑。? 免费下载Word完整版（可直接打印编辑）</w:t>
      </w:r>
    </w:p>
    <w:p>
      <w:pPr>
        <w:pStyle w:val="Heading1"/>
      </w:pPr>
      <w:r>
        <w:t>1分钟自我介绍（范文）</w:t>
      </w:r>
    </w:p>
    <w:p>
      <w:r>
        <w:t>面试官您好！我叫____，毕业于____大学____专业。大学期间，我担任____（职务），组织过____活动，锻炼了____能力；在____公司实习期间，完成了____工作，取得了____成果。我应聘的岗位是____，我相信自己的____能力可以胜任这份工作。谢谢！</w:t>
      </w:r>
    </w:p>
    <w:p>
      <w:pPr>
        <w:pStyle w:val="Heading1"/>
      </w:pPr>
      <w:r>
        <w:t>3分钟自我介绍（范文）</w:t>
      </w:r>
    </w:p>
    <w:p>
      <w:r>
        <w:t>在1分钟版基础上增加：详细项目/实习经历（STAR法则：情境-任务-行动-结果）、专业技能、职业规划。</w:t>
      </w:r>
    </w:p>
    <w:p>
      <w:r>
        <w:t>⚠️注意：别背稿、眼神交流、控制时间。完整版见Word。?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