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面试自我介绍范文（3分钟通用版+问答技巧）</w:t>
      </w:r>
    </w:p>
    <w:p>
      <w:r>
        <w:t>面试自我介绍范文（3分钟版）</w:t>
      </w:r>
    </w:p>
    <w:p>
      <w:r>
        <w:t>尊敬的面试官，您好！我叫××，毕业于××大学××专业。今天应聘的是××岗位，非常高兴有机会参加面试，下面我从三个方面做自我介绍：</w:t>
      </w:r>
    </w:p>
    <w:p>
      <w:r>
        <w:t>一、教育背景与专业能力。</w:t>
      </w:r>
    </w:p>
    <w:p>
      <w:r>
        <w:t>在校期间，我系统学习了××、××等专业课程，成绩排名专业前××%，多次获得××奖学金。参加了××项目/竞赛，担任××角色，锻炼了××能力。掌握了××、××等专业技能，能够熟练运用××工具。</w:t>
      </w:r>
    </w:p>
    <w:p>
      <w:r>
        <w:t>二、实习实践经历。</w:t>
      </w:r>
    </w:p>
    <w:p>
      <w:r>
        <w:t>在××公司实习期间，我负责××工作，参与完成了××项目。通过这段经历，我不仅提升了××能力，还深入了解了行业运作模式，更加坚定了自己从事××工作的职业方向。实习期间我的××表现获得了主管和同事的认可。</w:t>
      </w:r>
    </w:p>
    <w:p>
      <w:r>
        <w:t>三、岗位匹配与职业规划。</w:t>
      </w:r>
    </w:p>
    <w:p>
      <w:r>
        <w:t>贵公司的××岗位要求××能力，这与我的专业背景和实习经历高度匹配。我性格××、做事××，相信能够快速适应岗位要求。我的职业规划是短期内踏实做好本职工作，持续学习提升；中长期成长为××领域的专业人才，为公司创造更大价值。</w:t>
      </w:r>
    </w:p>
    <w:p>
      <w:r>
        <w:t>最后，非常感谢面试官给我这次机会，期待能够加入贵公司！谢谢！</w:t>
      </w:r>
    </w:p>
    <w:p>
      <w:r>
        <w:t>高频面试问答技巧</w:t>
      </w:r>
    </w:p>
    <w:p>
      <w:r>
        <w:t>①“你的优缺点是什么”：优点用实例支撑，缺点选不影响岗位的且要有改进措施；②“为什么选择我们公司”：从公司发展、行业前景、岗位匹配三个角度答；③“薪资期望”：给出合理范围，参考行业水平和自身能力；④“未来3年规划”：分短期（胜任岗位）、中期（独当一面）、长期（持续成长）作答；⑤回答完问题可礼貌追问面试官反馈。</w:t>
      </w:r>
    </w:p>
    <w:p>
      <w:pPr>
        <w:pStyle w:val="Heading1"/>
      </w:pPr>
      <w:r>
        <w:t>一、写作方法指导</w:t>
      </w:r>
    </w:p>
    <w:p>
      <w:r>
        <w:t>写作此类文档时，最核心的要点是：结构清晰（总分总）、内容真实（用数据说话）、重点突出（围绕岗位职责和成绩展开）、语言规范（书面语、避免口语化）。初稿完成后，通读一遍检查：①标题是否准确概括内容；②各板块是否层次分明；③是否有具体事例和数据支撑；④结尾是否有总结和展望。写作前先列提纲，把要写的内容分成几个板块，每个板块写什么要点先想清楚，再动笔填充细节，这样写出来的文章条理清楚、不容易跑题。正文写作时要多用短句，一个段落表达一个意思，段与段之间用过渡句衔接，让整篇文章读起来顺畅自然。</w:t>
      </w:r>
    </w:p>
    <w:p>
      <w:pPr>
        <w:pStyle w:val="Heading1"/>
      </w:pPr>
      <w:r>
        <w:t>二、常见问题解答</w:t>
      </w:r>
    </w:p>
    <w:p>
      <w:r>
        <w:t>Q1：不知道写什么内容怎么办？A：回顾一年/一段时间内做了哪些事，按时间线列出清单，再按重要程度筛选，挑3-5件有代表性的工作详细写。Q2：感觉自己的工作很普通怎么办？A：普通工作也有亮点，从完成数量、质量、效率提升、创新方法、团队贡献等角度挖掘，把平凡的事写细写实就是亮点。Q3：篇幅多少合适？A：一般总结1500-3000字，演讲5-8分钟约1200-1800字，按场合灵活调整，重要场合宁多勿少。Q4：领导总说我写的太虚怎么办？A：最有效的方法是加数据、加事例、加对比，让每句话都有支撑。</w:t>
      </w:r>
    </w:p>
    <w:p>
      <w:pPr>
        <w:pStyle w:val="Heading1"/>
      </w:pPr>
      <w:r>
        <w:t>三、模板修改五步法</w:t>
      </w:r>
    </w:p>
    <w:p>
      <w:r>
        <w:t>第一步：通读全文，理解结构框架，弄清楚每个板块的写作目的；第二步：把文中的××占位符替换为你的真实信息（姓名、岗位、数据、项目名称），替换时注意数据的真实性和准确性；第三步：结合自己的实际情况增删段落，保留通用框架、替换具体内容；第四步：核对日期、数据、人名、单位名称等关键信息是否准确无误；第五步：通读润色，确保语言流畅、逻辑通顺，符合场合要求后再提交使用。切记：模板是骨架，真实内容才是血肉，一定要用自己的实际经历填充。</w:t>
      </w:r>
    </w:p>
    <w:p>
      <w:pPr>
        <w:pStyle w:val="Heading1"/>
      </w:pPr>
      <w:r>
        <w:t>四、常见错误提醒</w:t>
      </w:r>
    </w:p>
    <w:p>
      <w:r>
        <w:t>写作时容易犯的错误主要有：①内容空洞，只有套话没有具体事例，读起来千篇一律；②数据错误或不真实，宁可写约数也要保证基本属实，重要场合的数据更要反复核对；③结构混乱，想到哪写到哪，没有层次和逻辑；④语言啰嗦重复，一个意思反复说；⑤忽略格式要求（如字体、标题层级、落款、日期格式）。写完后务必检查这五个方面，尤其是重要场合使用的文档，更要多读几遍、请有经验的人把关。</w:t>
      </w:r>
    </w:p>
    <w:p>
      <w:pPr>
        <w:pStyle w:val="Heading1"/>
      </w:pPr>
      <w:r>
        <w:t>五、扩展学习建议</w:t>
      </w:r>
    </w:p>
    <w:p>
      <w:r>
        <w:t>想要进一步提升写作能力，建议：①多读优秀范文，学习结构和表达，积累常用句式和开头结尾方式；②建立自己的素材库，积累常用句式、事例、数据，需要时随时取用；③坚持定期写作练习，熟能生巧，写得越多越顺畅；④关注权威范文网站和官方发布的标准文本，学习规范表达。本站文库每天更新各类范文模板和写作指导，欢迎持续关注、免费下载使用。</w:t>
      </w:r>
    </w:p>
    <w:p>
      <w:pPr>
        <w:pStyle w:val="Heading1"/>
      </w:pPr>
      <w:r>
        <w:t>六、本模板结构拆解</w:t>
      </w:r>
    </w:p>
    <w:p>
      <w:r>
        <w:t>本模板遵循公文写作通用逻辑：开头明确事由和依据（为什么要发此文），主体按条目分述具体事项（是什么、怎么做、什么要求），结尾落款写明单位和日期。公文写作的核心要求是：一文一事、语言精练、表述准确、要素齐全。正文常用结构有三种：一是并列式（多个并列事项分别说明），二是递进式（按事情发展顺序层层推进），三是总分式（先总述再分述）。写作时先确定用哪种结构，再填充内容，层次就会清晰。标题一般用“发文机关+事由+文种”或“关于+事由+文种”格式，主送机关顶格书写，正文首行缩进两字符，落款居右写明单位全称和日期。掌握这些基本规范，任何公文都能写出合格的框架。</w:t>
      </w:r>
    </w:p>
    <w:p>
      <w:pPr>
        <w:pStyle w:val="Heading1"/>
      </w:pPr>
      <w:r>
        <w:t>七、范文使用提醒</w:t>
      </w:r>
    </w:p>
    <w:p>
      <w:r>
        <w:t>使用时请特别注意：①范文中的××均为占位符，必须全部替换为真实内容，不可直接提交空白占位文档；②单位名称、日期、数字等信息要逐项核对，避免出现错别字和逻辑错误；③不同场合对文种和语气有不同要求，正式场合建议请有经验的前辈或领导把关后再提交；④保存文档建议同时保留Word版和PDF版，便于修改和打印；⑤涉及单位内部信息的文档请注意保密，不要在互联网随意传播。掌握好这些细节，能让你的文档更加规范专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