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面试自我介绍模板（3分钟版，应届生/跳槽通用）</w:t>
      </w:r>
    </w:p>
    <w:p>
      <w:r>
        <w:t>面试自我介绍模板（3分钟版，应届生/跳槽通用）</w:t>
      </w:r>
    </w:p>
    <w:p>
      <w:r>
        <w:t>三分钟自我介绍模板：各位面试官好！我叫XXX，毕业于XX大学XX专业（应届）/目前在XX公司担任XX岗位（在职）。非常荣幸参加贵公司的面试。</w:t>
      </w:r>
    </w:p>
    <w:p>
      <w:r>
        <w:t>第一分钟（我是谁）：姓名+教育背景/工作背景+为什么应聘这个岗位。示例：“我本科毕业于XX大学XX专业，在校期间担任学生会XX职务，培养了XX能力。贵公司XX岗位与我XX经历高度匹配，所以我投递了这份简历。”</w:t>
      </w:r>
    </w:p>
    <w:p>
      <w:r>
        <w:t>第二分钟（我能干什么）：2-3个与岗位相关的核心能力/经历，用数据支撑。示例：“在校期间我主导了XX项目，团队XX人，最终达成XX成果；实习期间在XX公司参与XX工作，学习了XX技能。”</w:t>
      </w:r>
    </w:p>
    <w:p>
      <w:r>
        <w:t>第三分钟（我为什么适合+表达意愿）：总结自己的优势与岗位匹配点，表达加入意愿。示例：“我认为我的XX能力和XX经验与贵公司这个岗位的要求非常匹配，希望能有机会加入贵公司，与团队共同成长。谢谢！”</w:t>
      </w:r>
    </w:p>
    <w:p>
      <w:r>
        <w:t>要点：自我介绍控制在2分半到3分钟；提前写稿并练习5遍以上；重点说与岗位相关的内容；结尾表达意愿要真诚。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