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母亲节演讲稿范文（献给母亲的赞歌）</w:t>
      </w:r>
    </w:p>
    <w:p>
      <w:r>
        <w:t>母亲节来临，学校常会组织感恩主题活动。小编整理了母亲节演讲稿范文《献给母亲的赞歌》，情感真挚、语句优美，适合学生演讲使用。</w:t>
      </w:r>
    </w:p>
    <w:p>
      <w:r>
        <w:t>亮点：①以细节写母爱，避免空喊口号；②结构：导入-回忆-感恩-承诺；③结尾有升华；④附演讲注意事项。网页是预览版，下载Word完整版可修改打印。? 免费下载Word完整版（可直接打印编辑）</w:t>
      </w:r>
    </w:p>
    <w:p>
      <w:pPr>
        <w:pStyle w:val="Heading1"/>
      </w:pPr>
      <w:r>
        <w:t>演讲稿正文（节选）</w:t>
      </w:r>
    </w:p>
    <w:p>
      <w:r>
        <w:t>献给母亲的赞歌</w:t>
      </w:r>
    </w:p>
    <w:p>
      <w:r>
        <w:t>亲爱的老师、同学们：</w:t>
      </w:r>
    </w:p>
    <w:p>
      <w:r>
        <w:t>大家好！今天我演讲的题目是《献给母亲的赞歌》。</w:t>
      </w:r>
    </w:p>
    <w:p>
      <w:r>
        <w:t>“慈母手中线，游子身上衣。临行密密缝，意恐迟迟归。”每当读起孟郊的这首《游子吟》，我的心中便涌起对母亲的无限感激。</w:t>
      </w:r>
    </w:p>
    <w:p>
      <w:r>
        <w:t>……</w:t>
      </w:r>
    </w:p>
    <w:p>
      <w:r>
        <w:t>母亲的爱，藏在清晨热腾腾的早餐里，藏在深夜为我掖好的被角里，藏在我考试失利时那句“没关系，下次努力”的鼓励里。她或许不善言辞，却用行动诠释着最深沉的爱。</w:t>
      </w:r>
    </w:p>
    <w:p>
      <w:r>
        <w:t>……</w:t>
      </w:r>
    </w:p>
    <w:p>
      <w:r>
        <w:t>妈妈，谢谢您！谢谢您给了我生命，给了我一个温暖的家。我会好好学习，好好做人，用优异的成绩回报您的养育之恩。请相信，您的孩子已经长大，未来，换我来守护您！</w:t>
      </w:r>
    </w:p>
    <w:p>
      <w:r>
        <w:t>我的演讲完毕，谢谢大家！? 演讲技巧：①用真情实感打动听众，可加入自己和妈妈的真实小故事；②语速舒缓，情感层层递进。完整版见Word。?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