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全国计算机等级考试（NCRE）·模拟试卷（100题完整版）：计算机基础+办公软件应用</w:t>
      </w:r>
    </w:p>
    <w:p>
      <w:pPr>
        <w:pStyle w:val="Heading1"/>
      </w:pPr>
      <w:r>
        <w:t>一、考试通知（真实信息）</w:t>
      </w:r>
    </w:p>
    <w:p>
      <w:r>
        <w:t>2026下半年（第78次）NCRE已于9月19-21日考完；下一批次为2027年3月考试，报名预计2026年12月底-2027年1月（以各省教育考试院通知为准）。</w:t>
      </w:r>
    </w:p>
    <w:p>
      <w:r>
        <w:t>报名入口：全国计算机等级考试官网 ncre.neea.edu.cn；成绩合格由教育部教育考试院颁发合格证书，长期有效、全国通用。</w:t>
      </w:r>
    </w:p>
    <w:p>
      <w:r>
        <w:t>常见科目：一级（计算机基础及WPS Office/MS Office应用）、二级（MS Office高级应用、Python、C语言等）、三级（网络技术、数据库技术等）。</w:t>
      </w:r>
    </w:p>
    <w:p>
      <w:r>
        <w:t>考试形式：全部上机考试。本卷为模拟真实试卷出题（单选60/判断40），非官方真题，仅供备考练习。</w:t>
      </w:r>
    </w:p>
    <w:p>
      <w:pPr>
        <w:pStyle w:val="Heading1"/>
      </w:pPr>
      <w:r>
        <w:t>2、单项选择题（60题）</w:t>
      </w:r>
    </w:p>
    <w:p>
      <w:r>
        <w:t>1. 计算机中，1GB等于（　）。</w:t>
        <w:br/>
        <w:t>A. 1024KB　B. 1024MB　C. 1000MB　D. 1024B</w:t>
        <w:br/>
        <w:t>【答案】B　【解析】1GB=1024MB=1024×1024KB，存储单位换算为必考题。</w:t>
      </w:r>
    </w:p>
    <w:p>
      <w:r>
        <w:t>2. 下列属于输入设备的是（　）。</w:t>
        <w:br/>
        <w:t>A. 显示器　B. 键盘　C. 打印机　D. 音箱</w:t>
        <w:br/>
        <w:t>【答案】B　【解析】键盘、鼠标、扫描仪为输入设备；显示器、打印机、音箱为输出设备。</w:t>
      </w:r>
    </w:p>
    <w:p>
      <w:r>
        <w:t>3. 下列属于输出设备的是（　）。</w:t>
        <w:br/>
        <w:t>A. 鼠标　B. 打印机　C. 扫描仪　D. 摄像头</w:t>
        <w:br/>
        <w:t>【答案】B　【解析】打印机、显示器、音箱输出信息；鼠标、扫描仪、摄像头输入。</w:t>
      </w:r>
    </w:p>
    <w:p>
      <w:r>
        <w:t>4. 计算机的五大部件不包括（　）。</w:t>
        <w:br/>
        <w:t>A. 运算器　B. 控制器　C. 存储器　D. 光驱</w:t>
        <w:br/>
        <w:t>【答案】D　【解析】冯·诺依曼结构五大部件：运算器、控制器、存储器、输入设备、输出设备。</w:t>
      </w:r>
    </w:p>
    <w:p>
      <w:r>
        <w:t>5. CPU主要由（　）组成。</w:t>
        <w:br/>
        <w:t>A. 运算器和控制器　B. 存储器和显卡　C. 硬盘和内存　D. 声卡和网卡</w:t>
        <w:br/>
        <w:t>【答案】A　【解析】CPU=运算器+控制器（含寄存器等），是计算机核心。</w:t>
      </w:r>
    </w:p>
    <w:p>
      <w:r>
        <w:t>6. 计算机中表示信息的最小单位是（　）。</w:t>
        <w:br/>
        <w:t>A. 字节　B. 位（bit）　C. 字　D. KB</w:t>
        <w:br/>
        <w:t>【答案】B　【解析】位（bit）是信息最小单位，字节（Byte）是基本存储单位（1B=8bit）。</w:t>
      </w:r>
    </w:p>
    <w:p>
      <w:r>
        <w:t>7. 下列存储器中，断电后数据丢失的是（　）。</w:t>
        <w:br/>
        <w:t>A. 硬盘　B. 内存（RAM）　C. 光盘　D. U盘</w:t>
        <w:br/>
        <w:t>【答案】B　【解析】RAM（内存）断电丢失数据；硬盘、U盘、光盘为外存可持久保存。</w:t>
      </w:r>
    </w:p>
    <w:p>
      <w:r>
        <w:t>8. 操作系统的主要功能不包括（　）。</w:t>
        <w:br/>
        <w:t>A. 进程管理　B. 存储管理　C. 设备管理　D. 编译程序（是软件开发工具）</w:t>
        <w:br/>
        <w:t>【答案】D　【解析】OS功能为处理器（进程）、存储、设备、文件、作业管理；编译器属应用软件工具。</w:t>
      </w:r>
    </w:p>
    <w:p>
      <w:r>
        <w:t>9. 下列属于操作系统的是（　）。</w:t>
        <w:br/>
        <w:t>A. Windows　B. Word　C. Excel　D. Photoshop</w:t>
        <w:br/>
        <w:t>【答案】A　【解析】Windows、Linux、macOS是操作系统；Word、Excel、Photoshop是应用软件。</w:t>
      </w:r>
    </w:p>
    <w:p>
      <w:r>
        <w:t>10. 下列属于系统软件的是（　）。</w:t>
        <w:br/>
        <w:t>A. 操作系统　B. 微信　C. 浏览器　D. 杀毒软件（应用工具类）</w:t>
        <w:br/>
        <w:t>【答案】A　【解析】系统软件=操作系统+语言处理程序+数据库管理系统+服务程序；微信、浏览器为应用软件。</w:t>
      </w:r>
    </w:p>
    <w:p>
      <w:r>
        <w:t>11. 十六进制数2A转换为十进制数是（　）。</w:t>
        <w:br/>
        <w:t>A. 32　B. 42　C. 52　D. 62</w:t>
        <w:br/>
        <w:t>【答案】B　【解析】2×16+10=42，十六进制A=10。</w:t>
      </w:r>
    </w:p>
    <w:p>
      <w:r>
        <w:t>12. 二进制数1101转换为十进制数是（　）。</w:t>
        <w:br/>
        <w:t>A. 11　B. 12　C. 13　D. 14</w:t>
        <w:br/>
        <w:t>【答案】C　【解析】1101₂=8+4+0+1=13。</w:t>
      </w:r>
    </w:p>
    <w:p>
      <w:r>
        <w:t>13. 十进制数10转换为二进制数是（　）。</w:t>
        <w:br/>
        <w:t>A. 1000　B. 1010　C. 1100　D. 1110</w:t>
        <w:br/>
        <w:t>【答案】B　【解析】10=8+2=1010₂。</w:t>
      </w:r>
    </w:p>
    <w:p>
      <w:r>
        <w:t>14. ASCII码中，大写字母A的ASCII值是（　）。</w:t>
        <w:br/>
        <w:t>A. 65　B. 66　C. 97　D. 48</w:t>
        <w:br/>
        <w:t>【答案】A　【解析】'A'=65，'a'=97，'0'=48。</w:t>
      </w:r>
    </w:p>
    <w:p>
      <w:r>
        <w:t>15. 下列字符的ASCII码值最小的是（　）。</w:t>
        <w:br/>
        <w:t>A. 'A'　B. 'a'　C. '0'　D. 空格</w:t>
        <w:br/>
        <w:t>【答案】D　【解析】空格ASCII=32，'0'=48，'A'=65，'a'=97。</w:t>
      </w:r>
    </w:p>
    <w:p>
      <w:r>
        <w:t>16. 在Word中，要将文档中所有'电脑'替换为'计算机'，应使用（　）。</w:t>
        <w:br/>
        <w:t>A. 查找　B. 替换　C. 批注　D. 修订</w:t>
        <w:br/>
        <w:t>【答案】B　【解析】'替换'功能可批量替换文字。</w:t>
      </w:r>
    </w:p>
    <w:p>
      <w:r>
        <w:t>17. 在Word中，保存文档的快捷键是（　）。</w:t>
        <w:br/>
        <w:t>A. Ctrl+S　B. Ctrl+C　C. Ctrl+V　D. Ctrl+X</w:t>
        <w:br/>
        <w:t>【答案】A　【解析】Ctrl+S保存、Ctrl+C复制、Ctrl+V粘贴、Ctrl+X剪切。</w:t>
      </w:r>
    </w:p>
    <w:p>
      <w:r>
        <w:t>18. 在Word中，设置文字加粗的快捷键是（　）。</w:t>
        <w:br/>
        <w:t>A. Ctrl+B　B. Ctrl+I　C. Ctrl+U　D. Ctrl+Z</w:t>
        <w:br/>
        <w:t>【答案】A　【解析】Ctrl+B加粗、Ctrl+I斜体、Ctrl+U下划线、Ctrl+Z撤销。</w:t>
      </w:r>
    </w:p>
    <w:p>
      <w:r>
        <w:t>19. 在Word中，插入页码应使用（　）选项卡。</w:t>
        <w:br/>
        <w:t>A. 插入　B. 开始　C. 引用　D. 审阅</w:t>
        <w:br/>
        <w:t>【答案】A　【解析】'插入'选项卡提供页码、页眉页脚、表格、图片等。</w:t>
      </w:r>
    </w:p>
    <w:p>
      <w:r>
        <w:t>20. 在Word中，下列属于段落对齐方式的是（　）。</w:t>
        <w:br/>
        <w:t>A. 两端对齐　B. 首行缩进　C. 行距　D. 字号</w:t>
        <w:br/>
        <w:t>【答案】A　【解析】对齐方式：左、右、居中、两端、分散对齐；缩进、行距、字号属其他格式。</w:t>
      </w:r>
    </w:p>
    <w:p>
      <w:r>
        <w:t>21. 在Excel中，求一组数据平均值的函数是（　）。</w:t>
        <w:br/>
        <w:t>A. SUM　B. AVERAGE　C. MAX　D. COUNT</w:t>
        <w:br/>
        <w:t>【答案】B　【解析】AVERAGE求平均；SUM求和；MAX最大；COUNT计数。</w:t>
      </w:r>
    </w:p>
    <w:p>
      <w:r>
        <w:t>22. 在Excel中，单元格地址'$A$1'属于（　）。</w:t>
        <w:br/>
        <w:t>A. 绝对引用　B. 相对引用　C. 混合引用　D. 函数</w:t>
        <w:br/>
        <w:t>【答案】A　【解析】行列前均加$为绝对引用；$A1、A$1为混合引用。</w:t>
      </w:r>
    </w:p>
    <w:p>
      <w:r>
        <w:t>23. 在Excel中，对数据进行排序应使用（　）选项卡。</w:t>
        <w:br/>
        <w:t>A. 数据　B. 开始　C. 公式　D. 插入</w:t>
        <w:br/>
        <w:t>【答案】A　【解析】'数据'选项卡提供排序、筛选、分列等功能。</w:t>
      </w:r>
    </w:p>
    <w:p>
      <w:r>
        <w:t>24. 在Excel中，下列属于逻辑函数的是（　）。</w:t>
        <w:br/>
        <w:t>A. IF　B. SUM　C. AVERAGE　D. MAX</w:t>
        <w:br/>
        <w:t>【答案】A　【解析】IF为条件判断逻辑函数。</w:t>
      </w:r>
    </w:p>
    <w:p>
      <w:r>
        <w:t>25. 在Excel中，筛选数据应使用（　）功能。</w:t>
        <w:br/>
        <w:t>A. 自动筛选　B. 分列　C. 合并　D. 冻结</w:t>
        <w:br/>
        <w:t>【答案】A　【解析】'筛选'按条件显示数据行，位于数据选项卡。</w:t>
      </w:r>
    </w:p>
    <w:p>
      <w:r>
        <w:t>26. 在PowerPoint中，演示文稿文件的默认扩展名是（　）。</w:t>
        <w:br/>
        <w:t>A. .pptx　B. .docx　C. .xlsx　D. .txt</w:t>
        <w:br/>
        <w:t>【答案】A　【解析】PPT默认扩展名.pptx；Word为.docx；Excel为.xlsx。</w:t>
      </w:r>
    </w:p>
    <w:p>
      <w:r>
        <w:t>27. 在PowerPoint中，放映幻灯片的快捷键是（　）。</w:t>
        <w:br/>
        <w:t>A. F5　B. F1　C. F2　D. F12</w:t>
        <w:br/>
        <w:t>【答案】A　【解析】F5从头放映；Shift+F5从当前页放映。</w:t>
      </w:r>
    </w:p>
    <w:p>
      <w:r>
        <w:t>28. 在PowerPoint中，插入图片应使用（　）选项卡。</w:t>
        <w:br/>
        <w:t>A. 插入　B. 设计　C. 切换　D. 动画</w:t>
        <w:br/>
        <w:t>【答案】A　【解析】'插入'选项卡提供图片、形状、表格、图表等。</w:t>
      </w:r>
    </w:p>
    <w:p>
      <w:r>
        <w:t>29. 在PowerPoint中，设置幻灯片切换效果应使用（　）选项卡。</w:t>
        <w:br/>
        <w:t>A. 切换　B. 动画　C. 幻灯片放映　D. 视图</w:t>
        <w:br/>
        <w:t>【答案】A　【解析】'切换'是页面间过渡效果，'动画'是元素动画。</w:t>
      </w:r>
    </w:p>
    <w:p>
      <w:r>
        <w:t>30. 计算机网络中，IP地址的作用是（　）。</w:t>
        <w:br/>
        <w:t>A. 标识网络中的主机　B. 加密数据　C. 杀毒　D. 打印</w:t>
        <w:br/>
        <w:t>【答案】A　【解析】IP地址唯一标识网络中的设备（主机/接口）。</w:t>
      </w:r>
    </w:p>
    <w:p>
      <w:r>
        <w:t>31. 下列属于局域网的是（　）。</w:t>
        <w:br/>
        <w:t>A. 校园网（LAN）　B. 互联网（WAN）　C. 城域网（MAN）　D. 广域网</w:t>
        <w:br/>
        <w:t>【答案】A　【解析】局域网LAN覆盖小范围；城域网MAN；广域网WAN（互联网）。</w:t>
      </w:r>
    </w:p>
    <w:p>
      <w:r>
        <w:t>32. 浏览网页使用的协议是（　）。</w:t>
        <w:br/>
        <w:t>A. HTTP/HTTPS　B. FTP　C. SMTP　D. POP3</w:t>
        <w:br/>
        <w:t>【答案】A　【解析】HTTP/HTTPS超文本传输协议用于网页；FTP文件传输；SMTP/POP3邮件。</w:t>
      </w:r>
    </w:p>
    <w:p>
      <w:r>
        <w:t>33. 电子邮件的发送协议是（　）。</w:t>
        <w:br/>
        <w:t>A. SMTP　B. HTTP　C. FTP　D. Telnet</w:t>
        <w:br/>
        <w:t>【答案】A　【解析】SMTP发送邮件，POP3/IMAP接收邮件。</w:t>
      </w:r>
    </w:p>
    <w:p>
      <w:r>
        <w:t>34. 下列属于网址'域名'的是（　）。</w:t>
        <w:br/>
        <w:t>A. www.example.com　B. 192.168.1.1（IP）　C. C:\Users　D. 无</w:t>
        <w:br/>
        <w:t>【答案】A　【解析】域名是便于记忆的网站地址；IP是数字地址。</w:t>
      </w:r>
    </w:p>
    <w:p>
      <w:r>
        <w:t>35. 下列属于杀毒软件的是（　）。</w:t>
        <w:br/>
        <w:t>A. 360安全卫士（杀毒功能）　B. Word　C. Excel　D. 记事本</w:t>
        <w:br/>
        <w:t>【答案】A　【解析】360、卡巴斯基、火绒等为杀毒/安全软件。</w:t>
      </w:r>
    </w:p>
    <w:p>
      <w:r>
        <w:t>36. 计算机病毒的特征不包括（　）。</w:t>
        <w:br/>
        <w:t>A. 传染性　B. 隐蔽性　C. 潜伏性　D. 永久无害性</w:t>
        <w:br/>
        <w:t>【答案】D　【解析】病毒具传染、隐蔽、潜伏、破坏、可触发等特征，具有危害性。</w:t>
      </w:r>
    </w:p>
    <w:p>
      <w:r>
        <w:t>37. 防止计算机病毒的正确做法是（　）。</w:t>
        <w:br/>
        <w:t>A. 安装杀毒软件并更新病毒库　B. 从不备份　C. 随意打开未知链接　D. 关闭防火墙</w:t>
        <w:br/>
        <w:t>【答案】A　【解析】杀软+及时更新+防火墙+谨慎打开附件是防病毒基本措施。</w:t>
      </w:r>
    </w:p>
    <w:p>
      <w:r>
        <w:t>38. 下列属于搜索引擎的是（　）。</w:t>
        <w:br/>
        <w:t>A. 百度　B. Word　C. Excel　D. 记事本</w:t>
        <w:br/>
        <w:t>【答案】A　【解析】百度、谷歌等为搜索引擎网站。</w:t>
      </w:r>
    </w:p>
    <w:p>
      <w:r>
        <w:t>39. 在Windows中，复制文件的快捷键是（　）。</w:t>
        <w:br/>
        <w:t>A. Ctrl+C　B. Ctrl+V　C. Ctrl+X　D. Ctrl+Z</w:t>
        <w:br/>
        <w:t>【答案】A　【解析】Ctrl+C复制、Ctrl+V粘贴、Ctrl+X剪切。</w:t>
      </w:r>
    </w:p>
    <w:p>
      <w:r>
        <w:t>40. 在Windows中，重命名文件的常用方式是（　）。</w:t>
        <w:br/>
        <w:t>A. 右键→重命名　B. 删除再新建　C. 复制改名　D. 无法重命名</w:t>
        <w:br/>
        <w:t>【答案】A　【解析】右键重命名或选中按F2。</w:t>
      </w:r>
    </w:p>
    <w:p>
      <w:r>
        <w:t>41. 文件扩展名'.jpg'表示（　）。</w:t>
        <w:br/>
        <w:t>A. 图片文件　B. 文档　C. 表格　D. 视频</w:t>
        <w:br/>
        <w:t>【答案】A　【解析】.jpg/.png/.gif为图片；.mp4为视频；.docx为文档。</w:t>
      </w:r>
    </w:p>
    <w:p>
      <w:r>
        <w:t>42. 下列属于压缩文件扩展名的是（　）。</w:t>
        <w:br/>
        <w:t>A. .zip　B. .exe　C. .jpg　D. .mp3</w:t>
        <w:br/>
        <w:t>【答案】A　【解析】.zip/.rar为压缩包；.exe为程序；.mp3为音频。</w:t>
      </w:r>
    </w:p>
    <w:p>
      <w:r>
        <w:t>43. 在Python中，用于输出内容的函数是（　）。</w:t>
        <w:br/>
        <w:t>A. print()　B. input()　C. len()　D. range()</w:t>
        <w:br/>
        <w:t>【答案】A　【解析】print()输出；input()输入；len()长度；range()范围。</w:t>
      </w:r>
    </w:p>
    <w:p>
      <w:r>
        <w:t>44. 在Python中，字符串'Hello'的长度是（　）。</w:t>
        <w:br/>
        <w:t>A. 4　B. 5　C. 6　D. 7</w:t>
        <w:br/>
        <w:t>【答案】B　【解析】len('Hello')=5。</w:t>
      </w:r>
    </w:p>
    <w:p>
      <w:r>
        <w:t>45. 在Python中，下列属于注释符号的是（　）。</w:t>
        <w:br/>
        <w:t>A. #　B. $　C. &amp;　D. @</w:t>
        <w:br/>
        <w:t>【答案】A　【解析】Python单行注释以#开头。</w:t>
      </w:r>
    </w:p>
    <w:p>
      <w:r>
        <w:t>46. 在Python中，列表的表示符号是（　）。</w:t>
        <w:br/>
        <w:t>A. [ ]　B. ( )　C. { }　D. &lt; &gt;</w:t>
        <w:br/>
        <w:t>【答案】A　【解析】列表[ ]、元组( )、字典{ }。</w:t>
      </w:r>
    </w:p>
    <w:p>
      <w:r>
        <w:t>47. 在Python中，判断语句'if'后面的条件为真时，执行（　）。</w:t>
        <w:br/>
        <w:t>A. 分支代码　B. 全部代码　C. 跳过　D. 报错</w:t>
        <w:br/>
        <w:t>【答案】A　【解析】if条件为True执行分支代码块。</w:t>
      </w:r>
    </w:p>
    <w:p>
      <w:r>
        <w:t>48. 在Python中，定义函数的关键字是（　）。</w:t>
        <w:br/>
        <w:t>A. def　B. function　C. func　D. define</w:t>
        <w:br/>
        <w:t>【答案】A　【解析】def定义函数，如def f(x):。</w:t>
      </w:r>
    </w:p>
    <w:p>
      <w:r>
        <w:t>49. 在Python中，循环结构包括（　）。</w:t>
        <w:br/>
        <w:t>A. for和while　B. if　C. elif　D. switch</w:t>
        <w:br/>
        <w:t>【答案】A　【解析】Python循环为for和while；if是条件分支。</w:t>
      </w:r>
    </w:p>
    <w:p>
      <w:r>
        <w:t>50. 在Python中，数据类型int表示（　）。</w:t>
        <w:br/>
        <w:t>A. 整数　B. 浮点数　C. 字符串　D. 布尔值</w:t>
        <w:br/>
        <w:t>【答案】A　【解析】int整数、float浮点、str字符串、bool布尔。</w:t>
      </w:r>
    </w:p>
    <w:p>
      <w:r>
        <w:t>51. 在Word中，创建表格应使用（　）选项卡。</w:t>
        <w:br/>
        <w:t>A. 插入　B. 布局　C. 引用　D. 邮件</w:t>
        <w:br/>
        <w:t>【答案】A　【解析】'插入→表格'创建表格。</w:t>
      </w:r>
    </w:p>
    <w:p>
      <w:r>
        <w:t>52. 在Excel中，工作簿的默认工作表数量为（　）（默认新建3个）。</w:t>
        <w:br/>
        <w:t>A. 3　B. 1　C. 5　D. 10</w:t>
        <w:br/>
        <w:t>【答案】A　【解析】新工作簿默认Sheet1/2/3共3个工作表（可增减）。</w:t>
      </w:r>
    </w:p>
    <w:p>
      <w:r>
        <w:t>53. 在Excel中，单元格C3表示（　）。</w:t>
        <w:br/>
        <w:t>A. 第C列第3行　B. 第3列第C行　C. 第C行第3列　D. 无意义</w:t>
        <w:br/>
        <w:t>【答案】A　【解析】列标（C）+行号（3）定位单元格。</w:t>
      </w:r>
    </w:p>
    <w:p>
      <w:r>
        <w:t>54. 在Excel中，合并单元格按钮位于（　）选项卡。</w:t>
        <w:br/>
        <w:t>A. 开始　B. 数据　C. 公式　D. 视图</w:t>
        <w:br/>
        <w:t>【答案】A　【解析】'开始'选项卡-对齐方式-合并后居中。</w:t>
      </w:r>
    </w:p>
    <w:p>
      <w:r>
        <w:t>55. 在PowerPoint中，插入视频应使用（　）选项卡。</w:t>
        <w:br/>
        <w:t>A. 插入　B. 设计　C. 切换　D. 动画</w:t>
        <w:br/>
        <w:t>【答案】A　【解析】插入-媒体-视频。</w:t>
      </w:r>
    </w:p>
    <w:p>
      <w:r>
        <w:t>56. 网络安全中，'防火墙'的主要作用是（　）。</w:t>
        <w:br/>
        <w:t>A. 阻止未授权访问　B. 杀毒　C. 加密硬盘　D. 提高网速</w:t>
        <w:br/>
        <w:t>【答案】A　【解析】防火墙控制网络进出访问，阻止未授权访问与攻击。</w:t>
      </w:r>
    </w:p>
    <w:p>
      <w:r>
        <w:t>57. 下列属于即时通讯软件的是（　）。</w:t>
        <w:br/>
        <w:t>A. 微信　B. Excel　C. 记事本　D. 计算器</w:t>
        <w:br/>
        <w:t>【答案】A　【解析】微信、QQ为即时通讯软件。</w:t>
      </w:r>
    </w:p>
    <w:p>
      <w:r>
        <w:t>58. 计算机安全'钓鱼'指的是（　）。</w:t>
        <w:br/>
        <w:t>A. 伪装网站骗取账号密码　B. 钓鱼运动　C. 游戏　D. 文件管理</w:t>
        <w:br/>
        <w:t>【答案】A　【解析】钓鱼攻击通过仿冒网站/邮件诱导用户泄露信息。</w:t>
      </w:r>
    </w:p>
    <w:p>
      <w:r>
        <w:t>59. 下列属于数据库软件的是（　）。</w:t>
        <w:br/>
        <w:t>A. MySQL　B. Word　C. 画图　D. 计算器</w:t>
        <w:br/>
        <w:t>【答案】A　【解析】MySQL、SQL Server、Oracle为数据库管理系统。</w:t>
      </w:r>
    </w:p>
    <w:p>
      <w:r>
        <w:t>60. 在Windows中，截取整个屏幕的快捷键是（　）。</w:t>
        <w:br/>
        <w:t>A. PrintScreen（PrtSc）　B. Ctrl+C　C. Ctrl+V　D. F5</w:t>
        <w:br/>
        <w:t>【答案】A　【解析】PrtSc全屏截图；Alt+PrtSc活动窗口。</w:t>
      </w:r>
    </w:p>
    <w:p>
      <w:pPr>
        <w:pStyle w:val="Heading1"/>
      </w:pPr>
      <w:r>
        <w:t>3、判断题（40题）</w:t>
      </w:r>
    </w:p>
    <w:p>
      <w:r>
        <w:t>61. 计算机病毒是一种特殊的程序。（　）</w:t>
        <w:br/>
        <w:t>【答案】正确　【解析】病毒是人为编制的具有破坏性的程序代码。</w:t>
      </w:r>
    </w:p>
    <w:p>
      <w:r>
        <w:t>62. 1KB等于1000字节。（　）</w:t>
        <w:br/>
        <w:t>【答案】错误　【解析】1KB=1024字节（二进制）。</w:t>
      </w:r>
    </w:p>
    <w:p>
      <w:r>
        <w:t>63. 内存断电后数据不丢失。（　）</w:t>
        <w:br/>
        <w:t>【答案】错误　【解析】RAM断电数据丢失。</w:t>
      </w:r>
    </w:p>
    <w:p>
      <w:r>
        <w:t>64. CPU由运算器和控制器组成。（　）</w:t>
        <w:br/>
        <w:t>【答案】正确　【解析】CPU=运算器+控制器。</w:t>
      </w:r>
    </w:p>
    <w:p>
      <w:r>
        <w:t>65. Word中Ctrl+S是保存。（　）</w:t>
        <w:br/>
        <w:t>【答案】正确　【解析】Ctrl+S保存文档。</w:t>
      </w:r>
    </w:p>
    <w:p>
      <w:r>
        <w:t>66. Excel中AVERAGE函数用于求和。（　）</w:t>
        <w:br/>
        <w:t>【答案】错误　【解析】AVERAGE求平均值，SUM求和。</w:t>
      </w:r>
    </w:p>
    <w:p>
      <w:r>
        <w:t>67. Excel单元格$A$1是绝对引用。（　）</w:t>
        <w:br/>
        <w:t>【答案】正确　【解析】行列均加$为绝对引用。</w:t>
      </w:r>
    </w:p>
    <w:p>
      <w:r>
        <w:t>68. PowerPoint中F5键从头放映幻灯片。（　）</w:t>
        <w:br/>
        <w:t>【答案】正确　【解析】F5从头开始放映。</w:t>
      </w:r>
    </w:p>
    <w:p>
      <w:r>
        <w:t>69. 域名www.example.com可以直接用IP地址访问。（　）</w:t>
        <w:br/>
        <w:t>【答案】正确　【解析】域名经DNS解析为IP后访问。</w:t>
      </w:r>
    </w:p>
    <w:p>
      <w:r>
        <w:t>70. 电子邮件发送协议是SMTP。（　）</w:t>
        <w:br/>
        <w:t>【答案】正确　【解析】SMTP发送邮件。</w:t>
      </w:r>
    </w:p>
    <w:p>
      <w:r>
        <w:t>71. 防火墙可以完全防止一切网络攻击。（　）</w:t>
        <w:br/>
        <w:t>【答案】错误　【解析】防火墙降低风险，不能绝对防一切攻击。</w:t>
      </w:r>
    </w:p>
    <w:p>
      <w:r>
        <w:t>72. 安装杀毒软件后不需要更新病毒库。（　）</w:t>
        <w:br/>
        <w:t>【答案】错误　【解析】病毒库须持续更新以识别新病毒。</w:t>
      </w:r>
    </w:p>
    <w:p>
      <w:r>
        <w:t>73. Python中print()是输出函数。（　）</w:t>
        <w:br/>
        <w:t>【答案】正确　【解析】print()输出内容。</w:t>
      </w:r>
    </w:p>
    <w:p>
      <w:r>
        <w:t>74. Python中#表示注释。（　）</w:t>
        <w:br/>
        <w:t>【答案】正确　【解析】#后内容为注释。</w:t>
      </w:r>
    </w:p>
    <w:p>
      <w:r>
        <w:t>75. 计算机网络按覆盖范围分为LAN、MAN、WAN。（　）</w:t>
        <w:br/>
        <w:t>【答案】正确　【解析】局域网、城域网、广域网按覆盖范围划分。</w:t>
      </w:r>
    </w:p>
    <w:p>
      <w:r>
        <w:t>76. .zip文件是压缩文件。（　）</w:t>
        <w:br/>
        <w:t>【答案】正确　【解析】.zip/.rar为压缩包。</w:t>
      </w:r>
    </w:p>
    <w:p>
      <w:r>
        <w:t>77. 双击文件图标一定会打开该文件。（　）</w:t>
        <w:br/>
        <w:t>【答案】错误　【解析】双击打开文件依赖关联程序，关联缺失可能打不开。</w:t>
      </w:r>
    </w:p>
    <w:p>
      <w:r>
        <w:t>78. 任何软件都可以随意从网络下载安装，无安全风险。（　）</w:t>
        <w:br/>
        <w:t>【答案】错误　【解析】来源不明的软件可能捆绑病毒、木马。</w:t>
      </w:r>
    </w:p>
    <w:p>
      <w:r>
        <w:t>79. 云存储的文件不可能丢失。（　）</w:t>
        <w:br/>
        <w:t>【答案】错误　【解析】云存储也有故障/误删风险，重要文件宜多处备份。</w:t>
      </w:r>
    </w:p>
    <w:p>
      <w:r>
        <w:t>80. 密码越长越复杂，账户越安全。（　）</w:t>
        <w:br/>
        <w:t>【答案】正确　【解析】强密码（长、混合字符）显著提升安全。</w:t>
      </w:r>
    </w:p>
    <w:p>
      <w:r>
        <w:t>81. 操作系统属于应用软件。（　）</w:t>
        <w:br/>
        <w:t>【答案】错误　【解析】操作系统是系统软件。</w:t>
      </w:r>
    </w:p>
    <w:p>
      <w:r>
        <w:t>82. Word中插入页码在'插入'选项卡。（　）</w:t>
        <w:br/>
        <w:t>【答案】正确　【解析】插入-页码。</w:t>
      </w:r>
    </w:p>
    <w:p>
      <w:r>
        <w:t>83. Excel中筛选功能在'数据'选项卡。（　）</w:t>
        <w:br/>
        <w:t>【答案】正确　【解析】数据-排序和筛选。</w:t>
      </w:r>
    </w:p>
    <w:p>
      <w:r>
        <w:t>84. PowerPoint中'切换'与'动画'是同一功能。（　）</w:t>
        <w:br/>
        <w:t>【答案】错误　【解析】切换是页面过渡，动画是元素效果。</w:t>
      </w:r>
    </w:p>
    <w:p>
      <w:r>
        <w:t>85. 二进制数1010等于十进制数10。（　）</w:t>
        <w:br/>
        <w:t>【答案】正确　【解析】1010₂=8+2=10。</w:t>
      </w:r>
    </w:p>
    <w:p>
      <w:r>
        <w:t>86. 十六进制A表示数值10。（　）</w:t>
        <w:br/>
        <w:t>【答案】正确　【解析】A-F对应10-15。</w:t>
      </w:r>
    </w:p>
    <w:p>
      <w:r>
        <w:t>87. 电子邮件可以同时发送给多个收件人。（　）</w:t>
        <w:br/>
        <w:t>【答案】正确　【解析】支持多收件人（抄送、密送）。</w:t>
      </w:r>
    </w:p>
    <w:p>
      <w:r>
        <w:t>88. 搜索引擎可以搜索互联网上的全部内容。（　）</w:t>
        <w:br/>
        <w:t>【答案】错误　【解析】搜索引擎索引有限，不能覆盖全部网络内容。</w:t>
      </w:r>
    </w:p>
    <w:p>
      <w:r>
        <w:t>89. 计算机硬件和软件缺一不可。（　）</w:t>
        <w:br/>
        <w:t>【答案】正确　【解析】硬件是基础，软件使计算机发挥作用。</w:t>
      </w:r>
    </w:p>
    <w:p>
      <w:r>
        <w:t>90. 杀毒软件可以防止所有电信网络诈骗。（　）</w:t>
        <w:br/>
        <w:t>【答案】错误　【解析】杀软防病毒，诈骗防范需提高警惕、核验信息。</w:t>
      </w:r>
    </w:p>
    <w:p>
      <w:r>
        <w:t>91. Python中列表用[ ]表示。（　）</w:t>
        <w:br/>
        <w:t>【答案】正确　【解析】列表list用方括号。</w:t>
      </w:r>
    </w:p>
    <w:p>
      <w:r>
        <w:t>92. Python中字典用{ }表示。（　）</w:t>
        <w:br/>
        <w:t>【答案】正确　【解析】字典dict用花括号键值对。</w:t>
      </w:r>
    </w:p>
    <w:p>
      <w:r>
        <w:t>93. Word中Ctrl+Z是撤销操作。（　）</w:t>
        <w:br/>
        <w:t>【答案】正确　【解析】Ctrl+Z撤销。</w:t>
      </w:r>
    </w:p>
    <w:p>
      <w:r>
        <w:t>94. Excel单元格C3表示第3行第C列（即列C行3）。（　）</w:t>
        <w:br/>
        <w:t>【答案】正确　【解析】C3=第C列第3行。</w:t>
      </w:r>
    </w:p>
    <w:p>
      <w:r>
        <w:t>95. 网络购物时看到'客服'发来链接要求付款，应直接点击。（　）</w:t>
        <w:br/>
        <w:t>【答案】错误　【解析】警惕仿冒客服诈骗，核验官方渠道。</w:t>
      </w:r>
    </w:p>
    <w:p>
      <w:r>
        <w:t>96. 定期备份重要数据是好习惯。（　）</w:t>
        <w:br/>
        <w:t>【答案】正确　【解析】备份防止数据丢失。</w:t>
      </w:r>
    </w:p>
    <w:p>
      <w:r>
        <w:t>97. 计算器是系统软件。（　）</w:t>
        <w:br/>
        <w:t>【答案】错误　【解析】计算器、记事本是应用软件。</w:t>
      </w:r>
    </w:p>
    <w:p>
      <w:r>
        <w:t>98. 打开未知邮件附件前应先杀毒或确认来源。（　）</w:t>
        <w:br/>
        <w:t>【答案】正确　【解析】不明附件可能带病毒木马。</w:t>
      </w:r>
    </w:p>
    <w:p>
      <w:r>
        <w:t>99. 无线路由器不设密码也能安全使用。（　）</w:t>
        <w:br/>
        <w:t>【答案】错误　【解析】不设密码易被蹭网和窃取数据。</w:t>
      </w:r>
    </w:p>
    <w:p>
      <w:r>
        <w:t>100. 掌握快捷键能提高办公软件使用效率。（　）</w:t>
        <w:br/>
        <w:t>【答案】正确　【解析】常用快捷键（Ctrl+C/V/S等）提高效率。</w:t>
      </w:r>
    </w:p>
    <w:p>
      <w:pPr>
        <w:pStyle w:val="Heading1"/>
      </w:pPr>
      <w:r>
        <w:t>4、备考建议</w:t>
      </w:r>
    </w:p>
    <w:p>
      <w:r>
        <w:t>一级/二级选择题靠背记高频考点：进制换算、ASCII、硬件组成、网络基础、办公软件功能。</w:t>
      </w:r>
    </w:p>
    <w:p>
      <w:r>
        <w:t>二级MS Office上机操作题（Word/Excel/PowerPoint）是得分大头，每天练2-3套题库。</w:t>
      </w:r>
    </w:p>
    <w:p>
      <w:r>
        <w:t>Python/C语言二级重点练编程题与基础语法，刷题+理解循环、函数、列表。</w:t>
      </w:r>
    </w:p>
    <w:p>
      <w:r>
        <w:t>2027年3月考试报名预计2026年12月底启动，关注本省教育考试院公告，提前备考。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