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年度述职总结范文：述职+总结二合一（通用）</w:t>
      </w:r>
    </w:p>
    <w:p>
      <w:r>
        <w:t>年底既要交总结又要述职？小编整理了年度述职总结范文，把两者结合，一份材料搞定。</w:t>
      </w:r>
    </w:p>
    <w:p>
      <w:r>
        <w:t>亮点：①述职+总结结构；②成绩表达模板；③明年计划写法。网页是预览版，下载Word完整版可编辑。? 免费下载Word完整版（可直接打印编辑）</w:t>
      </w:r>
    </w:p>
    <w:p>
      <w:pPr>
        <w:pStyle w:val="Heading1"/>
      </w:pPr>
      <w:r>
        <w:t>年度述职总结（范文）</w:t>
      </w:r>
    </w:p>
    <w:p>
      <w:r>
        <w:t>【履职概述】2026年，我担任____职务，主要职责是……</w:t>
      </w:r>
    </w:p>
    <w:p>
      <w:r>
        <w:t>【主要成绩】一是业绩方面：完成____，同比增长____%；二是管理方面：带团队____人，完成____；三是创新方面：推动____。</w:t>
      </w:r>
    </w:p>
    <w:p>
      <w:r>
        <w:t>【问题不足】一是……二是……</w:t>
      </w:r>
    </w:p>
    <w:p>
      <w:r>
        <w:t>【2027年计划】围绕____目标，重点推进三项工作：一是……二是……三是……</w:t>
      </w:r>
    </w:p>
    <w:p>
      <w:r>
        <w:t>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