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年度个人工作总结范文（通用版，可直接修改使用）</w:t>
      </w:r>
    </w:p>
    <w:p>
      <w:r>
        <w:t>年度个人工作总结范文（通用版，可直接修改使用）</w:t>
      </w:r>
    </w:p>
    <w:p>
      <w:r>
        <w:t>尊敬的领导、同事们：时光荏苒，转眼间一年的工作已经结束。现将本年度个人工作情况总结如下：</w:t>
      </w:r>
    </w:p>
    <w:p>
      <w:r>
        <w:t>一、思想政治方面：本人在工作中始终坚持以党的理论和路线方针为指导，积极参加单位组织的各项学习活动，牢固树立服务意识，遵守各项规章制度，思想上与单位保持高度一致。</w:t>
      </w:r>
    </w:p>
    <w:p>
      <w:r>
        <w:t>二、主要工作完成情况：一是完成了本职工作…（此处填写具体工作）；二是参与完成了…项目/任务；三是协助部门完成了…。全年共完成…项工作任务，达成…目标。</w:t>
      </w:r>
    </w:p>
    <w:p>
      <w:r>
        <w:t>三、学习提升方面：本年度参加了…培训，学习了…知识/技能，通过了…考试/认证，个人业务能力得到提升。</w:t>
      </w:r>
    </w:p>
    <w:p>
      <w:r>
        <w:t>四、存在的不足：一是…方面经验不足；二是工作效率有待提高；三是创新意识需要加强。</w:t>
      </w:r>
    </w:p>
    <w:p>
      <w:r>
        <w:t>五、明年工作计划：一是加强…方面学习；二是提升…能力；三是高质量完成…重点工作；四是与同事加强协作。</w:t>
      </w:r>
    </w:p>
    <w:p>
      <w:r>
        <w:t>以上是我本年度的总结，不足之处请领导和同事批评指正。谢谢大家！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