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年度个人工作总结范文（通用版·可直接改）</w:t>
      </w:r>
    </w:p>
    <w:p>
      <w:pPr>
        <w:jc w:val="center"/>
      </w:pPr>
      <w:r>
        <w:t>（范文模板，可直接参考使用）</w:t>
      </w:r>
    </w:p>
    <w:p/>
    <w:p>
      <w:r>
        <w:t>时光飞逝，转眼间一年又过去了。回望过去的一年，我在单位领导和同事们的关心帮助下，立足本职岗位，认真履行职责，较好地完成了各项工作任务。现将一年来的工作总结如下。</w:t>
      </w:r>
    </w:p>
    <w:p>
      <w:r>
        <w:t>一、加强学习，提升综合素质。一年来，我始终把学习放在重要位置。一方面认真学习党的方针政策和上级文件精神，提高政治站位，增强大局意识；另一方面刻苦钻研业务知识，通过参加培训、阅读专业书籍、向老同志请教等方式，不断提升业务能力和工作水平。全年参加各类培训X次，撰写学习笔记X万字。</w:t>
      </w:r>
    </w:p>
    <w:p>
      <w:r>
        <w:t>二、立足本职，做好各项工作。在日常工作中，我严格按照工作流程和标准要求，认真细致地完成每一项任务。全年累计办理业务X件，整理归档资料X册，接待群众咨询X人次，均做到零差错、零投诉。遇到急难险重任务时，能够主动请缨、加班加点，确保任务按时保质完成。</w:t>
      </w:r>
    </w:p>
    <w:p>
      <w:r>
        <w:t>三、团结协作，融入团队集体。我深知个人力量是有限的，团队合作才是做好工作的关键。在工作中，我积极配合同事，主动承担分外工作；在集体活动中，踊跃参与，维护集体荣誉。与同事之间相互尊重、相互支持，营造了和谐融洽的工作氛围。</w:t>
      </w:r>
    </w:p>
    <w:p>
      <w:r>
        <w:t>四、存在的不足与改进方向。在肯定成绩的同时，我也清醒地认识到自身存在的不足：一是理论学习还不够系统深入，存在碎片化学习的问题；二是工作创新意识不强，习惯按部就班；三是沟通协调能力有待进一步提高。针对这些不足，我将制定改进计划：一是制定系统学习计划，每月精读一本专业书籍；二是主动思考工作改进点，每季度提出一条合理化建议；三是多参与跨部门协作，提升沟通协调能力。</w:t>
      </w:r>
    </w:p>
    <w:p>
      <w:r>
        <w:t>五、今后的努力方向。新的一年，我将以更加饱满的热情投入工作：一是继续加强学习，不断提升政治素养和业务能力；二是保持严谨细致的工作作风，确保各项工作高质量完成；三是增强服务意识，用心用情做好每一项工作；四是积极创新工作方法，提高工作效率。</w:t>
      </w:r>
    </w:p>
    <w:p>
      <w:r>
        <w:t>总之，过去一年的工作，有成绩也有不足。成绩的取得离不开领导和同事的支持帮助，我将心怀感恩、继续努力，在新的一年里再创佳绩，为单位的发展贡献自己的一份力量。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