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培训学习总结范文（通用版）</w:t>
      </w:r>
    </w:p>
    <w:p>
      <w:r>
        <w:t>培训学习总结范文（通用版）</w:t>
      </w:r>
    </w:p>
    <w:p>
      <w:r>
        <w:t>为期X天的XX培训已经结束。回顾本次培训，既有理论讲授，又有案例分析、交流研讨，内容丰富、形式多样，让我收获满满。现将学习情况总结如下：</w:t>
      </w:r>
    </w:p>
    <w:p>
      <w:r>
        <w:t>一、学习收获：一是对XX理论知识有了系统认识，理解了…；二是掌握了XX方法和工具，能够…；三是通过案例研讨，学习了XX问题的解决思路；四是与同行交流，开阔了视野。</w:t>
      </w:r>
    </w:p>
    <w:p>
      <w:r>
        <w:t>二、结合实际的思考：结合本职工作，我认为可以在以下方面运用所学：一是…；二是…；三是…。同时，我也认识到自己在…方面还存在不足，需要持续学习提升。</w:t>
      </w:r>
    </w:p>
    <w:p>
      <w:r>
        <w:t>三、今后努力方向：一是把培训所学转化为工作实践，做到学以致用；二是保持学习习惯，持续提升专业能力；三是与培训中结识的同行保持交流，共同进步。</w:t>
      </w:r>
    </w:p>
    <w:p>
      <w:r>
        <w:t>最后，感谢组织提供这次宝贵的学习机会，感谢各位讲师的精彩授课。我将以此次培训为新起点，努力工作，回报组织培养。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