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职场汇报PPT怎么做？结构逻辑与设计技巧（附页数规划）</w:t>
      </w:r>
    </w:p>
    <w:p>
      <w:r>
        <w:t>职场汇报PPT怎么做？结构逻辑与设计技巧（附页数规划）</w:t>
      </w:r>
    </w:p>
    <w:p>
      <w:r>
        <w:t>一、汇报PPT的黄金结构：封面（1页）+目录（1页）+背景与目标（1-2页）+核心内容（5-8页）+数据分析（2-3页）+问题与方案（1-2页）+总结与下一步（1-2页）。总页数控制在12-16页。</w:t>
      </w:r>
    </w:p>
    <w:p>
      <w:r>
        <w:t>二、每页只讲一个观点：页面标题就是观点（“业绩增长20%”“XX问题已解决”），正文只放支撑标题的证据。一页一观点，听众不累、逻辑清晰。</w:t>
      </w:r>
    </w:p>
    <w:p>
      <w:r>
        <w:t>三、数据可视化：表格改图表（柱状图比大小、折线图看趋势、饼图看占比）；数字放大加粗；关键数据用颜色突出。</w:t>
      </w:r>
    </w:p>
    <w:p>
      <w:r>
        <w:t>四、设计规范：字体统一（标题用微软雅黑加粗，正文用宋体/微软雅黑）；颜色不超过3种；每页文字不超过6行、每行不超过20字；图片和图标辅助理解。</w:t>
      </w:r>
    </w:p>
    <w:p>
      <w:r>
        <w:t>五、汇报技巧：提前演练2遍控制时间；先讲结论再讲过程；被提问时回答“这个问题很好，我的看法是…”。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