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PPT制作技巧与汇报框架模板（职场汇报用）</w:t>
      </w:r>
    </w:p>
    <w:p>
      <w:r>
        <w:t>PPT制作技巧与汇报框架</w:t>
      </w:r>
    </w:p>
    <w:p>
      <w:r>
        <w:t>一、汇报PPT的黄金结构：1.封面（主题+汇报人+日期）；2.目录（3-5个部分）；3.摘要页（一页讲清核心结论）；4.正文（每部分：结论+数据+图表）；5.总结页（回顾重点）；6.下一步计划页（行动项+责任人+时间）。</w:t>
      </w:r>
    </w:p>
    <w:p>
      <w:r>
        <w:t>二、结论先行原则：每页PPT先说结论（标题就是结论），再放论据。领导扫一眼标题就能抓住重点，这是职场PPT的第一原则。</w:t>
      </w:r>
    </w:p>
    <w:p>
      <w:r>
        <w:t>三、排版五大技巧：1.一页一个主题，不堆内容；2.文字精炼（标题+要点，不写长段落）；3.图表优先（数据用图表不用表格文字）；4.对齐统一（元素对齐、间距统一）；5.留白适当（别把页面塞满）。</w:t>
      </w:r>
    </w:p>
    <w:p>
      <w:r>
        <w:t>四、配色与字体：1.主色1-2个+辅色，全篇统一；2.背景浅色为主，文字深色；3.正文字体不小于18号，标题24号以上；4.不要用花哨艺术字。</w:t>
      </w:r>
    </w:p>
    <w:p>
      <w:r>
        <w:t>五、汇报框架范例（季度工作汇报）：1.本季度业绩总览（核心数据3个）；2.重点工作进展（3-5项，每项：目标-进展-数据-问题）；3.存在问题与对策；4.下季度计划（目标+重点+资源需求）；5.需要领导支持的事项。</w:t>
      </w:r>
    </w:p>
    <w:p>
      <w:r>
        <w:t>六、常见错误：1.满页文字照读；2.动画过多（哗众取宠）；3.字体不统一；4.图表无标题无来源；5.超时（规定10分钟讲20页=来不及）；6.没有"总结页"。</w:t>
      </w:r>
    </w:p>
    <w:p>
      <w:r>
        <w:t>七、演讲技巧：1.讲重点不讲全部（PPT是提词器不是稿子）；2.面向观众不背对；3.控制节奏（每页40-60秒）；4.准备应对提问（预测2-3个可能的问题）。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