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PPT模板配色方案大全：30组商务配色推荐</w:t>
      </w:r>
    </w:p>
    <w:p>
      <w:r>
        <w:t>做PPT配色总是土？小编整理了30组商务PPT配色方案，直接抄作业。</w:t>
      </w:r>
    </w:p>
    <w:p>
      <w:r>
        <w:t>亮点：①按行业分类配色；②每组合主色+辅色+背景色；③使用技巧。网页是预览版，下载Word完整版含全部30组。? 免费下载Word完整版（可直接打印编辑）</w:t>
      </w:r>
    </w:p>
    <w:p>
      <w:pPr>
        <w:pStyle w:val="Heading1"/>
      </w:pPr>
      <w:r>
        <w:t>配色方案（节选）</w:t>
      </w:r>
    </w:p>
    <w:p>
      <w:r>
        <w:t>科技蓝：主色#1B6DF3 辅色#4A90FF 背景#F5F8FF</w:t>
      </w:r>
    </w:p>
    <w:p>
      <w:r>
        <w:t>商务深蓝：主色#12376B 辅色#2B6DE8 背景#FFFFFF</w:t>
      </w:r>
    </w:p>
    <w:p>
      <w:r>
        <w:t>金融金：主色#B8860B 辅色#D4AF37 背景#FFFBF0</w:t>
      </w:r>
    </w:p>
    <w:p>
      <w:r>
        <w:t>医疗绿：主色#16A34A 辅色#4ADE80 背景#F0FDF4</w:t>
      </w:r>
    </w:p>
    <w:p>
      <w:r>
        <w:t>完整30组+使用技巧见Word版。?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