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企业培训PPT模板设计思路（附页面规划）</w:t>
      </w:r>
    </w:p>
    <w:p>
      <w:r>
        <w:t>企业培训PPT模板设计思路（附页面规划）</w:t>
      </w:r>
    </w:p>
    <w:p>
      <w:r>
        <w:t>一、培训PPT与汇报PPT的区别：培训以“传递知识、教会技能”为目标，页数可以更多（20-30页），每页信息量适度，多案例、多图示、多互动设计。</w:t>
      </w:r>
    </w:p>
    <w:p>
      <w:r>
        <w:t>二、培训PPT结构：封面（课程名称+讲师）+学习目标（学完能做什么）+课程大纲+知识点讲解（每知识点2-3页：概念→案例→练习）+互动环节+总结回顾+答疑。</w:t>
      </w:r>
    </w:p>
    <w:p>
      <w:r>
        <w:t>三、教学设计技巧：①每15分钟安排一次互动（提问/小练习/案例讨论）；②案例要贴近学员工作实际；③关键概念用图示（流程图、框架图）呈现；④练习环节给标准答案和解析。</w:t>
      </w:r>
    </w:p>
    <w:p>
      <w:r>
        <w:t>四、排版规范：字号不小于24（投影最后一排要看清）；对比色突出重点；每页不超过8行文字；动画克制（不用花哨切换）。</w:t>
      </w:r>
    </w:p>
    <w:p>
      <w:r>
        <w:t>五、讲师提示：培训前测试设备；准备备用案例；控制节奏，预留答疑时间。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