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新产品上市推广方案PPT大纲模板</w:t>
      </w:r>
    </w:p>
    <w:p>
      <w:pPr>
        <w:jc w:val="center"/>
      </w:pPr>
      <w:r>
        <w:t>（范文模板，可直接参考使用）</w:t>
      </w:r>
    </w:p>
    <w:p/>
    <w:p>
      <w:r>
        <w:t>《新产品上市推广方案PPT》文字大纲模板</w:t>
      </w:r>
    </w:p>
    <w:p>
      <w:r>
        <w:t>第一页 封面页：产品名称：XX；品牌：XX；上市时间：XXXX年X月；汇报人：市场部XX。</w:t>
      </w:r>
    </w:p>
    <w:p>
      <w:r>
        <w:t>第二页 市场洞察：1.目标人群：XX人群（年龄X-X岁、收入X-X元、消费特征XX）；2.市场需求：消费者对XX的需求日益增长，现有产品存在XX痛点；3.竞争格局：主要竞品X、X，本产品的差异化优势在XX。</w:t>
      </w:r>
    </w:p>
    <w:p>
      <w:r>
        <w:t>第三页 产品定位：一句话定位：XX（如“年轻人的第一台XX”）；核心卖点：卖点1：XX；卖点2：XX；卖点3：XX。价格策略：定价XX元，对标XX。</w:t>
      </w:r>
    </w:p>
    <w:p>
      <w:r>
        <w:t>第四页 推广目标：上市首月目标：销售额X万元，销量X件，市场份额X%；上市季度目标：销售额X万元，知名度X%。关键指标：曝光量X次、点击率X%、转化率X%。</w:t>
      </w:r>
    </w:p>
    <w:p>
      <w:r>
        <w:t>第五页 推广策略（线上）：平台选择：抖音、小红书、微信、电商平台；内容策略：短视频种草X条、图文笔记X篇、达人合作X位（头部X位+腰部X位）；投放节奏：预热期（X周）—爆发期（X周）—长尾期（X月）；预算分配：总预算X万元，内容制作X%、投放X%、活动X%。</w:t>
      </w:r>
    </w:p>
    <w:p>
      <w:r>
        <w:t>第六页 推广策略（线下）：渠道活动：门店体验活动X场、地推X场；展会/发布会：XX展会，X月X日；渠道激励：经销商政策XX，目标铺货X家。</w:t>
      </w:r>
    </w:p>
    <w:p>
      <w:r>
        <w:t>第七页 活动方案：上市首发活动：XX（如“前100名买一送一”）；用户互动：XX（如“晒单抽奖”）；效果预估：参与人数X人，转化X单。</w:t>
      </w:r>
    </w:p>
    <w:p>
      <w:r>
        <w:t>第八页 执行排期表：第1周：物料制作、达人签约；第2周：预热内容发布、活动预告；第3周：正式上市、首发活动启动；第4周：数据复盘、二次投放。</w:t>
      </w:r>
    </w:p>
    <w:p>
      <w:r>
        <w:t>第九页 预算与ROI预估：总预算：X万元；预期销售额：X万元；预期ROI：1:X；风险预案：若X不达预期，调整为XX。</w:t>
      </w:r>
    </w:p>
    <w:p>
      <w:r>
        <w:t>第十页 结束页：感谢聆听！联系人：市场部XXX；电话：XXX。</w:t>
      </w:r>
    </w:p>
    <w:p>
      <w:r>
        <w:br w:type="page"/>
      </w:r>
    </w:p>
    <w:p>
      <w:pPr>
        <w:pStyle w:val="Heading1"/>
      </w:pPr>
      <w:r>
        <w:t>使用提示</w:t>
      </w:r>
    </w:p>
    <w:p>
      <w:r>
        <w:t>1. 本范文为通用模板，请结合自身实际情况修改具体内容。</w:t>
      </w:r>
    </w:p>
    <w:p>
      <w:r>
        <w:t>2. 涉及姓名、单位、日期、金额等信息请如实填写，切勿虚构。</w:t>
      </w:r>
    </w:p>
    <w:p>
      <w:r>
        <w:t>3. 正式提交前请仔细核对格式、措辞和签名。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