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项目汇报PPT大纲模板（10页结构）</w:t>
      </w:r>
    </w:p>
    <w:p>
      <w:pPr>
        <w:jc w:val="center"/>
      </w:pPr>
      <w:r>
        <w:t>（范文模板，可直接参考使用）</w:t>
      </w:r>
    </w:p>
    <w:p/>
    <w:p>
      <w:r>
        <w:t>《XX项目汇报PPT》文字大纲模板（可直接套用）</w:t>
      </w:r>
    </w:p>
    <w:p>
      <w:r>
        <w:t>第一页 封面页：项目名称：XX项目汇报；汇报人：XXX；汇报日期：XXXX年X月X日；所属部门：XX部。</w:t>
      </w:r>
    </w:p>
    <w:p>
      <w:r>
        <w:t>第二页 目录页：01项目概述；02项目进展；03阶段成果；04问题与风险；05下一步计划。</w:t>
      </w:r>
    </w:p>
    <w:p>
      <w:r>
        <w:t>第三页 项目概述：1.项目背景：为解决XX问题，满足XX需求，公司启动XX项目。2.项目目标：本阶段目标为XX、XX、XX。3.项目范围：覆盖XX、XX、XX三大模块，涉及XX部门。</w:t>
      </w:r>
    </w:p>
    <w:p>
      <w:r>
        <w:t>第四页 项目进展（一）：里程碑1：XX完成，达成时间X月X日，完成率X%；里程碑2：XX完成，达成时间X月X日，完成率X%；里程碑3：XX进行中，计划X月X日完成，当前进度X%。</w:t>
      </w:r>
    </w:p>
    <w:p>
      <w:r>
        <w:t>第五页 项目进展（二）：甘特图/进度条展示：当前处于XX阶段，整体进度X%，较计划（提前/滞后）X天。滞后原因：XX；应对措施：XX。</w:t>
      </w:r>
    </w:p>
    <w:p>
      <w:r>
        <w:t>第六页 阶段成果：成果1：XX（附数据/截图：指标从X提升至X，提升X%）；成果2：XX（附用户反馈/案例）；成果3：XX（附成果物展示）。</w:t>
      </w:r>
    </w:p>
    <w:p>
      <w:r>
        <w:t>第七页 问题与风险：风险1：XX风险，等级（高/中/低），影响：XX，应对：XX；风险2：XX风险，等级（高/中/低），影响：XX，应对：XX；已解决问题：XX。</w:t>
      </w:r>
    </w:p>
    <w:p>
      <w:r>
        <w:t>第八页 下一步计划：5月：XX任务，负责人XX，交付物XX；6月：XX任务，负责人XX，交付物XX；7月：XX任务，负责人XX，交付物XX。关键里程碑：X月X日XX上线。</w:t>
      </w:r>
    </w:p>
    <w:p>
      <w:r>
        <w:t>第九页 资源与支持需求：需协调资源：XX；需领导支持：XX；风险升级事项：XX。</w:t>
      </w:r>
    </w:p>
    <w:p>
      <w:r>
        <w:t>第十页 结束页：感谢聆听！联系人：XXX；电话：XXX；邮箱：XXX。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