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工作总结PPT模板大纲：汇报型PPT的10页结构</w:t>
      </w:r>
    </w:p>
    <w:p>
      <w:r>
        <w:t>年终汇报、项目总结都要做PPT，做得难看还挨批！小编整理了汇报型PPT的10页标准结构，照着这个大纲做，领导一看就懂。</w:t>
      </w:r>
    </w:p>
    <w:p>
      <w:r>
        <w:t>亮点：①10页标准结构清单；②每页该放什么内容；③排版和配色的基础规则；④常用图表类型。网页是预览版，下载Word完整版含详细逐页说明。? 免费下载Word完整版（可直接打印编辑）</w:t>
      </w:r>
    </w:p>
    <w:p>
      <w:pPr>
        <w:pStyle w:val="Heading1"/>
      </w:pPr>
      <w:r>
        <w:t>汇报PPT 10页结构</w:t>
      </w:r>
    </w:p>
    <w:p>
      <w:r>
        <w:t>第1页：封面（标题+汇报人+日期）</w:t>
      </w:r>
    </w:p>
    <w:p>
      <w:r>
        <w:t>第2页：目录（4-5个板块）</w:t>
      </w:r>
    </w:p>
    <w:p>
      <w:r>
        <w:t>第3页：工作概述（全年成果一句话+核心数据）</w:t>
      </w:r>
    </w:p>
    <w:p>
      <w:r>
        <w:t>第4页：重点工作1（背景+做法+成效）</w:t>
      </w:r>
    </w:p>
    <w:p>
      <w:r>
        <w:t>第5页：重点工作2</w:t>
      </w:r>
    </w:p>
    <w:p>
      <w:r>
        <w:t>第6页：数据图表页（趋势/占比）</w:t>
      </w:r>
    </w:p>
    <w:p>
      <w:r>
        <w:t>第7页：亮点与创新</w:t>
      </w:r>
    </w:p>
    <w:p>
      <w:r>
        <w:t>第8页：存在问题（2-3个，附改进方向）</w:t>
      </w:r>
    </w:p>
    <w:p>
      <w:r>
        <w:t>第9页：明年计划（目标+措施+时间表）</w:t>
      </w:r>
    </w:p>
    <w:p>
      <w:r>
        <w:t>第10页：结语（谢谢+Q&amp;A）</w:t>
      </w:r>
    </w:p>
    <w:p>
      <w:pPr>
        <w:pStyle w:val="Heading1"/>
      </w:pPr>
      <w:r>
        <w:t>排版配色基础</w:t>
      </w:r>
    </w:p>
    <w:p>
      <w:r>
        <w:t>①一页一个主题，标题句提炼观点；②文字不超过6行，能用图表不用文字；③配色不超过3种，深色字浅色底；④图表优先用柱状图（对比）、折线图（趋势）、饼图（占比）。逐页详细说明见Word版。?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