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普通话水平测试备考资料（题型分值+命题说话范文）</w:t>
      </w:r>
    </w:p>
    <w:p>
      <w:r>
        <w:t>普通话水平测试怎么准备？小编整理了普通话水平测试备考资料，把测试题型、分值、评分标准和命题说话范文全部整理好，零基础也能上手。</w:t>
      </w:r>
    </w:p>
    <w:p>
      <w:r>
        <w:t>亮点：①四大题型分值分布；②常见易错字词表；③命题说话话题分类+范文；④考试流程和技巧。网页是预览版，下载Word完整版可打印练习。? 免费下载Word完整版（可直接打印编辑）</w:t>
      </w:r>
    </w:p>
    <w:p>
      <w:pPr>
        <w:pStyle w:val="Heading1"/>
      </w:pPr>
      <w:r>
        <w:t>一、测试题型与分值</w:t>
      </w:r>
    </w:p>
    <w:p>
      <w:r>
        <w:t>普通话水平测试满分100分，共四题：</w:t>
      </w:r>
    </w:p>
    <w:p>
      <w:r>
        <w:t>第一题：读单音节字词（100个音节，10分）；第二题：读多音节词语（100个音节，20分）；第三题：朗读短文（400个音节，30分）；第四题：命题说话（不少于3分钟，40分）。</w:t>
      </w:r>
    </w:p>
    <w:p>
      <w:r>
        <w:t>二级甲等（87-91.9分）、二级乙等（80-86.9分）是教师、播音等岗位的常用要求。</w:t>
      </w:r>
    </w:p>
    <w:p>
      <w:pPr>
        <w:pStyle w:val="Heading1"/>
      </w:pPr>
      <w:r>
        <w:t>二、命题说话范文（节选）</w:t>
      </w:r>
    </w:p>
    <w:p>
      <w:r>
        <w:t>话题：我喜欢的季节</w:t>
      </w:r>
    </w:p>
    <w:p>
      <w:r>
        <w:t>我喜欢的季节是秋天。秋天没有夏天的炎热，也没有冬天的寒冷，温度刚刚好，让人感觉很舒服。</w:t>
      </w:r>
    </w:p>
    <w:p>
      <w:r>
        <w:t>我喜欢秋天，是因为秋天的颜色很美。树叶变黄了，一片一片落下来，像蝴蝶一样在空中飞舞。田野里，金黄的稻子弯下了腰，农民伯伯的脸上满是丰收的喜悦。</w:t>
      </w:r>
    </w:p>
    <w:p>
      <w:r>
        <w:t>……</w:t>
      </w:r>
    </w:p>
    <w:p>
      <w:r>
        <w:t>（提示：说话要自然口语化，用简单句子，说满3分钟即可，不要背稿痕迹太重。）</w:t>
      </w:r>
    </w:p>
    <w:p>
      <w:r>
        <w:t>完整易错字表和更多范文见Word版。?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