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普通话水平测试2027备考+100题模拟卷</w:t>
      </w:r>
    </w:p>
    <w:p>
      <w:r>
        <w:t>普通话水平测试2027备考+100题模拟卷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普通话水平测试等级中"二级甲等"对应分数是（单选）</w:t>
        <w:br/>
        <w:t>A. 92分以上  B. 87-91.9分  C. 70-79.9分  D. 80-86.9分</w:t>
        <w:br/>
        <w:t>答案：C  解析：二甲87-91.9分；一甲97分以上，一乙92-96.9分。</w:t>
      </w:r>
    </w:p>
    <w:p>
      <w:r>
        <w:t>2. 普通话声母总数是（单选）</w:t>
        <w:br/>
        <w:t>A. 24个  B. 39个  C. 21个  D. 23个</w:t>
        <w:br/>
        <w:t>答案：B  解析：普通话声母21个（不含零声母）。</w:t>
      </w:r>
    </w:p>
    <w:p>
      <w:r>
        <w:t>3. 普通话韵母总数是（单选）</w:t>
        <w:br/>
        <w:t>A. 16个  B. 24个  C. 35个  D. 39个</w:t>
        <w:br/>
        <w:t>答案：A  解析：普通话韵母39个。</w:t>
      </w:r>
    </w:p>
    <w:p>
      <w:r>
        <w:t>4. "儿化韵"的作用主要是（单选）</w:t>
        <w:br/>
        <w:t>A. 强调  B. 变调  C. 区分词性和感情色彩  D. 凑字数</w:t>
        <w:br/>
        <w:t>答案：A  解析：儿化韵可区分词性词义并表达亲切感情色彩，如"画"与"画儿"。</w:t>
      </w:r>
    </w:p>
    <w:p>
      <w:r>
        <w:t>5. 轻声在普通话中的作用是（单选）</w:t>
        <w:br/>
        <w:t>A. 加快语速  B. 区别词义和词性  C. 改变声调  D. 省略音节</w:t>
        <w:br/>
        <w:t>答案：D  解析：轻声可区别词义（如"东西"）和词性。</w:t>
      </w:r>
    </w:p>
    <w:p>
      <w:r>
        <w:t>6. 上声变调规律中，两个上声相连时前一个读（单选）</w:t>
        <w:br/>
        <w:t>A. 阳平  B. 轻声  C. 去声  D. 上声</w:t>
        <w:br/>
        <w:t>答案：B  解析：两个上声相连，前一个上声变读为阳平（如"你好"）。</w:t>
      </w:r>
    </w:p>
    <w:p>
      <w:r>
        <w:t>7. 普通话测试第四题命题说话的字数要求是（单选）</w:t>
        <w:br/>
        <w:t>A. 不少于300字  B. 不少于100字  C. 不少于800字  D. 不少于500字</w:t>
        <w:br/>
        <w:t>答案：C  解析：命题说话不少于3分钟，约400-500字以上。</w:t>
      </w:r>
    </w:p>
    <w:p>
      <w:r>
        <w:t>8. "鼻音"与"边音"区分指的是（单选）</w:t>
        <w:br/>
        <w:t>A. b与d  B. zh与z  C. n与l  D. en与eng</w:t>
        <w:br/>
        <w:t>答案：D  解析：n是鼻音、l是边音，"牛(n)"与"流(l)"需区分。</w:t>
      </w:r>
    </w:p>
    <w:p>
      <w:r>
        <w:t>9. 平舌音与翘舌音区分指的是（单选）</w:t>
        <w:br/>
        <w:t>A. z c s 与 zh ch sh  B. b p 与 d t  C. j q 与 x  D. a o 与 e</w:t>
        <w:br/>
        <w:t>答案：D  解析：平舌音z/c/s与翘舌音zh/ch/sh是测试重点。</w:t>
      </w:r>
    </w:p>
    <w:p>
      <w:r>
        <w:t>10. 普通话中"一"在去声前读（单选）</w:t>
        <w:br/>
        <w:t>A. 上声  B. 轻声  C. 去声  D. 阳平</w:t>
        <w:br/>
        <w:t>答案：B  解析："一"在去声前变读阳平（如"一样"yíyàng）。</w:t>
      </w:r>
    </w:p>
    <w:p>
      <w:r>
        <w:t>11. "不"在去声前读（单选）</w:t>
        <w:br/>
        <w:t>A. 阳平  B. 去声  C. 阴平  D. 上声</w:t>
        <w:br/>
        <w:t>答案：D  解析："不"在去声前变读阳平（如"不怕"búpà）。</w:t>
      </w:r>
    </w:p>
    <w:p>
      <w:r>
        <w:t>12. 测试第一题读单音节字词的目的是考查（单选）</w:t>
        <w:br/>
        <w:t>A. 词汇量  B. 声韵调发音  C. 语法  D. 书写</w:t>
        <w:br/>
        <w:t>答案：C  解析：第一题考查声母、韵母、声调读音的标准程度。</w:t>
      </w:r>
    </w:p>
    <w:p>
      <w:r>
        <w:t>13. 普通话中"zh/ch/sh"属于（单选）</w:t>
        <w:br/>
        <w:t>A. 翘舌音  B. 唇齿音  C. 舌面音  D. 平舌音</w:t>
        <w:br/>
        <w:t>答案：B  解析：zh/ch/sh是翘舌音（舌尖后音）。</w:t>
      </w:r>
    </w:p>
    <w:p>
      <w:r>
        <w:t>14. 下列哪组是前后鼻音对比（单选）</w:t>
        <w:br/>
        <w:t>A. z与zh  B. b与p  C. an与ang  D. a与o</w:t>
        <w:br/>
        <w:t>答案：D  解析：an（前鼻音）与ang（后鼻音）是常见混淆点。</w:t>
      </w:r>
    </w:p>
    <w:p>
      <w:r>
        <w:t>15. 普通话声调中"阴平"调值是（单选）</w:t>
        <w:br/>
        <w:t>A. 55  B. 35  C. 214  D. 51</w:t>
        <w:br/>
        <w:t>答案：D  解析：阴平55、阳平35、上声214、去声51。</w:t>
      </w:r>
    </w:p>
    <w:p>
      <w:r>
        <w:t>16. 测试第二题读多音节词语主要考查（单选）</w:t>
        <w:br/>
        <w:t>A. 语法  B. 理解  C. 变调轻声儿化  D. 书写</w:t>
        <w:br/>
        <w:t>答案：B  解析：第二题重点考查变调、轻声、儿化等语流音变。</w:t>
      </w:r>
    </w:p>
    <w:p>
      <w:r>
        <w:t>17. 播音员主持人的普通话水平要求是（单选）</w:t>
        <w:br/>
        <w:t>A. 二级甲等  B. 二级乙等  C. 一级甲等  D. 三级</w:t>
        <w:br/>
        <w:t>答案：D  解析：播音员、主持人一般要求一级甲等。</w:t>
      </w:r>
    </w:p>
    <w:p>
      <w:r>
        <w:t>18. "莲子"与"帘子"的区别在于（单选）</w:t>
        <w:br/>
        <w:t>A. 轻声  B. n与l  C. 儿化  D. 声调</w:t>
        <w:br/>
        <w:t>答案：A  解析："莲子(zi)"与"帘子(zi)"靠n/l区分，读错意思就变。</w:t>
      </w:r>
    </w:p>
    <w:p>
      <w:r>
        <w:t>19. 命题说话要求使用（单选）</w:t>
        <w:br/>
        <w:t>A. 口语化表达  B. 书面语  C. 方言  D. 文言文</w:t>
        <w:br/>
        <w:t>答案：C  解析：命题说话要求口语化、自然流畅，避免背稿腔。</w:t>
      </w:r>
    </w:p>
    <w:p>
      <w:r>
        <w:t>20. 普通话水平测试总分是（单选）</w:t>
        <w:br/>
        <w:t>A. 150分  B. 120分  C. 200分  D. 100分</w:t>
        <w:br/>
        <w:t>答案：C  解析：测试总分100分，各题按比重计分。</w:t>
      </w:r>
    </w:p>
    <w:p>
      <w:r>
        <w:t>21. 普通话水平测试等级中"二级甲等"对应分数是（单选）</w:t>
        <w:br/>
        <w:t>A. 70-79.9分  B. 92分以上  C. 87-91.9分  D. 80-86.9分</w:t>
        <w:br/>
        <w:t>答案：A  解析：二甲87-91.9分；一甲97分以上，一乙92-96.9分。</w:t>
      </w:r>
    </w:p>
    <w:p>
      <w:r>
        <w:t>22. 普通话声母总数是（单选）</w:t>
        <w:br/>
        <w:t>A. 21个  B. 39个  C. 23个  D. 24个</w:t>
        <w:br/>
        <w:t>答案：B  解析：普通话声母21个（不含零声母）。</w:t>
      </w:r>
    </w:p>
    <w:p>
      <w:r>
        <w:t>23. 普通话韵母总数是（单选）</w:t>
        <w:br/>
        <w:t>A. 39个  B. 24个  C. 16个  D. 35个</w:t>
        <w:br/>
        <w:t>答案：C  解析：普通话韵母39个。</w:t>
      </w:r>
    </w:p>
    <w:p>
      <w:r>
        <w:t>24. "儿化韵"的作用主要是（单选）</w:t>
        <w:br/>
        <w:t>A. 变调  B. 强调  C. 区分词性和感情色彩  D. 凑字数</w:t>
        <w:br/>
        <w:t>答案：B  解析：儿化韵可区分词性词义并表达亲切感情色彩，如"画"与"画儿"。</w:t>
      </w:r>
    </w:p>
    <w:p>
      <w:r>
        <w:t>25. 轻声在普通话中的作用是（单选）</w:t>
        <w:br/>
        <w:t>A. 改变声调  B. 省略音节  C. 加快语速  D. 区别词义和词性</w:t>
        <w:br/>
        <w:t>答案：B  解析：轻声可区别词义（如"东西"）和词性。</w:t>
      </w:r>
    </w:p>
    <w:p>
      <w:r>
        <w:t>26. 上声变调规律中，两个上声相连时前一个读（单选）</w:t>
        <w:br/>
        <w:t>A. 阳平  B. 去声  C. 轻声  D. 上声</w:t>
        <w:br/>
        <w:t>答案：C  解析：两个上声相连，前一个上声变读为阳平（如"你好"）。</w:t>
      </w:r>
    </w:p>
    <w:p>
      <w:r>
        <w:t>27. 普通话测试第四题命题说话的字数要求是（单选）</w:t>
        <w:br/>
        <w:t>A. 不少于300字  B. 不少于800字  C. 不少于500字  D. 不少于100字</w:t>
        <w:br/>
        <w:t>答案：B  解析：命题说话不少于3分钟，约400-500字以上。</w:t>
      </w:r>
    </w:p>
    <w:p>
      <w:r>
        <w:t>28. "鼻音"与"边音"区分指的是（单选）</w:t>
        <w:br/>
        <w:t>A. zh与z  B. b与d  C. en与eng  D. n与l</w:t>
        <w:br/>
        <w:t>答案：C  解析：n是鼻音、l是边音，"牛(n)"与"流(l)"需区分。</w:t>
      </w:r>
    </w:p>
    <w:p>
      <w:r>
        <w:t>29. 平舌音与翘舌音区分指的是（单选）</w:t>
        <w:br/>
        <w:t>A. b p 与 d t  B. a o 与 e  C. z c s 与 zh ch sh  D. j q 与 x</w:t>
        <w:br/>
        <w:t>答案：B  解析：平舌音z/c/s与翘舌音zh/ch/sh是测试重点。</w:t>
      </w:r>
    </w:p>
    <w:p>
      <w:r>
        <w:t>30. 普通话中"一"在去声前读（单选）</w:t>
        <w:br/>
        <w:t>A. 上声  B. 轻声  C. 阳平  D. 去声</w:t>
        <w:br/>
        <w:t>答案：B  解析："一"在去声前变读阳平（如"一样"yíyàng）。</w:t>
      </w:r>
    </w:p>
    <w:p>
      <w:r>
        <w:t>31. "不"在去声前读（单选）</w:t>
        <w:br/>
        <w:t>A. 上声  B. 去声  C. 阳平  D. 阴平</w:t>
        <w:br/>
        <w:t>答案：A  解析："不"在去声前变读阳平（如"不怕"búpà）。</w:t>
      </w:r>
    </w:p>
    <w:p>
      <w:r>
        <w:t>32. 测试第一题读单音节字词的目的是考查（单选）</w:t>
        <w:br/>
        <w:t>A. 书写  B. 声韵调发音  C. 词汇量  D. 语法</w:t>
        <w:br/>
        <w:t>答案：D  解析：第一题考查声母、韵母、声调读音的标准程度。</w:t>
      </w:r>
    </w:p>
    <w:p>
      <w:r>
        <w:t>33. 普通话中"zh/ch/sh"属于（单选）</w:t>
        <w:br/>
        <w:t>A. 舌面音  B. 翘舌音  C. 唇齿音  D. 平舌音</w:t>
        <w:br/>
        <w:t>答案：C  解析：zh/ch/sh是翘舌音（舌尖后音）。</w:t>
      </w:r>
    </w:p>
    <w:p>
      <w:r>
        <w:t>34. 下列哪组是前后鼻音对比（单选）</w:t>
        <w:br/>
        <w:t>A. b与p  B. an与ang  C. z与zh  D. a与o</w:t>
        <w:br/>
        <w:t>答案：D  解析：an（前鼻音）与ang（后鼻音）是常见混淆点。</w:t>
      </w:r>
    </w:p>
    <w:p>
      <w:r>
        <w:t>35. 普通话声调中"阴平"调值是（单选）</w:t>
        <w:br/>
        <w:t>A. 214  B. 35  C. 55  D. 51</w:t>
        <w:br/>
        <w:t>答案：D  解析：阴平55、阳平35、上声214、去声51。</w:t>
      </w:r>
    </w:p>
    <w:p>
      <w:r>
        <w:t>36. 测试第二题读多音节词语主要考查（单选）</w:t>
        <w:br/>
        <w:t>A. 变调轻声儿化  B. 语法  C. 理解  D. 书写</w:t>
        <w:br/>
        <w:t>答案：C  解析：第二题重点考查变调、轻声、儿化等语流音变。</w:t>
      </w:r>
    </w:p>
    <w:p>
      <w:r>
        <w:t>37. 播音员主持人的普通话水平要求是（单选）</w:t>
        <w:br/>
        <w:t>A. 二级甲等  B. 二级乙等  C. 一级甲等  D. 三级</w:t>
        <w:br/>
        <w:t>答案：D  解析：播音员、主持人一般要求一级甲等。</w:t>
      </w:r>
    </w:p>
    <w:p>
      <w:r>
        <w:t>38. "莲子"与"帘子"的区别在于（单选）</w:t>
        <w:br/>
        <w:t>A. n与l  B. 声调  C. 儿化  D. 轻声</w:t>
        <w:br/>
        <w:t>答案：D  解析："莲子(zi)"与"帘子(zi)"靠n/l区分，读错意思就变。</w:t>
      </w:r>
    </w:p>
    <w:p>
      <w:r>
        <w:t>39. 命题说话要求使用（单选）</w:t>
        <w:br/>
        <w:t>A. 文言文  B. 口语化表达  C. 方言  D. 书面语</w:t>
        <w:br/>
        <w:t>答案：C  解析：命题说话要求口语化、自然流畅，避免背稿腔。</w:t>
      </w:r>
    </w:p>
    <w:p>
      <w:r>
        <w:t>40. 普通话水平测试总分是（单选）</w:t>
        <w:br/>
        <w:t>A. 150分  B. 100分  C. 120分  D. 200分</w:t>
        <w:br/>
        <w:t>答案：D  解析：测试总分100分，各题按比重计分。</w:t>
      </w:r>
    </w:p>
    <w:p>
      <w:r>
        <w:t>41. 普通话水平测试等级中"二级甲等"对应分数是（单选）</w:t>
        <w:br/>
        <w:t>A. 87-91.9分  B. 92分以上  C. 70-79.9分  D. 80-86.9分</w:t>
        <w:br/>
        <w:t>答案：C  解析：二甲87-91.9分；一甲97分以上，一乙92-96.9分。</w:t>
      </w:r>
    </w:p>
    <w:p>
      <w:r>
        <w:t>42. 普通话声母总数是（单选）</w:t>
        <w:br/>
        <w:t>A. 21个  B. 24个  C. 23个  D. 39个</w:t>
        <w:br/>
        <w:t>答案：D  解析：普通话声母21个（不含零声母）。</w:t>
      </w:r>
    </w:p>
    <w:p>
      <w:r>
        <w:t>43. 普通话韵母总数是（单选）</w:t>
        <w:br/>
        <w:t>A. 24个  B. 39个  C. 16个  D. 35个</w:t>
        <w:br/>
        <w:t>答案：C  解析：普通话韵母39个。</w:t>
      </w:r>
    </w:p>
    <w:p>
      <w:r>
        <w:t>44. "儿化韵"的作用主要是（单选）</w:t>
        <w:br/>
        <w:t>A. 变调  B. 强调  C. 凑字数  D. 区分词性和感情色彩</w:t>
        <w:br/>
        <w:t>答案：B  解析：儿化韵可区分词性词义并表达亲切感情色彩，如"画"与"画儿"。</w:t>
      </w:r>
    </w:p>
    <w:p>
      <w:r>
        <w:t>45. 轻声在普通话中的作用是（单选）</w:t>
        <w:br/>
        <w:t>A. 区别词义和词性  B. 省略音节  C. 加快语速  D. 改变声调</w:t>
        <w:br/>
        <w:t>答案：B  解析：轻声可区别词义（如"东西"）和词性。</w:t>
      </w:r>
    </w:p>
    <w:p>
      <w:r>
        <w:t>46. 上声变调规律中，两个上声相连时前一个读（单选）</w:t>
        <w:br/>
        <w:t>A. 阳平  B. 去声  C. 轻声  D. 上声</w:t>
        <w:br/>
        <w:t>答案：C  解析：两个上声相连，前一个上声变读为阳平（如"你好"）。</w:t>
      </w:r>
    </w:p>
    <w:p>
      <w:r>
        <w:t>47. 普通话测试第四题命题说话的字数要求是（单选）</w:t>
        <w:br/>
        <w:t>A. 不少于300字  B. 不少于800字  C. 不少于100字  D. 不少于500字</w:t>
        <w:br/>
        <w:t>答案：B  解析：命题说话不少于3分钟，约400-500字以上。</w:t>
      </w:r>
    </w:p>
    <w:p>
      <w:r>
        <w:t>48. "鼻音"与"边音"区分指的是（单选）</w:t>
        <w:br/>
        <w:t>A. n与l  B. en与eng  C. zh与z  D. b与d</w:t>
        <w:br/>
        <w:t>答案：B  解析：n是鼻音、l是边音，"牛(n)"与"流(l)"需区分。</w:t>
      </w:r>
    </w:p>
    <w:p>
      <w:r>
        <w:t>49. 平舌音与翘舌音区分指的是（单选）</w:t>
        <w:br/>
        <w:t>A. j q 与 x  B. z c s 与 zh ch sh  C. a o 与 e  D. b p 与 d t</w:t>
        <w:br/>
        <w:t>答案：C  解析：平舌音z/c/s与翘舌音zh/ch/sh是测试重点。</w:t>
      </w:r>
    </w:p>
    <w:p>
      <w:r>
        <w:t>50. 普通话中"一"在去声前读（单选）</w:t>
        <w:br/>
        <w:t>A. 轻声  B. 去声  C. 上声  D. 阳平</w:t>
        <w:br/>
        <w:t>答案：A  解析："一"在去声前变读阳平（如"一样"yíyàng）。</w:t>
      </w:r>
    </w:p>
    <w:p>
      <w:r>
        <w:t>51. "不"在去声前读（单选）</w:t>
        <w:br/>
        <w:t>A. 上声  B. 阴平  C. 去声  D. 阳平</w:t>
        <w:br/>
        <w:t>答案：A  解析："不"在去声前变读阳平（如"不怕"búpà）。</w:t>
      </w:r>
    </w:p>
    <w:p>
      <w:r>
        <w:t>52. 测试第一题读单音节字词的目的是考查（单选）</w:t>
        <w:br/>
        <w:t>A. 词汇量  B. 声韵调发音  C. 语法  D. 书写</w:t>
        <w:br/>
        <w:t>答案：C  解析：第一题考查声母、韵母、声调读音的标准程度。</w:t>
      </w:r>
    </w:p>
    <w:p>
      <w:r>
        <w:t>53. 普通话中"zh/ch/sh"属于（单选）</w:t>
        <w:br/>
        <w:t>A. 平舌音  B. 舌面音  C. 翘舌音  D. 唇齿音</w:t>
        <w:br/>
        <w:t>答案：D  解析：zh/ch/sh是翘舌音（舌尖后音）。</w:t>
      </w:r>
    </w:p>
    <w:p>
      <w:r>
        <w:t>54. 下列哪组是前后鼻音对比（单选）</w:t>
        <w:br/>
        <w:t>A. a与o  B. an与ang  C. b与p  D. z与zh</w:t>
        <w:br/>
        <w:t>答案：A  解析：an（前鼻音）与ang（后鼻音）是常见混淆点。</w:t>
      </w:r>
    </w:p>
    <w:p>
      <w:r>
        <w:t>55. 普通话声调中"阴平"调值是（单选）</w:t>
        <w:br/>
        <w:t>A. 55  B. 35  C. 51  D. 214</w:t>
        <w:br/>
        <w:t>答案：C  解析：阴平55、阳平35、上声214、去声51。</w:t>
      </w:r>
    </w:p>
    <w:p>
      <w:r>
        <w:t>56. 测试第二题读多音节词语主要考查（单选）</w:t>
        <w:br/>
        <w:t>A. 变调轻声儿化  B. 书写  C. 理解  D. 语法</w:t>
        <w:br/>
        <w:t>答案：C  解析：第二题重点考查变调、轻声、儿化等语流音变。</w:t>
      </w:r>
    </w:p>
    <w:p>
      <w:r>
        <w:t>57. 播音员主持人的普通话水平要求是（单选）</w:t>
        <w:br/>
        <w:t>A. 一级甲等  B. 二级甲等  C. 二级乙等  D. 三级</w:t>
        <w:br/>
        <w:t>答案：D  解析：播音员、主持人一般要求一级甲等。</w:t>
      </w:r>
    </w:p>
    <w:p>
      <w:r>
        <w:t>58. "莲子"与"帘子"的区别在于（单选）</w:t>
        <w:br/>
        <w:t>A. n与l  B. 儿化  C. 声调  D. 轻声</w:t>
        <w:br/>
        <w:t>答案：D  解析："莲子(zi)"与"帘子(zi)"靠n/l区分，读错意思就变。</w:t>
      </w:r>
    </w:p>
    <w:p>
      <w:r>
        <w:t>59. 命题说话要求使用（单选）</w:t>
        <w:br/>
        <w:t>A. 书面语  B. 口语化表达  C. 方言  D. 文言文</w:t>
        <w:br/>
        <w:t>答案：C  解析：命题说话要求口语化、自然流畅，避免背稿腔。</w:t>
      </w:r>
    </w:p>
    <w:p>
      <w:r>
        <w:t>60. 普通话水平测试总分是（单选）</w:t>
        <w:br/>
        <w:t>A. 200分  B. 100分  C. 150分  D. 120分</w:t>
        <w:br/>
        <w:t>答案：A  解析：测试总分100分，各题按比重计分。</w:t>
      </w:r>
    </w:p>
    <w:p>
      <w:r>
        <w:t>61. 普通话水平测试等级中"二级甲等"对应分数是，该说法正确与否？（判断）</w:t>
        <w:br/>
        <w:t>答案：正确  解析：二甲87-91.9分；一甲97分以上，一乙92-96.9分。</w:t>
      </w:r>
    </w:p>
    <w:p>
      <w:r>
        <w:t>62. 普通话声母总数是，该说法正确与否？（判断）</w:t>
        <w:br/>
        <w:t>答案：错误  解析：普通话声母21个（不含零声母）。 请以官方教材表述为准。</w:t>
      </w:r>
    </w:p>
    <w:p>
      <w:r>
        <w:t>63. 普通话韵母总数是，该说法正确与否？（判断）</w:t>
        <w:br/>
        <w:t>答案：错误  解析：普通话韵母39个。 请以官方教材表述为准。</w:t>
      </w:r>
    </w:p>
    <w:p>
      <w:r>
        <w:t>64. "儿化韵"的作用主要是，该说法正确与否？（判断）</w:t>
        <w:br/>
        <w:t>答案：正确  解析：儿化韵可区分词性词义并表达亲切感情色彩，如"画"与"画儿"。</w:t>
      </w:r>
    </w:p>
    <w:p>
      <w:r>
        <w:t>65. 轻声在普通话中的作用是，该说法正确与否？（判断）</w:t>
        <w:br/>
        <w:t>答案：错误  解析：轻声可区别词义（如"东西"）和词性。 请以官方教材表述为准。</w:t>
      </w:r>
    </w:p>
    <w:p>
      <w:r>
        <w:t>66. 上声变调规律中，两个上声相连时前一个读，该说法正确与否？（判断）</w:t>
        <w:br/>
        <w:t>答案：错误  解析：两个上声相连，前一个上声变读为阳平（如"你好"）。 请以官方教材表述为准。</w:t>
      </w:r>
    </w:p>
    <w:p>
      <w:r>
        <w:t>67. 普通话测试第四题命题说话的字数要求是，该说法正确与否？（判断）</w:t>
        <w:br/>
        <w:t>答案：正确  解析：命题说话不少于3分钟，约400-500字以上。</w:t>
      </w:r>
    </w:p>
    <w:p>
      <w:r>
        <w:t>68. "鼻音"与"边音"区分指的是，该说法正确与否？（判断）</w:t>
        <w:br/>
        <w:t>答案：错误  解析：n是鼻音、l是边音，"牛(n)"与"流(l)"需区分。 请以官方教材表述为准。</w:t>
      </w:r>
    </w:p>
    <w:p>
      <w:r>
        <w:t>69. 平舌音与翘舌音区分指的是，该说法正确与否？（判断）</w:t>
        <w:br/>
        <w:t>答案：错误  解析：平舌音z/c/s与翘舌音zh/ch/sh是测试重点。 请以官方教材表述为准。</w:t>
      </w:r>
    </w:p>
    <w:p>
      <w:r>
        <w:t>70. 普通话中"一"在去声前读，该说法正确与否？（判断）</w:t>
        <w:br/>
        <w:t>答案：正确  解析："一"在去声前变读阳平（如"一样"yíyàng）。</w:t>
      </w:r>
    </w:p>
    <w:p>
      <w:r>
        <w:t>71. "不"在去声前读，该说法正确与否？（判断）</w:t>
        <w:br/>
        <w:t>答案：错误  解析："不"在去声前变读阳平（如"不怕"búpà）。 请以官方教材表述为准。</w:t>
      </w:r>
    </w:p>
    <w:p>
      <w:r>
        <w:t>72. 测试第一题读单音节字词的目的是考查，该说法正确与否？（判断）</w:t>
        <w:br/>
        <w:t>答案：错误  解析：第一题考查声母、韵母、声调读音的标准程度。 请以官方教材表述为准。</w:t>
      </w:r>
    </w:p>
    <w:p>
      <w:r>
        <w:t>73. 普通话中"zh/ch/sh"属于，该说法正确与否？（判断）</w:t>
        <w:br/>
        <w:t>答案：正确  解析：zh/ch/sh是翘舌音（舌尖后音）。</w:t>
      </w:r>
    </w:p>
    <w:p>
      <w:r>
        <w:t>74. 下列哪组是前后鼻音对比，该说法正确与否？（判断）</w:t>
        <w:br/>
        <w:t>答案：错误  解析：an（前鼻音）与ang（后鼻音）是常见混淆点。 请以官方教材表述为准。</w:t>
      </w:r>
    </w:p>
    <w:p>
      <w:r>
        <w:t>75. 普通话声调中"阴平"调值是，该说法正确与否？（判断）</w:t>
        <w:br/>
        <w:t>答案：错误  解析：阴平55、阳平35、上声214、去声51。 请以官方教材表述为准。</w:t>
      </w:r>
    </w:p>
    <w:p>
      <w:r>
        <w:t>76. 测试第二题读多音节词语主要考查，该说法正确与否？（判断）</w:t>
        <w:br/>
        <w:t>答案：正确  解析：第二题重点考查变调、轻声、儿化等语流音变。</w:t>
      </w:r>
    </w:p>
    <w:p>
      <w:r>
        <w:t>77. 播音员主持人的普通话水平要求是，该说法正确与否？（判断）</w:t>
        <w:br/>
        <w:t>答案：错误  解析：播音员、主持人一般要求一级甲等。 请以官方教材表述为准。</w:t>
      </w:r>
    </w:p>
    <w:p>
      <w:r>
        <w:t>78. "莲子"与"帘子"的区别在于，该说法正确与否？（判断）</w:t>
        <w:br/>
        <w:t>答案：错误  解析："莲子(zi)"与"帘子(zi)"靠n/l区分，读错意思就变。 请以官方教材表述为准。</w:t>
      </w:r>
    </w:p>
    <w:p>
      <w:r>
        <w:t>79. 命题说话要求使用，该说法正确与否？（判断）</w:t>
        <w:br/>
        <w:t>答案：正确  解析：命题说话要求口语化、自然流畅，避免背稿腔。</w:t>
      </w:r>
    </w:p>
    <w:p>
      <w:r>
        <w:t>80. 普通话水平测试总分是，该说法正确与否？（判断）</w:t>
        <w:br/>
        <w:t>答案：错误  解析：测试总分100分，各题按比重计分。 请以官方教材表述为准。</w:t>
      </w:r>
    </w:p>
    <w:p>
      <w:r>
        <w:t>81. 普通话水平测试等级中"二级甲等"对应分数是，该说法正确与否？（判断）</w:t>
        <w:br/>
        <w:t>答案：错误  解析：二甲87-91.9分；一甲97分以上，一乙92-96.9分。 请以官方教材表述为准。</w:t>
      </w:r>
    </w:p>
    <w:p>
      <w:r>
        <w:t>82. 普通话声母总数是，该说法正确与否？（判断）</w:t>
        <w:br/>
        <w:t>答案：正确  解析：普通话声母21个（不含零声母）。</w:t>
      </w:r>
    </w:p>
    <w:p>
      <w:r>
        <w:t>83. 普通话韵母总数是，该说法正确与否？（判断）</w:t>
        <w:br/>
        <w:t>答案：错误  解析：普通话韵母39个。 请以官方教材表述为准。</w:t>
      </w:r>
    </w:p>
    <w:p>
      <w:r>
        <w:t>84. "儿化韵"的作用主要是，该说法正确与否？（判断）</w:t>
        <w:br/>
        <w:t>答案：错误  解析：儿化韵可区分词性词义并表达亲切感情色彩，如"画"与"画儿"。 请以官方教材表述为准。</w:t>
      </w:r>
    </w:p>
    <w:p>
      <w:r>
        <w:t>85. 轻声在普通话中的作用是，该说法正确与否？（判断）</w:t>
        <w:br/>
        <w:t>答案：正确  解析：轻声可区别词义（如"东西"）和词性。</w:t>
      </w:r>
    </w:p>
    <w:p>
      <w:r>
        <w:t>86. 上声变调规律中，两个上声相连时前一个读，该说法正确与否？（判断）</w:t>
        <w:br/>
        <w:t>答案：错误  解析：两个上声相连，前一个上声变读为阳平（如"你好"）。 请以官方教材表述为准。</w:t>
      </w:r>
    </w:p>
    <w:p>
      <w:r>
        <w:t>87. 普通话测试第四题命题说话的字数要求是，该说法正确与否？（判断）</w:t>
        <w:br/>
        <w:t>答案：错误  解析：命题说话不少于3分钟，约400-500字以上。 请以官方教材表述为准。</w:t>
      </w:r>
    </w:p>
    <w:p>
      <w:r>
        <w:t>88. "鼻音"与"边音"区分指的是，该说法正确与否？（判断）</w:t>
        <w:br/>
        <w:t>答案：正确  解析：n是鼻音、l是边音，"牛(n)"与"流(l)"需区分。</w:t>
      </w:r>
    </w:p>
    <w:p>
      <w:r>
        <w:t>89. 平舌音与翘舌音区分指的是，该说法正确与否？（判断）</w:t>
        <w:br/>
        <w:t>答案：错误  解析：平舌音z/c/s与翘舌音zh/ch/sh是测试重点。 请以官方教材表述为准。</w:t>
      </w:r>
    </w:p>
    <w:p>
      <w:r>
        <w:t>90. 普通话中"一"在去声前读，该说法正确与否？（判断）</w:t>
        <w:br/>
        <w:t>答案：错误  解析："一"在去声前变读阳平（如"一样"yíyàng）。 请以官方教材表述为准。</w:t>
      </w:r>
    </w:p>
    <w:p>
      <w:r>
        <w:t>91. "不"在去声前读，该说法正确与否？（判断）</w:t>
        <w:br/>
        <w:t>答案：正确  解析："不"在去声前变读阳平（如"不怕"búpà）。</w:t>
      </w:r>
    </w:p>
    <w:p>
      <w:r>
        <w:t>92. 测试第一题读单音节字词的目的是考查，该说法正确与否？（判断）</w:t>
        <w:br/>
        <w:t>答案：错误  解析：第一题考查声母、韵母、声调读音的标准程度。 请以官方教材表述为准。</w:t>
      </w:r>
    </w:p>
    <w:p>
      <w:r>
        <w:t>93. 普通话中"zh/ch/sh"属于，该说法正确与否？（判断）</w:t>
        <w:br/>
        <w:t>答案：错误  解析：zh/ch/sh是翘舌音（舌尖后音）。 请以官方教材表述为准。</w:t>
      </w:r>
    </w:p>
    <w:p>
      <w:r>
        <w:t>94. 下列哪组是前后鼻音对比，该说法正确与否？（判断）</w:t>
        <w:br/>
        <w:t>答案：正确  解析：an（前鼻音）与ang（后鼻音）是常见混淆点。</w:t>
      </w:r>
    </w:p>
    <w:p>
      <w:r>
        <w:t>95. 普通话声调中"阴平"调值是，该说法正确与否？（判断）</w:t>
        <w:br/>
        <w:t>答案：错误  解析：阴平55、阳平35、上声214、去声51。 请以官方教材表述为准。</w:t>
      </w:r>
    </w:p>
    <w:p>
      <w:r>
        <w:t>96. 测试第二题读多音节词语主要考查，该说法正确与否？（判断）</w:t>
        <w:br/>
        <w:t>答案：错误  解析：第二题重点考查变调、轻声、儿化等语流音变。 请以官方教材表述为准。</w:t>
      </w:r>
    </w:p>
    <w:p>
      <w:r>
        <w:t>97. 播音员主持人的普通话水平要求是，该说法正确与否？（判断）</w:t>
        <w:br/>
        <w:t>答案：正确  解析：播音员、主持人一般要求一级甲等。</w:t>
      </w:r>
    </w:p>
    <w:p>
      <w:r>
        <w:t>98. "莲子"与"帘子"的区别在于，该说法正确与否？（判断）</w:t>
        <w:br/>
        <w:t>答案：错误  解析："莲子(zi)"与"帘子(zi)"靠n/l区分，读错意思就变。 请以官方教材表述为准。</w:t>
      </w:r>
    </w:p>
    <w:p>
      <w:r>
        <w:t>99. 命题说话要求使用，该说法正确与否？（判断）</w:t>
        <w:br/>
        <w:t>答案：错误  解析：命题说话要求口语化、自然流畅，避免背稿腔。 请以官方教材表述为准。</w:t>
      </w:r>
    </w:p>
    <w:p>
      <w:r>
        <w:t>100. 普通话水平测试总分是，该说法正确与否？（判断）</w:t>
        <w:br/>
        <w:t>答案：正确  解析：测试总分100分，各题按比重计分。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