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青春奋斗主题演讲稿范文（学生/职场通用）</w:t>
      </w:r>
    </w:p>
    <w:p>
      <w:r>
        <w:t>青春奋斗主题演讲稿范文（学生/职场通用）</w:t>
      </w:r>
    </w:p>
    <w:p>
      <w:r>
        <w:t>尊敬的老师、亲爱的同学们：大家好！今天我演讲的题目是《以奋斗之姿，赴青春之约》。</w:t>
      </w:r>
    </w:p>
    <w:p>
      <w:r>
        <w:t>青春是什么？青春是清晨的第一缕阳光，是跑道上挥洒的汗水，是深夜里台灯下的身影。青春不是用来挥霍的，而是用来奋斗的。</w:t>
      </w:r>
    </w:p>
    <w:p>
      <w:r>
        <w:t>奋斗的路上，我们会遇到挫折和迷茫。考试失利、求职碰壁、项目失败……但正是这些磨砺，让我们变得更加坚强。宝剑锋从磨砺出，梅花香自苦寒来。</w:t>
      </w:r>
    </w:p>
    <w:p>
      <w:r>
        <w:t>我们身边有很多奋斗的榜样：有同学每天第一个到教室，有同事为了项目连续加班，有创业者从零开始打拼。他们用行动告诉我们：青春因奋斗而精彩。</w:t>
      </w:r>
    </w:p>
    <w:p>
      <w:r>
        <w:t>同学们，朋友们，让我们珍惜青春，用汗水浇灌梦想，用奋斗书写人生。青春无悔，奋斗最美！我的演讲完毕，谢谢大家！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