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公文范文：申请拨付经费的请示（通用模板）</w:t>
      </w:r>
    </w:p>
    <w:p>
      <w:pPr>
        <w:jc w:val="center"/>
      </w:pPr>
      <w:r>
        <w:t>（范文模板，可直接参考使用）</w:t>
      </w:r>
    </w:p>
    <w:p/>
    <w:p>
      <w:r>
        <w:t>关于申请拨付办公设备采购经费的请示</w:t>
      </w:r>
    </w:p>
    <w:p>
      <w:r>
        <w:t>市财政局：</w:t>
      </w:r>
    </w:p>
    <w:p>
      <w:r>
        <w:t>为改善办公条件，提升工作效能，我单位拟对现有办公设备进行更新采购。因单位经费紧张，特向贵局申请拨付办公设备采购经费X万元。现将有关情况请示如下：</w:t>
      </w:r>
    </w:p>
    <w:p>
      <w:r>
        <w:t>一、基本情况。我单位现有干部职工X人，承担着XX、XX等X项工作职能。目前单位在用的电脑、打印机等办公设备多为X年（甚至更早）采购，已严重老化，经常出现死机、卡顿、故障频发等问题，影响正常工作开展。</w:t>
      </w:r>
    </w:p>
    <w:p>
      <w:r>
        <w:t>二、采购的必要性。一是现有设备性能落后，无法满足办公软件升级和业务系统运行需求；二是设备故障率高，维修成本逐年增加，部分老旧设备已无配件可修；三是按照上级关于推进无纸化办公、信息化建设的工作要求，我单位需配备必要的现代化办公设备。</w:t>
      </w:r>
    </w:p>
    <w:p>
      <w:r>
        <w:t>三、采购方案及经费预算。拟采购台式电脑X台（约X万元）、笔记本电脑X台（约X万元）、打印机X台（约X万元）、其他设备（约X万元），合计需经费X万元。经费预算明细详见附件《办公设备采购预算表》。</w:t>
      </w:r>
    </w:p>
    <w:p>
      <w:r>
        <w:t>四、采购方式。按照政府采购有关规定，设备采购将严格执行政府采购程序，通过公开招标（或协议供货、电子卖场）方式进行，确保采购过程公开透明、阳光运行。</w:t>
      </w:r>
    </w:p>
    <w:p>
      <w:r>
        <w:t>以上请示，妥否，请批示。</w:t>
      </w:r>
    </w:p>
    <w:p>
      <w:r>
        <w:t>附件：1.办公设备采购预算表</w:t>
        <w:br/>
        <w:t>2.单位现有设备情况说明</w:t>
      </w:r>
    </w:p>
    <w:p>
      <w:r>
        <w:t>XX单位</w:t>
      </w:r>
    </w:p>
    <w:p>
      <w:r>
        <w:t>202X年X月X日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