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七年级数学上册期中测试卷（100题完整版）</w:t>
      </w:r>
    </w:p>
    <w:p>
      <w:r>
        <w:t>满分100分，时间90分钟。本卷为完整版，共100题，含选择、填空、判断、计算与应用题，覆盖有理数、整式加减、一元一次方程等期中核心内容，全部带答案和解析，可直接打印练习。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计算：-13 × 18 = ?</w:t>
      </w:r>
      <w:r>
        <w:br/>
        <w:t xml:space="preserve">    A. -243</w:t>
      </w:r>
      <w:r>
        <w:br/>
        <w:t xml:space="preserve">    B. -239</w:t>
      </w:r>
      <w:r>
        <w:br/>
        <w:t xml:space="preserve">    C. -234</w:t>
      </w:r>
      <w:r>
        <w:br/>
        <w:t xml:space="preserve">    D. -232</w:t>
      </w:r>
      <w:r>
        <w:br/>
        <w:t>【答案】C　【解析】按有理数运算法则计算，结果为-234。</w:t>
      </w:r>
    </w:p>
    <w:p>
      <w:r>
        <w:t>2. 计算：-25 × 4 = ?</w:t>
      </w:r>
      <w:r>
        <w:br/>
        <w:t xml:space="preserve">    A. -101</w:t>
      </w:r>
      <w:r>
        <w:br/>
        <w:t xml:space="preserve">    B. -100</w:t>
      </w:r>
      <w:r>
        <w:br/>
        <w:t xml:space="preserve">    C. -99</w:t>
      </w:r>
      <w:r>
        <w:br/>
        <w:t xml:space="preserve">    D. -98</w:t>
      </w:r>
      <w:r>
        <w:br/>
        <w:t>【答案】B　【解析】按有理数运算法则计算，结果为-100。</w:t>
      </w:r>
    </w:p>
    <w:p>
      <w:r>
        <w:t>3. 计算：-16 - 1 = ?</w:t>
      </w:r>
      <w:r>
        <w:br/>
        <w:t xml:space="preserve">    A. -22</w:t>
      </w:r>
      <w:r>
        <w:br/>
        <w:t xml:space="preserve">    B. -17</w:t>
      </w:r>
      <w:r>
        <w:br/>
        <w:t xml:space="preserve">    C. -14</w:t>
      </w:r>
      <w:r>
        <w:br/>
        <w:t xml:space="preserve">    D. -11</w:t>
      </w:r>
      <w:r>
        <w:br/>
        <w:t>【答案】B　【解析】按有理数运算法则计算，结果为-17。</w:t>
      </w:r>
    </w:p>
    <w:p>
      <w:r>
        <w:t>4. 计算：-12 + 5 = ?</w:t>
      </w:r>
      <w:r>
        <w:br/>
        <w:t xml:space="preserve">    A. -12</w:t>
      </w:r>
      <w:r>
        <w:br/>
        <w:t xml:space="preserve">    B. -11</w:t>
      </w:r>
      <w:r>
        <w:br/>
        <w:t xml:space="preserve">    C. -7</w:t>
      </w:r>
      <w:r>
        <w:br/>
        <w:t xml:space="preserve">    D. 3</w:t>
      </w:r>
      <w:r>
        <w:br/>
        <w:t>【答案】C　【解析】按有理数运算法则计算，结果为-7。</w:t>
      </w:r>
    </w:p>
    <w:p>
      <w:r>
        <w:t>5. 计算：15 - 16 = ?</w:t>
      </w:r>
      <w:r>
        <w:br/>
        <w:t xml:space="preserve">    A. -9</w:t>
      </w:r>
      <w:r>
        <w:br/>
        <w:t xml:space="preserve">    B. -5</w:t>
      </w:r>
      <w:r>
        <w:br/>
        <w:t xml:space="preserve">    C. -1</w:t>
      </w:r>
      <w:r>
        <w:br/>
        <w:t xml:space="preserve">    D. 3</w:t>
      </w:r>
      <w:r>
        <w:br/>
        <w:t>【答案】C　【解析】按有理数运算法则计算，结果为-1。</w:t>
      </w:r>
    </w:p>
    <w:p>
      <w:r>
        <w:t>6. 计算：-3 × 19 = ?</w:t>
      </w:r>
      <w:r>
        <w:br/>
        <w:t xml:space="preserve">    A. -58</w:t>
      </w:r>
      <w:r>
        <w:br/>
        <w:t xml:space="preserve">    B. -57</w:t>
      </w:r>
      <w:r>
        <w:br/>
        <w:t xml:space="preserve">    C. -56</w:t>
      </w:r>
      <w:r>
        <w:br/>
        <w:t xml:space="preserve">    D. -55</w:t>
      </w:r>
      <w:r>
        <w:br/>
        <w:t>【答案】B　【解析】按有理数运算法则计算，结果为-57。</w:t>
      </w:r>
    </w:p>
    <w:p>
      <w:r>
        <w:t>7. 计算：20 ÷ 2 = ?</w:t>
      </w:r>
      <w:r>
        <w:br/>
        <w:t xml:space="preserve">    A. 2</w:t>
      </w:r>
      <w:r>
        <w:br/>
        <w:t xml:space="preserve">    B. 8</w:t>
      </w:r>
      <w:r>
        <w:br/>
        <w:t xml:space="preserve">    C. 10</w:t>
      </w:r>
      <w:r>
        <w:br/>
        <w:t xml:space="preserve">    D. 14</w:t>
      </w:r>
      <w:r>
        <w:br/>
        <w:t>【答案】C　【解析】按有理数运算法则计算，结果为10。</w:t>
      </w:r>
    </w:p>
    <w:p>
      <w:r>
        <w:t>8. 计算：7 + 16 = ?</w:t>
      </w:r>
      <w:r>
        <w:br/>
        <w:t xml:space="preserve">    A. 14</w:t>
      </w:r>
      <w:r>
        <w:br/>
        <w:t xml:space="preserve">    B. 17</w:t>
      </w:r>
      <w:r>
        <w:br/>
        <w:t xml:space="preserve">    C. 23</w:t>
      </w:r>
      <w:r>
        <w:br/>
        <w:t xml:space="preserve">    D. 29</w:t>
      </w:r>
      <w:r>
        <w:br/>
        <w:t>【答案】C　【解析】按有理数运算法则计算，结果为23。</w:t>
      </w:r>
    </w:p>
    <w:p>
      <w:r>
        <w:t>9. 计算：-13 - 10 = ?</w:t>
      </w:r>
      <w:r>
        <w:br/>
        <w:t xml:space="preserve">    A. -24</w:t>
      </w:r>
      <w:r>
        <w:br/>
        <w:t xml:space="preserve">    B. -23</w:t>
      </w:r>
      <w:r>
        <w:br/>
        <w:t xml:space="preserve">    C. -22</w:t>
      </w:r>
      <w:r>
        <w:br/>
        <w:t xml:space="preserve">    D. -21</w:t>
      </w:r>
      <w:r>
        <w:br/>
        <w:t>【答案】B　【解析】按有理数运算法则计算，结果为-23。</w:t>
      </w:r>
    </w:p>
    <w:p>
      <w:r>
        <w:t>10. 计算：-13 × 6 = ?</w:t>
      </w:r>
      <w:r>
        <w:br/>
        <w:t xml:space="preserve">    A. -82</w:t>
      </w:r>
      <w:r>
        <w:br/>
        <w:t xml:space="preserve">    B. -80</w:t>
      </w:r>
      <w:r>
        <w:br/>
        <w:t xml:space="preserve">    C. -78</w:t>
      </w:r>
      <w:r>
        <w:br/>
        <w:t xml:space="preserve">    D. -72</w:t>
      </w:r>
      <w:r>
        <w:br/>
        <w:t>【答案】C　【解析】按有理数运算法则计算，结果为-78。</w:t>
      </w:r>
    </w:p>
    <w:p>
      <w:r>
        <w:t>11. 计算：-8 × 10 = ?</w:t>
      </w:r>
      <w:r>
        <w:br/>
        <w:t xml:space="preserve">    A. -82</w:t>
      </w:r>
      <w:r>
        <w:br/>
        <w:t xml:space="preserve">    B. -80</w:t>
      </w:r>
      <w:r>
        <w:br/>
        <w:t xml:space="preserve">    C. -72</w:t>
      </w:r>
      <w:r>
        <w:br/>
        <w:t xml:space="preserve">    D. -71</w:t>
      </w:r>
      <w:r>
        <w:br/>
        <w:t>【答案】B　【解析】按有理数运算法则计算，结果为-80。</w:t>
      </w:r>
    </w:p>
    <w:p>
      <w:r>
        <w:t>12. 计算：-21 × 10 = ?</w:t>
      </w:r>
      <w:r>
        <w:br/>
        <w:t xml:space="preserve">    A. -219</w:t>
      </w:r>
      <w:r>
        <w:br/>
        <w:t xml:space="preserve">    B. -213</w:t>
      </w:r>
      <w:r>
        <w:br/>
        <w:t xml:space="preserve">    C. -210</w:t>
      </w:r>
      <w:r>
        <w:br/>
        <w:t xml:space="preserve">    D. -199</w:t>
      </w:r>
      <w:r>
        <w:br/>
        <w:t>【答案】C　【解析】按有理数运算法则计算，结果为-210。</w:t>
      </w:r>
    </w:p>
    <w:p>
      <w:r>
        <w:t>13. 计算：-5 + 16 = ?</w:t>
      </w:r>
      <w:r>
        <w:br/>
        <w:t xml:space="preserve">    A. 10</w:t>
      </w:r>
      <w:r>
        <w:br/>
        <w:t xml:space="preserve">    B. 11</w:t>
      </w:r>
      <w:r>
        <w:br/>
        <w:t xml:space="preserve">    C. 12</w:t>
      </w:r>
      <w:r>
        <w:br/>
        <w:t xml:space="preserve">    D. 13</w:t>
      </w:r>
      <w:r>
        <w:br/>
        <w:t>【答案】B　【解析】按有理数运算法则计算，结果为11。</w:t>
      </w:r>
    </w:p>
    <w:p>
      <w:r>
        <w:t>14. 计算：-225 ÷ 15 = ?</w:t>
      </w:r>
      <w:r>
        <w:br/>
        <w:t xml:space="preserve">    A. -21</w:t>
      </w:r>
      <w:r>
        <w:br/>
        <w:t xml:space="preserve">    B. -15</w:t>
      </w:r>
      <w:r>
        <w:br/>
        <w:t xml:space="preserve">    C. -10</w:t>
      </w:r>
      <w:r>
        <w:br/>
        <w:t xml:space="preserve">    D. -9</w:t>
      </w:r>
      <w:r>
        <w:br/>
        <w:t>【答案】B　【解析】按有理数运算法则计算，结果为-15。</w:t>
      </w:r>
    </w:p>
    <w:p>
      <w:r>
        <w:t>15. 计算：2 - 9 = ?</w:t>
      </w:r>
      <w:r>
        <w:br/>
        <w:t xml:space="preserve">    A. -8</w:t>
      </w:r>
      <w:r>
        <w:br/>
        <w:t xml:space="preserve">    B. -7</w:t>
      </w:r>
      <w:r>
        <w:br/>
        <w:t xml:space="preserve">    C. -6</w:t>
      </w:r>
      <w:r>
        <w:br/>
        <w:t xml:space="preserve">    D. -5</w:t>
      </w:r>
      <w:r>
        <w:br/>
        <w:t>【答案】B　【解析】按有理数运算法则计算，结果为-7。</w:t>
      </w:r>
    </w:p>
    <w:p>
      <w:r>
        <w:t>16. 计算：-338 ÷ 13 = ?</w:t>
      </w:r>
      <w:r>
        <w:br/>
        <w:t xml:space="preserve">    A. -27</w:t>
      </w:r>
      <w:r>
        <w:br/>
        <w:t xml:space="preserve">    B. -26</w:t>
      </w:r>
      <w:r>
        <w:br/>
        <w:t xml:space="preserve">    C. -24</w:t>
      </w:r>
      <w:r>
        <w:br/>
        <w:t xml:space="preserve">    D. -18</w:t>
      </w:r>
      <w:r>
        <w:br/>
        <w:t>【答案】B　【解析】按有理数运算法则计算，结果为-26。</w:t>
      </w:r>
    </w:p>
    <w:p>
      <w:r>
        <w:t>17. 计算：-476 ÷ 17 = ?</w:t>
      </w:r>
      <w:r>
        <w:br/>
        <w:t xml:space="preserve">    A. -36</w:t>
      </w:r>
      <w:r>
        <w:br/>
        <w:t xml:space="preserve">    B. -28</w:t>
      </w:r>
      <w:r>
        <w:br/>
        <w:t xml:space="preserve">    C. -20</w:t>
      </w:r>
      <w:r>
        <w:br/>
        <w:t xml:space="preserve">    D. -19</w:t>
      </w:r>
      <w:r>
        <w:br/>
        <w:t>【答案】B　【解析】按有理数运算法则计算，结果为-28。</w:t>
      </w:r>
    </w:p>
    <w:p>
      <w:r>
        <w:t>18. 计算：-26 × 3 = ?</w:t>
      </w:r>
      <w:r>
        <w:br/>
        <w:t xml:space="preserve">    A. -84</w:t>
      </w:r>
      <w:r>
        <w:br/>
        <w:t xml:space="preserve">    B. -78</w:t>
      </w:r>
      <w:r>
        <w:br/>
        <w:t xml:space="preserve">    C. -75</w:t>
      </w:r>
      <w:r>
        <w:br/>
        <w:t xml:space="preserve">    D. -69</w:t>
      </w:r>
      <w:r>
        <w:br/>
        <w:t>【答案】B　【解析】按有理数运算法则计算，结果为-78。</w:t>
      </w:r>
    </w:p>
    <w:p>
      <w:r>
        <w:t>19. 计算：88 ÷ 8 = ?</w:t>
      </w:r>
      <w:r>
        <w:br/>
        <w:t xml:space="preserve">    A. 3</w:t>
      </w:r>
      <w:r>
        <w:br/>
        <w:t xml:space="preserve">    B. 11</w:t>
      </w:r>
      <w:r>
        <w:br/>
        <w:t xml:space="preserve">    C. 15</w:t>
      </w:r>
      <w:r>
        <w:br/>
        <w:t xml:space="preserve">    D. 16</w:t>
      </w:r>
      <w:r>
        <w:br/>
        <w:t>【答案】B　【解析】按有理数运算法则计算，结果为11。</w:t>
      </w:r>
    </w:p>
    <w:p>
      <w:r>
        <w:t>20. 计算：120 ÷ 15 = ?</w:t>
      </w:r>
      <w:r>
        <w:br/>
        <w:t xml:space="preserve">    A. 6</w:t>
      </w:r>
      <w:r>
        <w:br/>
        <w:t xml:space="preserve">    B. 8</w:t>
      </w:r>
      <w:r>
        <w:br/>
        <w:t xml:space="preserve">    C. 9</w:t>
      </w:r>
      <w:r>
        <w:br/>
        <w:t xml:space="preserve">    D. 10</w:t>
      </w:r>
      <w:r>
        <w:br/>
        <w:t>【答案】B　【解析】按有理数运算法则计算，结果为8。</w:t>
      </w:r>
    </w:p>
    <w:p>
      <w:r>
        <w:t>21. 计算：7 + 10 = ?</w:t>
      </w:r>
      <w:r>
        <w:br/>
        <w:t xml:space="preserve">    A. 10</w:t>
      </w:r>
      <w:r>
        <w:br/>
        <w:t xml:space="preserve">    B. 17</w:t>
      </w:r>
      <w:r>
        <w:br/>
        <w:t xml:space="preserve">    C. 23</w:t>
      </w:r>
      <w:r>
        <w:br/>
        <w:t xml:space="preserve">    D. 26</w:t>
      </w:r>
      <w:r>
        <w:br/>
        <w:t>【答案】B　【解析】按有理数运算法则计算，结果为17。</w:t>
      </w:r>
    </w:p>
    <w:p>
      <w:r>
        <w:t>22. 计算：30 × 1 = ?</w:t>
      </w:r>
      <w:r>
        <w:br/>
        <w:t xml:space="preserve">    A. 26</w:t>
      </w:r>
      <w:r>
        <w:br/>
        <w:t xml:space="preserve">    B. 30</w:t>
      </w:r>
      <w:r>
        <w:br/>
        <w:t xml:space="preserve">    C. 31</w:t>
      </w:r>
      <w:r>
        <w:br/>
        <w:t xml:space="preserve">    D. 36</w:t>
      </w:r>
      <w:r>
        <w:br/>
        <w:t>【答案】B　【解析】按有理数运算法则计算，结果为30。</w:t>
      </w:r>
    </w:p>
    <w:p>
      <w:r>
        <w:t>23. 计算：21 + 7 = ?</w:t>
      </w:r>
      <w:r>
        <w:br/>
        <w:t xml:space="preserve">    A. 27</w:t>
      </w:r>
      <w:r>
        <w:br/>
        <w:t xml:space="preserve">    B. 28</w:t>
      </w:r>
      <w:r>
        <w:br/>
        <w:t xml:space="preserve">    C. 34</w:t>
      </w:r>
      <w:r>
        <w:br/>
        <w:t xml:space="preserve">    D. 38</w:t>
      </w:r>
      <w:r>
        <w:br/>
        <w:t>【答案】B　【解析】按有理数运算法则计算，结果为28。</w:t>
      </w:r>
    </w:p>
    <w:p>
      <w:r>
        <w:t>24. 计算：1 × 8 = ?</w:t>
      </w:r>
      <w:r>
        <w:br/>
        <w:t xml:space="preserve">    A. -1</w:t>
      </w:r>
      <w:r>
        <w:br/>
        <w:t xml:space="preserve">    B. 4</w:t>
      </w:r>
      <w:r>
        <w:br/>
        <w:t xml:space="preserve">    C. 8</w:t>
      </w:r>
      <w:r>
        <w:br/>
        <w:t xml:space="preserve">    D. 16</w:t>
      </w:r>
      <w:r>
        <w:br/>
        <w:t>【答案】C　【解析】按有理数运算法则计算，结果为8。</w:t>
      </w:r>
    </w:p>
    <w:p>
      <w:r>
        <w:t>25. 计算：-30 × 17 = ?</w:t>
      </w:r>
      <w:r>
        <w:br/>
        <w:t xml:space="preserve">    A. -517</w:t>
      </w:r>
      <w:r>
        <w:br/>
        <w:t xml:space="preserve">    B. -513</w:t>
      </w:r>
      <w:r>
        <w:br/>
        <w:t xml:space="preserve">    C. -510</w:t>
      </w:r>
      <w:r>
        <w:br/>
        <w:t xml:space="preserve">    D. -498</w:t>
      </w:r>
      <w:r>
        <w:br/>
        <w:t>【答案】C　【解析】按有理数运算法则计算，结果为-510。</w:t>
      </w:r>
    </w:p>
    <w:p>
      <w:r>
        <w:t>26. 计算：-16 + 1 = ?</w:t>
      </w:r>
      <w:r>
        <w:br/>
        <w:t xml:space="preserve">    A. -22</w:t>
      </w:r>
      <w:r>
        <w:br/>
        <w:t xml:space="preserve">    B. -16</w:t>
      </w:r>
      <w:r>
        <w:br/>
        <w:t xml:space="preserve">    C. -15</w:t>
      </w:r>
      <w:r>
        <w:br/>
        <w:t xml:space="preserve">    D. -9</w:t>
      </w:r>
      <w:r>
        <w:br/>
        <w:t>【答案】C　【解析】按有理数运算法则计算，结果为-15。</w:t>
      </w:r>
    </w:p>
    <w:p>
      <w:r>
        <w:t>27. 计算：64 ÷ 16 = ?</w:t>
      </w:r>
      <w:r>
        <w:br/>
        <w:t xml:space="preserve">    A. 2</w:t>
      </w:r>
      <w:r>
        <w:br/>
        <w:t xml:space="preserve">    B. 4</w:t>
      </w:r>
      <w:r>
        <w:br/>
        <w:t xml:space="preserve">    C. 8</w:t>
      </w:r>
      <w:r>
        <w:br/>
        <w:t xml:space="preserve">    D. 15</w:t>
      </w:r>
      <w:r>
        <w:br/>
        <w:t>【答案】B　【解析】按有理数运算法则计算，结果为4。</w:t>
      </w:r>
    </w:p>
    <w:p>
      <w:r>
        <w:t>28. 计算：16 - 4 = ?</w:t>
      </w:r>
      <w:r>
        <w:br/>
        <w:t xml:space="preserve">    A. 6</w:t>
      </w:r>
      <w:r>
        <w:br/>
        <w:t xml:space="preserve">    B. 8</w:t>
      </w:r>
      <w:r>
        <w:br/>
        <w:t xml:space="preserve">    C. 12</w:t>
      </w:r>
      <w:r>
        <w:br/>
        <w:t xml:space="preserve">    D. 22</w:t>
      </w:r>
      <w:r>
        <w:br/>
        <w:t>【答案】C　【解析】按有理数运算法则计算，结果为12。</w:t>
      </w:r>
    </w:p>
    <w:p>
      <w:r>
        <w:t>29. 计算：1 + 16 = ?</w:t>
      </w:r>
      <w:r>
        <w:br/>
        <w:t xml:space="preserve">    A. 13</w:t>
      </w:r>
      <w:r>
        <w:br/>
        <w:t xml:space="preserve">    B. 17</w:t>
      </w:r>
      <w:r>
        <w:br/>
        <w:t xml:space="preserve">    C. 20</w:t>
      </w:r>
      <w:r>
        <w:br/>
        <w:t xml:space="preserve">    D. 24</w:t>
      </w:r>
      <w:r>
        <w:br/>
        <w:t>【答案】B　【解析】按有理数运算法则计算，结果为17。</w:t>
      </w:r>
    </w:p>
    <w:p>
      <w:r>
        <w:t>30. 计算：-10 × 14 = ?</w:t>
      </w:r>
      <w:r>
        <w:br/>
        <w:t xml:space="preserve">    A. -145</w:t>
      </w:r>
      <w:r>
        <w:br/>
        <w:t xml:space="preserve">    B. -140</w:t>
      </w:r>
      <w:r>
        <w:br/>
        <w:t xml:space="preserve">    C. -137</w:t>
      </w:r>
      <w:r>
        <w:br/>
        <w:t xml:space="preserve">    D. -134</w:t>
      </w:r>
      <w:r>
        <w:br/>
        <w:t>【答案】B　【解析】按有理数运算法则计算，结果为-140。</w:t>
      </w:r>
    </w:p>
    <w:p>
      <w:r>
        <w:t>31. 计算：-6 × 8 = ?</w:t>
      </w:r>
      <w:r>
        <w:br/>
        <w:t xml:space="preserve">    A. -51</w:t>
      </w:r>
      <w:r>
        <w:br/>
        <w:t xml:space="preserve">    B. -49</w:t>
      </w:r>
      <w:r>
        <w:br/>
        <w:t xml:space="preserve">    C. -48</w:t>
      </w:r>
      <w:r>
        <w:br/>
        <w:t xml:space="preserve">    D. -43</w:t>
      </w:r>
      <w:r>
        <w:br/>
        <w:t>【答案】C　【解析】按有理数运算法则计算，结果为-48。</w:t>
      </w:r>
    </w:p>
    <w:p>
      <w:r>
        <w:t>32. 计算：-28 - 17 = ?</w:t>
      </w:r>
      <w:r>
        <w:br/>
        <w:t xml:space="preserve">    A. -54</w:t>
      </w:r>
      <w:r>
        <w:br/>
        <w:t xml:space="preserve">    B. -45</w:t>
      </w:r>
      <w:r>
        <w:br/>
        <w:t xml:space="preserve">    C. -42</w:t>
      </w:r>
      <w:r>
        <w:br/>
        <w:t xml:space="preserve">    D. -36</w:t>
      </w:r>
      <w:r>
        <w:br/>
        <w:t>【答案】B　【解析】按有理数运算法则计算，结果为-45。</w:t>
      </w:r>
    </w:p>
    <w:p>
      <w:r>
        <w:t>33. 计算：0 ÷ 14 = ?</w:t>
      </w:r>
      <w:r>
        <w:br/>
        <w:t xml:space="preserve">    A. -8</w:t>
      </w:r>
      <w:r>
        <w:br/>
        <w:t xml:space="preserve">    B. 0</w:t>
      </w:r>
      <w:r>
        <w:br/>
        <w:t xml:space="preserve">    C. 3</w:t>
      </w:r>
      <w:r>
        <w:br/>
        <w:t xml:space="preserve">    D. 9</w:t>
      </w:r>
      <w:r>
        <w:br/>
        <w:t>【答案】B　【解析】按有理数运算法则计算，结果为0。</w:t>
      </w:r>
    </w:p>
    <w:p>
      <w:r>
        <w:t>34. 计算：11 × 3 = ?</w:t>
      </w:r>
      <w:r>
        <w:br/>
        <w:t xml:space="preserve">    A. 26</w:t>
      </w:r>
      <w:r>
        <w:br/>
        <w:t xml:space="preserve">    B. 33</w:t>
      </w:r>
      <w:r>
        <w:br/>
        <w:t xml:space="preserve">    C. 35</w:t>
      </w:r>
      <w:r>
        <w:br/>
        <w:t xml:space="preserve">    D. 41</w:t>
      </w:r>
      <w:r>
        <w:br/>
        <w:t>【答案】B　【解析】按有理数运算法则计算，结果为33。</w:t>
      </w:r>
    </w:p>
    <w:p>
      <w:r>
        <w:t>35. 计算：-6 ÷ 6 = ?</w:t>
      </w:r>
      <w:r>
        <w:br/>
        <w:t xml:space="preserve">    A. -4</w:t>
      </w:r>
      <w:r>
        <w:br/>
        <w:t xml:space="preserve">    B. -1</w:t>
      </w:r>
      <w:r>
        <w:br/>
        <w:t xml:space="preserve">    C. 3</w:t>
      </w:r>
      <w:r>
        <w:br/>
        <w:t xml:space="preserve">    D. 7</w:t>
      </w:r>
      <w:r>
        <w:br/>
        <w:t>【答案】B　【解析】按有理数运算法则计算，结果为-1。</w:t>
      </w:r>
    </w:p>
    <w:p>
      <w:r>
        <w:t>36. 计算：24 - 3 = ?</w:t>
      </w:r>
      <w:r>
        <w:br/>
        <w:t xml:space="preserve">    A. 18</w:t>
      </w:r>
      <w:r>
        <w:br/>
        <w:t xml:space="preserve">    B. 21</w:t>
      </w:r>
      <w:r>
        <w:br/>
        <w:t xml:space="preserve">    C. 29</w:t>
      </w:r>
      <w:r>
        <w:br/>
        <w:t xml:space="preserve">    D. 30</w:t>
      </w:r>
      <w:r>
        <w:br/>
        <w:t>【答案】B　【解析】按有理数运算法则计算，结果为21。</w:t>
      </w:r>
    </w:p>
    <w:p>
      <w:r>
        <w:t>37. 计算：21 × 10 = ?</w:t>
      </w:r>
      <w:r>
        <w:br/>
        <w:t xml:space="preserve">    A. 208</w:t>
      </w:r>
      <w:r>
        <w:br/>
        <w:t xml:space="preserve">    B. 210</w:t>
      </w:r>
      <w:r>
        <w:br/>
        <w:t xml:space="preserve">    C. 217</w:t>
      </w:r>
      <w:r>
        <w:br/>
        <w:t xml:space="preserve">    D. 218</w:t>
      </w:r>
      <w:r>
        <w:br/>
        <w:t>【答案】B　【解析】按有理数运算法则计算，结果为210。</w:t>
      </w:r>
    </w:p>
    <w:p>
      <w:r>
        <w:t>38. 计算：29 - 1 = ?</w:t>
      </w:r>
      <w:r>
        <w:br/>
        <w:t xml:space="preserve">    A. 22</w:t>
      </w:r>
      <w:r>
        <w:br/>
        <w:t xml:space="preserve">    B. 23</w:t>
      </w:r>
      <w:r>
        <w:br/>
        <w:t xml:space="preserve">    C. 28</w:t>
      </w:r>
      <w:r>
        <w:br/>
        <w:t xml:space="preserve">    D. 40</w:t>
      </w:r>
      <w:r>
        <w:br/>
        <w:t>【答案】C　【解析】按有理数运算法则计算，结果为28。</w:t>
      </w:r>
    </w:p>
    <w:p>
      <w:r>
        <w:t>39. 计算：-30 + 11 = ?</w:t>
      </w:r>
      <w:r>
        <w:br/>
        <w:t xml:space="preserve">    A. -23</w:t>
      </w:r>
      <w:r>
        <w:br/>
        <w:t xml:space="preserve">    B. -19</w:t>
      </w:r>
      <w:r>
        <w:br/>
        <w:t xml:space="preserve">    C. -18</w:t>
      </w:r>
      <w:r>
        <w:br/>
        <w:t xml:space="preserve">    D. -8</w:t>
      </w:r>
      <w:r>
        <w:br/>
        <w:t>【答案】B　【解析】按有理数运算法则计算，结果为-19。</w:t>
      </w:r>
    </w:p>
    <w:p>
      <w:r>
        <w:t>40. 计算：20 + 20 = ?</w:t>
      </w:r>
      <w:r>
        <w:br/>
        <w:t xml:space="preserve">    A. 31</w:t>
      </w:r>
      <w:r>
        <w:br/>
        <w:t xml:space="preserve">    B. 33</w:t>
      </w:r>
      <w:r>
        <w:br/>
        <w:t xml:space="preserve">    C. 40</w:t>
      </w:r>
      <w:r>
        <w:br/>
        <w:t xml:space="preserve">    D. 47</w:t>
      </w:r>
      <w:r>
        <w:br/>
        <w:t>【答案】C　【解析】按有理数运算法则计算，结果为40。</w:t>
      </w:r>
    </w:p>
    <w:p>
      <w:r>
        <w:t>41. 下列各数中，最小的是（　）</w:t>
      </w:r>
      <w:r>
        <w:br/>
        <w:t xml:space="preserve">    A.-5</w:t>
      </w:r>
      <w:r>
        <w:br/>
        <w:t xml:space="preserve">    B.-1</w:t>
      </w:r>
      <w:r>
        <w:br/>
        <w:t xml:space="preserve">    C.0</w:t>
      </w:r>
      <w:r>
        <w:br/>
        <w:t xml:space="preserve">    D.3</w:t>
      </w:r>
      <w:r>
        <w:br/>
        <w:t>【答案】A　【解析】负数比0小，-5&lt;-1。</w:t>
      </w:r>
    </w:p>
    <w:p>
      <w:r>
        <w:t>42. 计算：(-2)+(-3)=（　）</w:t>
      </w:r>
      <w:r>
        <w:br/>
        <w:t xml:space="preserve">    A.-5</w:t>
      </w:r>
      <w:r>
        <w:br/>
        <w:t xml:space="preserve">    B.5</w:t>
      </w:r>
      <w:r>
        <w:br/>
        <w:t xml:space="preserve">    C.-1</w:t>
      </w:r>
      <w:r>
        <w:br/>
        <w:t xml:space="preserve">    D.1</w:t>
      </w:r>
      <w:r>
        <w:br/>
        <w:t>【答案】A　【解析】同号相加取负，2+3=5。</w:t>
      </w:r>
    </w:p>
    <w:p>
      <w:r>
        <w:t>43. 计算：(-12)÷(-4)=（　）</w:t>
      </w:r>
      <w:r>
        <w:br/>
        <w:t xml:space="preserve">    A.3</w:t>
      </w:r>
      <w:r>
        <w:br/>
        <w:t xml:space="preserve">    B.-3</w:t>
      </w:r>
      <w:r>
        <w:br/>
        <w:t xml:space="preserve">    C.48</w:t>
      </w:r>
      <w:r>
        <w:br/>
        <w:t xml:space="preserve">    D.-48</w:t>
      </w:r>
      <w:r>
        <w:br/>
        <w:t>【答案】A　【解析】同号相除得正，12÷4=3。</w:t>
      </w:r>
    </w:p>
    <w:p>
      <w:r>
        <w:t>44. 下列各式中，是单项式的是（　）</w:t>
      </w:r>
      <w:r>
        <w:br/>
        <w:t xml:space="preserve">    A.x+1</w:t>
      </w:r>
      <w:r>
        <w:br/>
        <w:t xml:space="preserve">    B.2a²b</w:t>
      </w:r>
      <w:r>
        <w:br/>
        <w:t xml:space="preserve">    C.x-y</w:t>
      </w:r>
      <w:r>
        <w:br/>
        <w:t xml:space="preserve">    D.1/x</w:t>
      </w:r>
      <w:r>
        <w:br/>
        <w:t>【答案】B　【解析】2a²b数字与字母乘积。</w:t>
      </w:r>
    </w:p>
    <w:p>
      <w:r>
        <w:t>45. 解方程：2x-6=0，x=（　）</w:t>
      </w:r>
      <w:r>
        <w:br/>
        <w:t xml:space="preserve">    A.2</w:t>
      </w:r>
      <w:r>
        <w:br/>
        <w:t xml:space="preserve">    B.3</w:t>
      </w:r>
      <w:r>
        <w:br/>
        <w:t xml:space="preserve">    C.-3</w:t>
      </w:r>
      <w:r>
        <w:br/>
        <w:t xml:space="preserve">    D.6</w:t>
      </w:r>
      <w:r>
        <w:br/>
        <w:t>【答案】B　【解析】2x=6，x=3。</w:t>
      </w:r>
    </w:p>
    <w:p>
      <w:r>
        <w:t>46. 下列各组中，是同类项的是（　）</w:t>
      </w:r>
      <w:r>
        <w:br/>
        <w:t xml:space="preserve">    A.x和y</w:t>
      </w:r>
      <w:r>
        <w:br/>
        <w:t xml:space="preserve">    B.3a和3b</w:t>
      </w:r>
      <w:r>
        <w:br/>
        <w:t xml:space="preserve">    C.2xy和-5xy</w:t>
      </w:r>
      <w:r>
        <w:br/>
        <w:t xml:space="preserve">    D.a²和a³</w:t>
      </w:r>
      <w:r>
        <w:br/>
        <w:t>【答案】C　【解析】所含字母相同且次数相同。</w:t>
      </w:r>
    </w:p>
    <w:p>
      <w:r>
        <w:t>47. 化简：2(a+b)-(a-b)=（　）</w:t>
      </w:r>
      <w:r>
        <w:br/>
        <w:t xml:space="preserve">    A.a+3b</w:t>
      </w:r>
      <w:r>
        <w:br/>
        <w:t xml:space="preserve">    B.3a+b</w:t>
      </w:r>
      <w:r>
        <w:br/>
        <w:t xml:space="preserve">    C.a+b</w:t>
      </w:r>
      <w:r>
        <w:br/>
        <w:t xml:space="preserve">    D.a-b</w:t>
      </w:r>
      <w:r>
        <w:br/>
        <w:t>【答案】A　【解析】2a+2b-a+b=a+3b。</w:t>
      </w:r>
    </w:p>
    <w:p>
      <w:r>
        <w:t>48. 数轴上的点A表示的数是-4，向右移动3个单位后是（　）</w:t>
      </w:r>
      <w:r>
        <w:br/>
        <w:t xml:space="preserve">    A.-1</w:t>
      </w:r>
      <w:r>
        <w:br/>
        <w:t xml:space="preserve">    B.-7</w:t>
      </w:r>
      <w:r>
        <w:br/>
        <w:t xml:space="preserve">    C.1</w:t>
      </w:r>
      <w:r>
        <w:br/>
        <w:t xml:space="preserve">    D.7</w:t>
      </w:r>
      <w:r>
        <w:br/>
        <w:t>【答案】A　【解析】-4+3=-1。</w:t>
      </w:r>
    </w:p>
    <w:p>
      <w:r>
        <w:t>49. 计算：(-1)²⁰²⁶=（　）</w:t>
      </w:r>
      <w:r>
        <w:br/>
        <w:t xml:space="preserve">    A.1</w:t>
      </w:r>
      <w:r>
        <w:br/>
        <w:t xml:space="preserve">    B.-1</w:t>
      </w:r>
      <w:r>
        <w:br/>
        <w:t xml:space="preserve">    C.2026</w:t>
      </w:r>
      <w:r>
        <w:br/>
        <w:t xml:space="preserve">    D.0</w:t>
      </w:r>
      <w:r>
        <w:br/>
        <w:t>【答案】A　【解析】偶次幂为正1。</w:t>
      </w:r>
    </w:p>
    <w:p>
      <w:r>
        <w:t>50. 某班有男生x人，女生比男生多2人，全班共（　）人</w:t>
      </w:r>
      <w:r>
        <w:br/>
        <w:t xml:space="preserve">    A.2x+2</w:t>
      </w:r>
      <w:r>
        <w:br/>
        <w:t xml:space="preserve">    B.2x-2</w:t>
      </w:r>
      <w:r>
        <w:br/>
        <w:t xml:space="preserve">    C.x+2</w:t>
      </w:r>
      <w:r>
        <w:br/>
        <w:t xml:space="preserve">    D.2(x+2)</w:t>
      </w:r>
      <w:r>
        <w:br/>
        <w:t>【答案】A　【解析】男生x女生x+2共2x+2。</w:t>
      </w:r>
    </w:p>
    <w:p>
      <w:r>
        <w:t>51. 方程3x-2=2x+1的解是（　）</w:t>
      </w:r>
      <w:r>
        <w:br/>
        <w:t xml:space="preserve">    A.3</w:t>
      </w:r>
      <w:r>
        <w:br/>
        <w:t xml:space="preserve">    B.-3</w:t>
      </w:r>
      <w:r>
        <w:br/>
        <w:t xml:space="preserve">    C.1</w:t>
      </w:r>
      <w:r>
        <w:br/>
        <w:t xml:space="preserve">    D.-1</w:t>
      </w:r>
      <w:r>
        <w:br/>
        <w:t>【答案】A　【解析】移项：3x-2x=1+2，x=3。</w:t>
      </w:r>
    </w:p>
    <w:p>
      <w:r>
        <w:t>52. |-7|等于（　）</w:t>
      </w:r>
      <w:r>
        <w:br/>
        <w:t xml:space="preserve">    A.7</w:t>
      </w:r>
      <w:r>
        <w:br/>
        <w:t xml:space="preserve">    B.-7</w:t>
      </w:r>
      <w:r>
        <w:br/>
        <w:t xml:space="preserve">    C.±7</w:t>
      </w:r>
      <w:r>
        <w:br/>
        <w:t xml:space="preserve">    D.0</w:t>
      </w:r>
      <w:r>
        <w:br/>
        <w:t>【答案】A　【解析】绝对值非负，|-7|=7。</w:t>
      </w:r>
    </w:p>
    <w:p>
      <w:r>
        <w:t>53. 下列计算正确的是（　）</w:t>
      </w:r>
      <w:r>
        <w:br/>
        <w:t xml:space="preserve">    A.(-3)×(-2)=6</w:t>
      </w:r>
      <w:r>
        <w:br/>
        <w:t xml:space="preserve">    B.(-3)×2=6</w:t>
      </w:r>
      <w:r>
        <w:br/>
        <w:t xml:space="preserve">    C.3-(-2)=-1</w:t>
      </w:r>
      <w:r>
        <w:br/>
        <w:t xml:space="preserve">    D.-6÷2=3</w:t>
      </w:r>
      <w:r>
        <w:br/>
        <w:t>【答案】A　【解析】负负得正，(-3)×(-2)=6。</w:t>
      </w:r>
    </w:p>
    <w:p>
      <w:r>
        <w:t>54. 若a²=16，则a=（　）</w:t>
      </w:r>
      <w:r>
        <w:br/>
        <w:t xml:space="preserve">    A.4</w:t>
      </w:r>
      <w:r>
        <w:br/>
        <w:t xml:space="preserve">    B.-4</w:t>
      </w:r>
      <w:r>
        <w:br/>
        <w:t xml:space="preserve">    C.±4</w:t>
      </w:r>
      <w:r>
        <w:br/>
        <w:t xml:space="preserve">    D.±16</w:t>
      </w:r>
      <w:r>
        <w:br/>
        <w:t>【答案】C　【解析】平方等于16的数有±4。</w:t>
      </w:r>
    </w:p>
    <w:p>
      <w:r>
        <w:t>55. 多项式2x²-x+3中常数项是（　）</w:t>
      </w:r>
      <w:r>
        <w:br/>
        <w:t xml:space="preserve">    A.2</w:t>
      </w:r>
      <w:r>
        <w:br/>
        <w:t xml:space="preserve">    B.-1</w:t>
      </w:r>
      <w:r>
        <w:br/>
        <w:t xml:space="preserve">    C.3</w:t>
      </w:r>
      <w:r>
        <w:br/>
        <w:t xml:space="preserve">    D.x</w:t>
      </w:r>
      <w:r>
        <w:br/>
        <w:t>【答案】C　【解析】常数项是不含字母的项3。</w:t>
      </w:r>
    </w:p>
    <w:p>
      <w:r>
        <w:t>56. 计算：-285 ÷ 15 = ?</w:t>
      </w:r>
      <w:r>
        <w:br/>
        <w:t xml:space="preserve">    A. -28</w:t>
      </w:r>
      <w:r>
        <w:br/>
        <w:t xml:space="preserve">    B. -26</w:t>
      </w:r>
      <w:r>
        <w:br/>
        <w:t xml:space="preserve">    C. -19</w:t>
      </w:r>
      <w:r>
        <w:br/>
        <w:t xml:space="preserve">    D. -11</w:t>
      </w:r>
      <w:r>
        <w:br/>
        <w:t>【答案】C　【解析】按有理数运算法则计算，结果为-19。</w:t>
      </w:r>
    </w:p>
    <w:p>
      <w:r>
        <w:t>57. 计算：21 - 5 = ?</w:t>
      </w:r>
      <w:r>
        <w:br/>
        <w:t xml:space="preserve">    A. 10</w:t>
      </w:r>
      <w:r>
        <w:br/>
        <w:t xml:space="preserve">    B. 16</w:t>
      </w:r>
      <w:r>
        <w:br/>
        <w:t xml:space="preserve">    C. 17</w:t>
      </w:r>
      <w:r>
        <w:br/>
        <w:t xml:space="preserve">    D. 22</w:t>
      </w:r>
      <w:r>
        <w:br/>
        <w:t>【答案】B　【解析】按有理数运算法则计算，结果为16。</w:t>
      </w:r>
    </w:p>
    <w:p>
      <w:r>
        <w:t>58. 计算：312 ÷ 12 = ?</w:t>
      </w:r>
      <w:r>
        <w:br/>
        <w:t xml:space="preserve">    A. 22</w:t>
      </w:r>
      <w:r>
        <w:br/>
        <w:t xml:space="preserve">    B. 26</w:t>
      </w:r>
      <w:r>
        <w:br/>
        <w:t xml:space="preserve">    C. 28</w:t>
      </w:r>
      <w:r>
        <w:br/>
        <w:t xml:space="preserve">    D. 29</w:t>
      </w:r>
      <w:r>
        <w:br/>
        <w:t>【答案】B　【解析】按有理数运算法则计算，结果为26。</w:t>
      </w:r>
    </w:p>
    <w:p>
      <w:r>
        <w:t>59. 计算：18 × 15 = ?</w:t>
      </w:r>
      <w:r>
        <w:br/>
        <w:t xml:space="preserve">    A. 261</w:t>
      </w:r>
      <w:r>
        <w:br/>
        <w:t xml:space="preserve">    B. 267</w:t>
      </w:r>
      <w:r>
        <w:br/>
        <w:t xml:space="preserve">    C. 270</w:t>
      </w:r>
      <w:r>
        <w:br/>
        <w:t xml:space="preserve">    D. 281</w:t>
      </w:r>
      <w:r>
        <w:br/>
        <w:t>【答案】C　【解析】按有理数运算法则计算，结果为270。</w:t>
      </w:r>
    </w:p>
    <w:p>
      <w:r>
        <w:t>60. 计算：21 + 6 = ?</w:t>
      </w:r>
      <w:r>
        <w:br/>
        <w:t xml:space="preserve">    A. 26</w:t>
      </w:r>
      <w:r>
        <w:br/>
        <w:t xml:space="preserve">    B. 27</w:t>
      </w:r>
      <w:r>
        <w:br/>
        <w:t xml:space="preserve">    C. 28</w:t>
      </w:r>
      <w:r>
        <w:br/>
        <w:t xml:space="preserve">    D. 29</w:t>
      </w:r>
      <w:r>
        <w:br/>
        <w:t>【答案】B　【解析】按有理数运算法则计算，结果为27。</w:t>
      </w:r>
    </w:p>
    <w:p>
      <w:r>
        <w:t>61. 计算：8 - 11 = ?</w:t>
      </w:r>
      <w:r>
        <w:br/>
        <w:t xml:space="preserve">    A. -7</w:t>
      </w:r>
      <w:r>
        <w:br/>
        <w:t xml:space="preserve">    B. -3</w:t>
      </w:r>
      <w:r>
        <w:br/>
        <w:t xml:space="preserve">    C. -2</w:t>
      </w:r>
      <w:r>
        <w:br/>
        <w:t xml:space="preserve">    D. 8</w:t>
      </w:r>
      <w:r>
        <w:br/>
        <w:t>【答案】B　【解析】按有理数运算法则计算，结果为-3。</w:t>
      </w:r>
    </w:p>
    <w:p>
      <w:r>
        <w:t>62. 计算：-17 - 15 = ?</w:t>
      </w:r>
      <w:r>
        <w:br/>
        <w:t xml:space="preserve">    A. -40</w:t>
      </w:r>
      <w:r>
        <w:br/>
        <w:t xml:space="preserve">    B. -34</w:t>
      </w:r>
      <w:r>
        <w:br/>
        <w:t xml:space="preserve">    C. -32</w:t>
      </w:r>
      <w:r>
        <w:br/>
        <w:t xml:space="preserve">    D. -23</w:t>
      </w:r>
      <w:r>
        <w:br/>
        <w:t>【答案】C　【解析】按有理数运算法则计算，结果为-32。</w:t>
      </w:r>
    </w:p>
    <w:p>
      <w:r>
        <w:t>63. 计算：-18 × 8 = ?</w:t>
      </w:r>
      <w:r>
        <w:br/>
        <w:t xml:space="preserve">    A. -150</w:t>
      </w:r>
      <w:r>
        <w:br/>
        <w:t xml:space="preserve">    B. -144</w:t>
      </w:r>
      <w:r>
        <w:br/>
        <w:t xml:space="preserve">    C. -142</w:t>
      </w:r>
      <w:r>
        <w:br/>
        <w:t xml:space="preserve">    D. -140</w:t>
      </w:r>
      <w:r>
        <w:br/>
        <w:t>【答案】B　【解析】按有理数运算法则计算，结果为-144。</w:t>
      </w:r>
    </w:p>
    <w:p>
      <w:pPr>
        <w:pStyle w:val="Heading1"/>
      </w:pPr>
      <w:r>
        <w:t>二、填空题</w:t>
      </w:r>
    </w:p>
    <w:p>
      <w:r>
        <w:t>64. -3的相反数是____，绝对值是____。</w:t>
      </w:r>
    </w:p>
    <w:p>
      <w:r>
        <w:t xml:space="preserve">    【答案】3、3　【解析】相反数是符号相反的数，绝对值是非负距离。</w:t>
      </w:r>
    </w:p>
    <w:p>
      <w:r>
        <w:t>65. 温度从5℃下降8℃后是____℃。</w:t>
      </w:r>
    </w:p>
    <w:p>
      <w:r>
        <w:t xml:space="preserve">    【答案】-3　【解析】5-8=-3。</w:t>
      </w:r>
    </w:p>
    <w:p>
      <w:r>
        <w:t>66. 数轴上表示-2的点到原点的距离是____。</w:t>
      </w:r>
    </w:p>
    <w:p>
      <w:r>
        <w:t xml:space="preserve">    【答案】2　【解析】|-2|=2。</w:t>
      </w:r>
    </w:p>
    <w:p>
      <w:r>
        <w:t>67. 单项式-3x²y的系数是____，次数是____。</w:t>
      </w:r>
    </w:p>
    <w:p>
      <w:r>
        <w:t xml:space="preserve">    【答案】-3、3　【解析】系数-3，次数2+1=3。</w:t>
      </w:r>
    </w:p>
    <w:p>
      <w:r>
        <w:t>68. 合并同类项：3a+2a=____。</w:t>
      </w:r>
    </w:p>
    <w:p>
      <w:r>
        <w:t xml:space="preserve">    【答案】5a　【解析】同类项合并系数相加。</w:t>
      </w:r>
    </w:p>
    <w:p>
      <w:r>
        <w:t>69. 方程2x+3=7的解是x=____。</w:t>
      </w:r>
    </w:p>
    <w:p>
      <w:r>
        <w:t xml:space="preserve">    【答案】2　【解析】2x=4，x=2。</w:t>
      </w:r>
    </w:p>
    <w:p>
      <w:r>
        <w:t>70. 比-1小2的数是____。</w:t>
      </w:r>
    </w:p>
    <w:p>
      <w:r>
        <w:t xml:space="preserve">    【答案】-3　【解析】-1-2=-3。</w:t>
      </w:r>
    </w:p>
    <w:p>
      <w:r>
        <w:t>71. (a-b)+(b-a)=____。</w:t>
      </w:r>
    </w:p>
    <w:p>
      <w:r>
        <w:t xml:space="preserve">    【答案】0　【解析】互为相反数的和为零。</w:t>
      </w:r>
    </w:p>
    <w:p>
      <w:r>
        <w:t>72. 已知|x|=5，则x=____。</w:t>
      </w:r>
    </w:p>
    <w:p>
      <w:r>
        <w:t xml:space="preserve">    【答案】±5　【解析】绝对值等于5的数有5和-5。</w:t>
      </w:r>
    </w:p>
    <w:p>
      <w:r>
        <w:t>73. 多项式3x²-2x+1是____次____项式。</w:t>
      </w:r>
    </w:p>
    <w:p>
      <w:r>
        <w:t xml:space="preserve">    【答案】二、三　【解析】最高次2次，共3项。</w:t>
      </w:r>
    </w:p>
    <w:p>
      <w:r>
        <w:t>74. 解方程：3(x-1)=6，x=____。</w:t>
      </w:r>
    </w:p>
    <w:p>
      <w:r>
        <w:t xml:space="preserve">    【答案】3　【解析】x-1=2，x=3。</w:t>
      </w:r>
    </w:p>
    <w:p>
      <w:r>
        <w:t>75. -2³的值为____。</w:t>
      </w:r>
    </w:p>
    <w:p>
      <w:r>
        <w:t xml:space="preserve">    【答案】-8　【解析】-2³=-（2×2×2）=-8。</w:t>
      </w:r>
    </w:p>
    <w:p>
      <w:r>
        <w:t>76. 化简：5x-(3x-2)=____。</w:t>
      </w:r>
    </w:p>
    <w:p>
      <w:r>
        <w:t xml:space="preserve">    【答案】2x+2　【解析】去括号：5x-3x+2。</w:t>
      </w:r>
    </w:p>
    <w:p>
      <w:r>
        <w:t>77. 若a+b=0，则a与b互为____。</w:t>
      </w:r>
    </w:p>
    <w:p>
      <w:r>
        <w:t xml:space="preserve">    【答案】相反数　【解析】和为0的两数互为相反数。</w:t>
      </w:r>
    </w:p>
    <w:p>
      <w:r>
        <w:t>78. 某商品原价a元，打八折后售价____元。</w:t>
      </w:r>
    </w:p>
    <w:p>
      <w:r>
        <w:t xml:space="preserve">    【答案】0.8a　【解析】a×0.8=0.8a。</w:t>
      </w:r>
    </w:p>
    <w:p>
      <w:pPr>
        <w:pStyle w:val="Heading1"/>
      </w:pPr>
      <w:r>
        <w:t>三、判断题</w:t>
      </w:r>
    </w:p>
    <w:p>
      <w:r>
        <w:t>79. 正数和负数统称为有理数。</w:t>
      </w:r>
    </w:p>
    <w:p>
      <w:r>
        <w:t xml:space="preserve">    【答案】错　【解析】有理数还包括0。</w:t>
      </w:r>
    </w:p>
    <w:p>
      <w:r>
        <w:t>80. 两个负数比较大小，绝对值大的反而小。</w:t>
      </w:r>
    </w:p>
    <w:p>
      <w:r>
        <w:t xml:space="preserve">    【答案】对　【解析】负数绝对值大数值小。</w:t>
      </w:r>
    </w:p>
    <w:p>
      <w:r>
        <w:t>81. 单项式一定是整式。</w:t>
      </w:r>
    </w:p>
    <w:p>
      <w:r>
        <w:t xml:space="preserve">    【答案】对　【解析】单项式属于整式。</w:t>
      </w:r>
    </w:p>
    <w:p>
      <w:r>
        <w:t>82. 方程的解就是使方程成立的未知数的值。</w:t>
      </w:r>
    </w:p>
    <w:p>
      <w:r>
        <w:t xml:space="preserve">    【答案】对　【解析】解的定义。</w:t>
      </w:r>
    </w:p>
    <w:p>
      <w:r>
        <w:t>83. -(-2)等于-2。</w:t>
      </w:r>
    </w:p>
    <w:p>
      <w:r>
        <w:t xml:space="preserve">    【答案】错　【解析】-(-2)=2。</w:t>
      </w:r>
    </w:p>
    <w:p>
      <w:r>
        <w:t>84. 多项式是单项式的和。</w:t>
      </w:r>
    </w:p>
    <w:p>
      <w:r>
        <w:t xml:space="preserve">    【答案】对　【解析】多项式的定义。</w:t>
      </w:r>
    </w:p>
    <w:p>
      <w:r>
        <w:t>85. 绝对值等于本身的数只有正数。</w:t>
      </w:r>
    </w:p>
    <w:p>
      <w:r>
        <w:t xml:space="preserve">    【答案】错　【解析】还有0。</w:t>
      </w:r>
    </w:p>
    <w:p>
      <w:r>
        <w:t>86. 移项要变号。</w:t>
      </w:r>
    </w:p>
    <w:p>
      <w:r>
        <w:t xml:space="preserve">    【答案】对　【解析】移项法则。</w:t>
      </w:r>
    </w:p>
    <w:p>
      <w:r>
        <w:t>87. 0没有相反数。</w:t>
      </w:r>
    </w:p>
    <w:p>
      <w:r>
        <w:t xml:space="preserve">    【答案】错　【解析】0的相反数是0。</w:t>
      </w:r>
    </w:p>
    <w:p>
      <w:r>
        <w:t>88. 两个数的和一定大于每一个加数。</w:t>
      </w:r>
    </w:p>
    <w:p>
      <w:r>
        <w:t xml:space="preserve">    【答案】错　【解析】如5+(-3)=2&lt;5。</w:t>
      </w:r>
    </w:p>
    <w:p>
      <w:r>
        <w:t>89. 同号两数相乘，积为正。</w:t>
      </w:r>
    </w:p>
    <w:p>
      <w:r>
        <w:t xml:space="preserve">    【答案】对　【解析】同号得正。</w:t>
      </w:r>
    </w:p>
    <w:p>
      <w:r>
        <w:t>90. 含有未知数的等式叫方程。</w:t>
      </w:r>
    </w:p>
    <w:p>
      <w:r>
        <w:t xml:space="preserve">    【答案】对　【解析】方程定义。</w:t>
      </w:r>
    </w:p>
    <w:p>
      <w:pPr>
        <w:pStyle w:val="Heading1"/>
      </w:pPr>
      <w:r>
        <w:t>五、解答题（应用题）</w:t>
      </w:r>
    </w:p>
    <w:p>
      <w:r>
        <w:t>91. 一辆汽车从甲地开往乙地，每小时行驶60千米，行驶x小时后距乙地还有y千米，甲乙两地相距多少千米？</w:t>
      </w:r>
    </w:p>
    <w:p>
      <w:r>
        <w:t xml:space="preserve">    【参考答案】60x+y（千米）</w:t>
      </w:r>
    </w:p>
    <w:p>
      <w:r>
        <w:t xml:space="preserve">    【解析】已行驶60x千米，加剩余y千米。</w:t>
      </w:r>
    </w:p>
    <w:p>
      <w:r>
        <w:t>92. 某校七年级有男生240人，比女生多40人，女生有多少人？</w:t>
      </w:r>
    </w:p>
    <w:p>
      <w:r>
        <w:t xml:space="preserve">    【参考答案】200人</w:t>
      </w:r>
    </w:p>
    <w:p>
      <w:r>
        <w:t xml:space="preserve">    【解析】240-40=200。</w:t>
      </w:r>
    </w:p>
    <w:p>
      <w:r>
        <w:t>93. 解方程：2(x+3)=16</w:t>
      </w:r>
    </w:p>
    <w:p>
      <w:r>
        <w:t xml:space="preserve">    【参考答案】x=5</w:t>
      </w:r>
    </w:p>
    <w:p>
      <w:r>
        <w:t xml:space="preserve">    【解析】x+3=8，x=5。</w:t>
      </w:r>
    </w:p>
    <w:p>
      <w:r>
        <w:t>94. 计算：(1/2 - 1/3) × 12</w:t>
      </w:r>
    </w:p>
    <w:p>
      <w:r>
        <w:t xml:space="preserve">    【参考答案】2</w:t>
      </w:r>
    </w:p>
    <w:p>
      <w:r>
        <w:t xml:space="preserve">    【解析】1/2-1/3=1/6，1/6×12=2。</w:t>
      </w:r>
    </w:p>
    <w:p>
      <w:r>
        <w:t>95. 商店进一批货成本共a元，卖出后盈利20%，售价共多少元？</w:t>
      </w:r>
    </w:p>
    <w:p>
      <w:r>
        <w:t xml:space="preserve">    【参考答案】1.2a元</w:t>
      </w:r>
    </w:p>
    <w:p>
      <w:r>
        <w:t xml:space="preserve">    【解析】成本×(1+20%)。</w:t>
      </w:r>
    </w:p>
    <w:p>
      <w:r>
        <w:t>96. 数轴上，表示-3和4的两点之间的距离是多少？</w:t>
      </w:r>
    </w:p>
    <w:p>
      <w:r>
        <w:t xml:space="preserve">    【参考答案】7</w:t>
      </w:r>
    </w:p>
    <w:p>
      <w:r>
        <w:t xml:space="preserve">    【解析】4-(-3)=7。</w:t>
      </w:r>
    </w:p>
    <w:p>
      <w:r>
        <w:t>97. 解方程：3x-1=2x+5</w:t>
      </w:r>
    </w:p>
    <w:p>
      <w:r>
        <w:t xml:space="preserve">    【参考答案】x=6</w:t>
      </w:r>
    </w:p>
    <w:p>
      <w:r>
        <w:t xml:space="preserve">    【解析】移项：3x-2x=5+1，x=6。</w:t>
      </w:r>
    </w:p>
    <w:p>
      <w:r>
        <w:t>98. 化简求值：3a²-2a²+a，其中a=2</w:t>
      </w:r>
    </w:p>
    <w:p>
      <w:r>
        <w:t xml:space="preserve">    【参考答案】6</w:t>
      </w:r>
    </w:p>
    <w:p>
      <w:r>
        <w:t xml:space="preserve">    【解析】原式=a²+a=4+2=6。</w:t>
      </w:r>
    </w:p>
    <w:p>
      <w:r>
        <w:t>99. 一件夹克按成本价提高40%后标价，又按标价的八折出售，售价为168元，成本价是多少？</w:t>
      </w:r>
    </w:p>
    <w:p>
      <w:r>
        <w:t xml:space="preserve">    【参考答案】150元</w:t>
      </w:r>
    </w:p>
    <w:p>
      <w:r>
        <w:t xml:space="preserve">    【解析】设成本x，x×1.4×0.8=168，x=150。</w:t>
      </w:r>
    </w:p>
    <w:p>
      <w:r>
        <w:t>100. 有理数a、b、c在数轴上对应位置如图所示（简图略），若a=-2，b=1，c=4，求a+b+c的值</w:t>
      </w:r>
    </w:p>
    <w:p>
      <w:r>
        <w:t xml:space="preserve">    【参考答案】3</w:t>
      </w:r>
    </w:p>
    <w:p>
      <w:r>
        <w:t xml:space="preserve">    【解析】-2+1+4=3。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