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七年级英语上册期中测试卷（100题完整版）</w:t>
      </w:r>
    </w:p>
    <w:p>
      <w:r>
        <w:t>满分100分，时间90分钟。本卷为完整版，共100题，含单项选择、词汇填空、句型转换、完形填空、阅读理解判断，全部带答案和解析，可直接打印练习。</w:t>
      </w:r>
    </w:p>
    <w:p>
      <w:pPr>
        <w:pStyle w:val="Heading1"/>
      </w:pPr>
      <w:r>
        <w:t>一、单项选择题</w:t>
      </w:r>
    </w:p>
    <w:p>
      <w:r>
        <w:t>1. I ____ a student. My name ____ Tom.</w:t>
      </w:r>
      <w:r>
        <w:br/>
        <w:t xml:space="preserve">    A.am; is</w:t>
      </w:r>
      <w:r>
        <w:br/>
        <w:t xml:space="preserve">    B.is; am</w:t>
      </w:r>
      <w:r>
        <w:br/>
        <w:t xml:space="preserve">    C.am; am</w:t>
      </w:r>
      <w:r>
        <w:br/>
        <w:t xml:space="preserve">    D.is; is</w:t>
      </w:r>
      <w:r>
        <w:br/>
        <w:t>【答案】A　【解析】主语I用am，My name单数用is。</w:t>
      </w:r>
    </w:p>
    <w:p>
      <w:r>
        <w:t>2. This is ____ apple. ____ apple is red.</w:t>
      </w:r>
      <w:r>
        <w:br/>
        <w:t xml:space="preserve">    A.a; The</w:t>
      </w:r>
      <w:r>
        <w:br/>
        <w:t xml:space="preserve">    B.an; The</w:t>
      </w:r>
      <w:r>
        <w:br/>
        <w:t xml:space="preserve">    C.an; A</w:t>
      </w:r>
      <w:r>
        <w:br/>
        <w:t xml:space="preserve">    D.the; An</w:t>
      </w:r>
      <w:r>
        <w:br/>
        <w:t>【答案】B　【解析】apple以元音音素开头用an，再次提到用the。</w:t>
      </w:r>
    </w:p>
    <w:p>
      <w:r>
        <w:t>3. —____ are you? —I'm twelve.</w:t>
      </w:r>
      <w:r>
        <w:br/>
        <w:t xml:space="preserve">    A.How</w:t>
      </w:r>
      <w:r>
        <w:br/>
        <w:t xml:space="preserve">    B.How old</w:t>
      </w:r>
      <w:r>
        <w:br/>
        <w:t xml:space="preserve">    C.What</w:t>
      </w:r>
      <w:r>
        <w:br/>
        <w:t xml:space="preserve">    D.Who</w:t>
      </w:r>
      <w:r>
        <w:br/>
        <w:t>【答案】B　【解析】问年龄用How old。</w:t>
      </w:r>
    </w:p>
    <w:p>
      <w:r>
        <w:t>4. Look! The cat is ____ the chair.</w:t>
      </w:r>
      <w:r>
        <w:br/>
        <w:t xml:space="preserve">    A.in</w:t>
      </w:r>
      <w:r>
        <w:br/>
        <w:t xml:space="preserve">    B.on</w:t>
      </w:r>
      <w:r>
        <w:br/>
        <w:t xml:space="preserve">    C.at</w:t>
      </w:r>
      <w:r>
        <w:br/>
        <w:t xml:space="preserve">    D.of</w:t>
      </w:r>
      <w:r>
        <w:br/>
        <w:t>【答案】B　【解析】在椅子上用on。</w:t>
      </w:r>
    </w:p>
    <w:p>
      <w:r>
        <w:t>5. These are my ____.</w:t>
      </w:r>
      <w:r>
        <w:br/>
        <w:t xml:space="preserve">    A.book</w:t>
      </w:r>
      <w:r>
        <w:br/>
        <w:t xml:space="preserve">    B.books</w:t>
      </w:r>
      <w:r>
        <w:br/>
        <w:t xml:space="preserve">    C.bookes</w:t>
      </w:r>
      <w:r>
        <w:br/>
        <w:t xml:space="preserve">    D.a book</w:t>
      </w:r>
      <w:r>
        <w:br/>
        <w:t>【答案】B　【解析】these复数，用books。</w:t>
      </w:r>
    </w:p>
    <w:p>
      <w:r>
        <w:t>6. She ____ from China.</w:t>
      </w:r>
      <w:r>
        <w:br/>
        <w:t xml:space="preserve">    A.come</w:t>
      </w:r>
      <w:r>
        <w:br/>
        <w:t xml:space="preserve">    B.comes</w:t>
      </w:r>
      <w:r>
        <w:br/>
        <w:t xml:space="preserve">    C.coming</w:t>
      </w:r>
      <w:r>
        <w:br/>
        <w:t xml:space="preserve">    D.to come</w:t>
      </w:r>
      <w:r>
        <w:br/>
        <w:t>【答案】B　【解析】主语三单，动词加s。</w:t>
      </w:r>
    </w:p>
    <w:p>
      <w:r>
        <w:t>7. —Is that your eraser? —____. It's his.</w:t>
      </w:r>
      <w:r>
        <w:br/>
        <w:t xml:space="preserve">    A.Yes, it is</w:t>
      </w:r>
      <w:r>
        <w:br/>
        <w:t xml:space="preserve">    B.No, it isn't</w:t>
      </w:r>
      <w:r>
        <w:br/>
        <w:t xml:space="preserve">    C.Yes, it isn't</w:t>
      </w:r>
      <w:r>
        <w:br/>
        <w:t xml:space="preserve">    D.No, it is</w:t>
      </w:r>
      <w:r>
        <w:br/>
        <w:t>【答案】B　【解析】It's his说明不是我的，用否定。</w:t>
      </w:r>
    </w:p>
    <w:p>
      <w:r>
        <w:t>8. We ____ in the same class.</w:t>
      </w:r>
      <w:r>
        <w:br/>
        <w:t xml:space="preserve">    A.am</w:t>
      </w:r>
      <w:r>
        <w:br/>
        <w:t xml:space="preserve">    B.is</w:t>
      </w:r>
      <w:r>
        <w:br/>
        <w:t xml:space="preserve">    C.are</w:t>
      </w:r>
      <w:r>
        <w:br/>
        <w:t xml:space="preserve">    D.be</w:t>
      </w:r>
      <w:r>
        <w:br/>
        <w:t>【答案】C　【解析】We复数用are。</w:t>
      </w:r>
    </w:p>
    <w:p>
      <w:r>
        <w:t>9. ____ he like apples? —Yes, he ____.</w:t>
      </w:r>
      <w:r>
        <w:br/>
        <w:t xml:space="preserve">    A.Do; does</w:t>
      </w:r>
      <w:r>
        <w:br/>
        <w:t xml:space="preserve">    B.Does; does</w:t>
      </w:r>
      <w:r>
        <w:br/>
        <w:t xml:space="preserve">    C.Do; do</w:t>
      </w:r>
      <w:r>
        <w:br/>
        <w:t xml:space="preserve">    D.Does; do</w:t>
      </w:r>
      <w:r>
        <w:br/>
        <w:t>【答案】B　【解析】主语he三单，疑问用Does，回答用does。</w:t>
      </w:r>
    </w:p>
    <w:p>
      <w:r>
        <w:t>10. My father and mother ____ teachers.</w:t>
      </w:r>
      <w:r>
        <w:br/>
        <w:t xml:space="preserve">    A.am</w:t>
      </w:r>
      <w:r>
        <w:br/>
        <w:t xml:space="preserve">    B.is</w:t>
      </w:r>
      <w:r>
        <w:br/>
        <w:t xml:space="preserve">    C.are</w:t>
      </w:r>
      <w:r>
        <w:br/>
        <w:t xml:space="preserve">    D.be</w:t>
      </w:r>
      <w:r>
        <w:br/>
        <w:t>【答案】C　【解析】父母两人是复数，用are。</w:t>
      </w:r>
    </w:p>
    <w:p>
      <w:r>
        <w:t>11. —What's this in English? —It's ____ ID card.</w:t>
      </w:r>
      <w:r>
        <w:br/>
        <w:t xml:space="preserve">    A.a</w:t>
      </w:r>
      <w:r>
        <w:br/>
        <w:t xml:space="preserve">    B.an</w:t>
      </w:r>
      <w:r>
        <w:br/>
        <w:t xml:space="preserve">    C.the</w:t>
      </w:r>
      <w:r>
        <w:br/>
        <w:t xml:space="preserve">    D./</w:t>
      </w:r>
      <w:r>
        <w:br/>
        <w:t>【答案】B　【解析】ID以元音音素开头用an。</w:t>
      </w:r>
    </w:p>
    <w:p>
      <w:r>
        <w:t>12. I like basketball. It's ____.</w:t>
      </w:r>
      <w:r>
        <w:br/>
        <w:t xml:space="preserve">    A.fun</w:t>
      </w:r>
      <w:r>
        <w:br/>
        <w:t xml:space="preserve">    B.boring</w:t>
      </w:r>
      <w:r>
        <w:br/>
        <w:t xml:space="preserve">    C.difficult</w:t>
      </w:r>
      <w:r>
        <w:br/>
        <w:t xml:space="preserve">    D.bad</w:t>
      </w:r>
      <w:r>
        <w:br/>
        <w:t>【答案】A　【解析】喜欢说明有趣fun。</w:t>
      </w:r>
    </w:p>
    <w:p>
      <w:r>
        <w:t>13. —____ is your schoolbag? —It's on the desk.</w:t>
      </w:r>
      <w:r>
        <w:br/>
        <w:t xml:space="preserve">    A.What</w:t>
      </w:r>
      <w:r>
        <w:br/>
        <w:t xml:space="preserve">    B.Where</w:t>
      </w:r>
      <w:r>
        <w:br/>
        <w:t xml:space="preserve">    C.Who</w:t>
      </w:r>
      <w:r>
        <w:br/>
        <w:t xml:space="preserve">    D.How</w:t>
      </w:r>
      <w:r>
        <w:br/>
        <w:t>【答案】B　【解析】问地点用Where。</w:t>
      </w:r>
    </w:p>
    <w:p>
      <w:r>
        <w:t>14. Tom ____ TV every evening.</w:t>
      </w:r>
      <w:r>
        <w:br/>
        <w:t xml:space="preserve">    A.watch</w:t>
      </w:r>
      <w:r>
        <w:br/>
        <w:t xml:space="preserve">    B.watches</w:t>
      </w:r>
      <w:r>
        <w:br/>
        <w:t xml:space="preserve">    C.watching</w:t>
      </w:r>
      <w:r>
        <w:br/>
        <w:t xml:space="preserve">    D.watchs</w:t>
      </w:r>
      <w:r>
        <w:br/>
        <w:t>【答案】B　【解析】三单动词watch加es。</w:t>
      </w:r>
    </w:p>
    <w:p>
      <w:r>
        <w:t>15. Let's ____ soccer after school.</w:t>
      </w:r>
      <w:r>
        <w:br/>
        <w:t xml:space="preserve">    A.play</w:t>
      </w:r>
      <w:r>
        <w:br/>
        <w:t xml:space="preserve">    B.plays</w:t>
      </w:r>
      <w:r>
        <w:br/>
        <w:t xml:space="preserve">    C.playing</w:t>
      </w:r>
      <w:r>
        <w:br/>
        <w:t xml:space="preserve">    D.to play</w:t>
      </w:r>
      <w:r>
        <w:br/>
        <w:t>【答案】A　【解析】Let's后接动词原形。</w:t>
      </w:r>
    </w:p>
    <w:p>
      <w:r>
        <w:t>16. —What color is it? —It's ____.</w:t>
      </w:r>
      <w:r>
        <w:br/>
        <w:t xml:space="preserve">    A.an orange</w:t>
      </w:r>
      <w:r>
        <w:br/>
        <w:t xml:space="preserve">    B.orange</w:t>
      </w:r>
      <w:r>
        <w:br/>
        <w:t xml:space="preserve">    C.oranges</w:t>
      </w:r>
      <w:r>
        <w:br/>
        <w:t xml:space="preserve">    D.the orange</w:t>
      </w:r>
      <w:r>
        <w:br/>
        <w:t>【答案】B　【解析】颜色前不加a/an，用orange表示橙色。</w:t>
      </w:r>
    </w:p>
    <w:p>
      <w:r>
        <w:t>17. My sister ____ a nice doll.</w:t>
      </w:r>
      <w:r>
        <w:br/>
        <w:t xml:space="preserve">    A.have</w:t>
      </w:r>
      <w:r>
        <w:br/>
        <w:t xml:space="preserve">    B.has</w:t>
      </w:r>
      <w:r>
        <w:br/>
        <w:t xml:space="preserve">    C.having</w:t>
      </w:r>
      <w:r>
        <w:br/>
        <w:t xml:space="preserve">    D.haves</w:t>
      </w:r>
      <w:r>
        <w:br/>
        <w:t>【答案】B　【解析】三单主语用has。</w:t>
      </w:r>
    </w:p>
    <w:p>
      <w:r>
        <w:t>18. ____ are my grandparents.</w:t>
      </w:r>
      <w:r>
        <w:br/>
        <w:t xml:space="preserve">    A.This</w:t>
      </w:r>
      <w:r>
        <w:br/>
        <w:t xml:space="preserve">    B.That</w:t>
      </w:r>
      <w:r>
        <w:br/>
        <w:t xml:space="preserve">    C.These</w:t>
      </w:r>
      <w:r>
        <w:br/>
        <w:t xml:space="preserve">    D.It</w:t>
      </w:r>
      <w:r>
        <w:br/>
        <w:t>【答案】C　【解析】复数主语用These。</w:t>
      </w:r>
    </w:p>
    <w:p>
      <w:r>
        <w:t>19. I go to school ____ 7:30 ____ the morning.</w:t>
      </w:r>
      <w:r>
        <w:br/>
        <w:t xml:space="preserve">    A.at; in</w:t>
      </w:r>
      <w:r>
        <w:br/>
        <w:t xml:space="preserve">    B.in; at</w:t>
      </w:r>
      <w:r>
        <w:br/>
        <w:t xml:space="preserve">    C.at; on</w:t>
      </w:r>
      <w:r>
        <w:br/>
        <w:t xml:space="preserve">    D.on; at</w:t>
      </w:r>
      <w:r>
        <w:br/>
        <w:t>【答案】A　【解析】具体时刻用at，在上午用in the morning。</w:t>
      </w:r>
    </w:p>
    <w:p>
      <w:r>
        <w:t>20. —Thank you very much! —____.</w:t>
      </w:r>
      <w:r>
        <w:br/>
        <w:t xml:space="preserve">    A.That's right</w:t>
      </w:r>
      <w:r>
        <w:br/>
        <w:t xml:space="preserve">    B.You're welcome</w:t>
      </w:r>
      <w:r>
        <w:br/>
        <w:t xml:space="preserve">    C.That's all</w:t>
      </w:r>
      <w:r>
        <w:br/>
        <w:t xml:space="preserve">    D.Sure</w:t>
      </w:r>
      <w:r>
        <w:br/>
        <w:t>【答案】B　【解析】回答感谢用You're welcome。</w:t>
      </w:r>
    </w:p>
    <w:p>
      <w:r>
        <w:t>21. My name is Lucy. I'm ____ Class Two.</w:t>
      </w:r>
      <w:r>
        <w:br/>
        <w:t xml:space="preserve">    A.on</w:t>
      </w:r>
      <w:r>
        <w:br/>
        <w:t xml:space="preserve">    B.in</w:t>
      </w:r>
      <w:r>
        <w:br/>
        <w:t xml:space="preserve">    C.at</w:t>
      </w:r>
      <w:r>
        <w:br/>
        <w:t xml:space="preserve">    D.of</w:t>
      </w:r>
      <w:r>
        <w:br/>
        <w:t>【答案】B　【解析】在班级用in。</w:t>
      </w:r>
    </w:p>
    <w:p>
      <w:r>
        <w:t>22. —____ you from Beijing? —No, I'm from Shanghai.</w:t>
      </w:r>
      <w:r>
        <w:br/>
        <w:t xml:space="preserve">    A.Am</w:t>
      </w:r>
      <w:r>
        <w:br/>
        <w:t xml:space="preserve">    B.Is</w:t>
      </w:r>
      <w:r>
        <w:br/>
        <w:t xml:space="preserve">    C.Are</w:t>
      </w:r>
      <w:r>
        <w:br/>
        <w:t xml:space="preserve">    D.Be</w:t>
      </w:r>
      <w:r>
        <w:br/>
        <w:t>【答案】C　【解析】you用Are。</w:t>
      </w:r>
    </w:p>
    <w:p>
      <w:r>
        <w:t>23. We have math ____ Monday and Friday.</w:t>
      </w:r>
      <w:r>
        <w:br/>
        <w:t xml:space="preserve">    A.in</w:t>
      </w:r>
      <w:r>
        <w:br/>
        <w:t xml:space="preserve">    B.at</w:t>
      </w:r>
      <w:r>
        <w:br/>
        <w:t xml:space="preserve">    C.on</w:t>
      </w:r>
      <w:r>
        <w:br/>
        <w:t xml:space="preserve">    D.for</w:t>
      </w:r>
      <w:r>
        <w:br/>
        <w:t>【答案】C　【解析】星期前用on。</w:t>
      </w:r>
    </w:p>
    <w:p>
      <w:r>
        <w:t>24. —Does she like music? —____. She likes art.</w:t>
      </w:r>
      <w:r>
        <w:br/>
        <w:t xml:space="preserve">    A.Yes, she does</w:t>
      </w:r>
      <w:r>
        <w:br/>
        <w:t xml:space="preserve">    B.No, she doesn't</w:t>
      </w:r>
      <w:r>
        <w:br/>
        <w:t xml:space="preserve">    C.Yes, she is</w:t>
      </w:r>
      <w:r>
        <w:br/>
        <w:t xml:space="preserve">    D.No, she isn't</w:t>
      </w:r>
      <w:r>
        <w:br/>
        <w:t>【答案】B　【解析】她喜欢美术，说明不喜欢音乐。</w:t>
      </w:r>
    </w:p>
    <w:p>
      <w:r>
        <w:t>25. I can ____ English well.</w:t>
      </w:r>
      <w:r>
        <w:br/>
        <w:t xml:space="preserve">    A.speak</w:t>
      </w:r>
      <w:r>
        <w:br/>
        <w:t xml:space="preserve">    B.say</w:t>
      </w:r>
      <w:r>
        <w:br/>
        <w:t xml:space="preserve">    C.talk</w:t>
      </w:r>
      <w:r>
        <w:br/>
        <w:t xml:space="preserve">    D.tell</w:t>
      </w:r>
      <w:r>
        <w:br/>
        <w:t>【答案】A　【解析】说某种语言用speak。</w:t>
      </w:r>
    </w:p>
    <w:p>
      <w:r>
        <w:t>26. My uncle works in a hospital. He is a ____.</w:t>
      </w:r>
      <w:r>
        <w:br/>
        <w:t xml:space="preserve">    A.teacher</w:t>
      </w:r>
      <w:r>
        <w:br/>
        <w:t xml:space="preserve">    B.doctor</w:t>
      </w:r>
      <w:r>
        <w:br/>
        <w:t xml:space="preserve">    C.cook</w:t>
      </w:r>
      <w:r>
        <w:br/>
        <w:t xml:space="preserve">    D.farmer</w:t>
      </w:r>
      <w:r>
        <w:br/>
        <w:t>【答案】B　【解析】在医院工作的是医生。</w:t>
      </w:r>
    </w:p>
    <w:p>
      <w:r>
        <w:t>27. —____ your name? —My name is Jack.</w:t>
      </w:r>
      <w:r>
        <w:br/>
        <w:t xml:space="preserve">    A.What</w:t>
      </w:r>
      <w:r>
        <w:br/>
        <w:t xml:space="preserve">    B.What's</w:t>
      </w:r>
      <w:r>
        <w:br/>
        <w:t xml:space="preserve">    C.How's</w:t>
      </w:r>
      <w:r>
        <w:br/>
        <w:t xml:space="preserve">    D.Who's</w:t>
      </w:r>
      <w:r>
        <w:br/>
        <w:t>【答案】B　【解析】问名字用What's your name。</w:t>
      </w:r>
    </w:p>
    <w:p>
      <w:r>
        <w:t>28. These books are ____. They are my friends'.</w:t>
      </w:r>
      <w:r>
        <w:br/>
        <w:t xml:space="preserve">    A.I</w:t>
      </w:r>
      <w:r>
        <w:br/>
        <w:t xml:space="preserve">    B.me</w:t>
      </w:r>
      <w:r>
        <w:br/>
        <w:t xml:space="preserve">    C.mine</w:t>
      </w:r>
      <w:r>
        <w:br/>
        <w:t xml:space="preserve">    D.my</w:t>
      </w:r>
      <w:r>
        <w:br/>
        <w:t>【答案】C　【解析】名词性物主代词mine。</w:t>
      </w:r>
    </w:p>
    <w:p>
      <w:r>
        <w:t>29. —Is this your ruler? —No, it's not ____. It's Mary's.</w:t>
      </w:r>
      <w:r>
        <w:br/>
        <w:t xml:space="preserve">    A.my</w:t>
      </w:r>
      <w:r>
        <w:br/>
        <w:t xml:space="preserve">    B.mine</w:t>
      </w:r>
      <w:r>
        <w:br/>
        <w:t xml:space="preserve">    C.me</w:t>
      </w:r>
      <w:r>
        <w:br/>
        <w:t xml:space="preserve">    D.I</w:t>
      </w:r>
      <w:r>
        <w:br/>
        <w:t>【答案】B　【解析】表语用名词性物主代词mine。</w:t>
      </w:r>
    </w:p>
    <w:p>
      <w:r>
        <w:t>30. The girl ____ red is my cousin.</w:t>
      </w:r>
      <w:r>
        <w:br/>
        <w:t xml:space="preserve">    A.in</w:t>
      </w:r>
      <w:r>
        <w:br/>
        <w:t xml:space="preserve">    B.on</w:t>
      </w:r>
      <w:r>
        <w:br/>
        <w:t xml:space="preserve">    C.at</w:t>
      </w:r>
      <w:r>
        <w:br/>
        <w:t xml:space="preserve">    D.with</w:t>
      </w:r>
      <w:r>
        <w:br/>
        <w:t>【答案】A　【解析】穿着红色衣服用in。</w:t>
      </w:r>
    </w:p>
    <w:p>
      <w:r>
        <w:t>31. We should ____ our parents.</w:t>
      </w:r>
      <w:r>
        <w:br/>
        <w:t xml:space="preserve">    A.help</w:t>
      </w:r>
      <w:r>
        <w:br/>
        <w:t xml:space="preserve">    B.helps</w:t>
      </w:r>
      <w:r>
        <w:br/>
        <w:t xml:space="preserve">    C.helping</w:t>
      </w:r>
      <w:r>
        <w:br/>
        <w:t xml:space="preserve">    D.to help</w:t>
      </w:r>
      <w:r>
        <w:br/>
        <w:t>【答案】A　【解析】should后接动词原形。</w:t>
      </w:r>
    </w:p>
    <w:p>
      <w:r>
        <w:t>32. —What time do you get up? —I get up ____ six.</w:t>
      </w:r>
      <w:r>
        <w:br/>
        <w:t xml:space="preserve">    A.at</w:t>
      </w:r>
      <w:r>
        <w:br/>
        <w:t xml:space="preserve">    B.in</w:t>
      </w:r>
      <w:r>
        <w:br/>
        <w:t xml:space="preserve">    C.on</w:t>
      </w:r>
      <w:r>
        <w:br/>
        <w:t xml:space="preserve">    D.to</w:t>
      </w:r>
      <w:r>
        <w:br/>
        <w:t>【答案】A　【解析】具体时刻用at。</w:t>
      </w:r>
    </w:p>
    <w:p>
      <w:r>
        <w:t>33. Her birthday is ____ October.</w:t>
      </w:r>
      <w:r>
        <w:br/>
        <w:t xml:space="preserve">    A.in</w:t>
      </w:r>
      <w:r>
        <w:br/>
        <w:t xml:space="preserve">    B.at</w:t>
      </w:r>
      <w:r>
        <w:br/>
        <w:t xml:space="preserve">    C.on</w:t>
      </w:r>
      <w:r>
        <w:br/>
        <w:t xml:space="preserve">    D.for</w:t>
      </w:r>
      <w:r>
        <w:br/>
        <w:t>【答案】A　【解析】月份前用in。</w:t>
      </w:r>
    </w:p>
    <w:p>
      <w:r>
        <w:t>34. —____ are these shoes? —They're 100 yuan.</w:t>
      </w:r>
      <w:r>
        <w:br/>
        <w:t xml:space="preserve">    A.How much</w:t>
      </w:r>
      <w:r>
        <w:br/>
        <w:t xml:space="preserve">    B.How many</w:t>
      </w:r>
      <w:r>
        <w:br/>
        <w:t xml:space="preserve">    C.What</w:t>
      </w:r>
      <w:r>
        <w:br/>
        <w:t xml:space="preserve">    D.Where</w:t>
      </w:r>
      <w:r>
        <w:br/>
        <w:t>【答案】A　【解析】问价格用How much。</w:t>
      </w:r>
    </w:p>
    <w:p>
      <w:r>
        <w:t>35. I'd like some ____, please.</w:t>
      </w:r>
      <w:r>
        <w:br/>
        <w:t xml:space="preserve">    A.orange juice</w:t>
      </w:r>
      <w:r>
        <w:br/>
        <w:t xml:space="preserve">    B.orange juices</w:t>
      </w:r>
      <w:r>
        <w:br/>
        <w:t xml:space="preserve">    C.juices</w:t>
      </w:r>
      <w:r>
        <w:br/>
        <w:t xml:space="preserve">    D.a juice</w:t>
      </w:r>
      <w:r>
        <w:br/>
        <w:t>【答案】A　【解析】橙汁不可数，用some+单数。</w:t>
      </w:r>
    </w:p>
    <w:p>
      <w:r>
        <w:t>36. The store sells clothes ____ good prices.</w:t>
      </w:r>
      <w:r>
        <w:br/>
        <w:t xml:space="preserve">    A.in</w:t>
      </w:r>
      <w:r>
        <w:br/>
        <w:t xml:space="preserve">    B.at</w:t>
      </w:r>
      <w:r>
        <w:br/>
        <w:t xml:space="preserve">    C.on</w:t>
      </w:r>
      <w:r>
        <w:br/>
        <w:t xml:space="preserve">    D.for</w:t>
      </w:r>
      <w:r>
        <w:br/>
        <w:t>【答案】B　【解析】at good prices以优惠的价格。</w:t>
      </w:r>
    </w:p>
    <w:p>
      <w:r>
        <w:t>37. —Let's play volleyball. —____.</w:t>
      </w:r>
      <w:r>
        <w:br/>
        <w:t xml:space="preserve">    A.That sounds good</w:t>
      </w:r>
      <w:r>
        <w:br/>
        <w:t xml:space="preserve">    B.That sounds well</w:t>
      </w:r>
      <w:r>
        <w:br/>
        <w:t xml:space="preserve">    C.Yes, I do</w:t>
      </w:r>
      <w:r>
        <w:br/>
        <w:t xml:space="preserve">    D.No, I don't</w:t>
      </w:r>
      <w:r>
        <w:br/>
        <w:t>【答案】A　【解析】sounds为系动词后接形容词good。</w:t>
      </w:r>
    </w:p>
    <w:p>
      <w:r>
        <w:t>38. My favorite ____ is math because it's interesting.</w:t>
      </w:r>
      <w:r>
        <w:br/>
        <w:t xml:space="preserve">    A.food</w:t>
      </w:r>
      <w:r>
        <w:br/>
        <w:t xml:space="preserve">    B.subject</w:t>
      </w:r>
      <w:r>
        <w:br/>
        <w:t xml:space="preserve">    C.sport</w:t>
      </w:r>
      <w:r>
        <w:br/>
        <w:t xml:space="preserve">    D.color</w:t>
      </w:r>
      <w:r>
        <w:br/>
        <w:t>【答案】B　【解析】数学是学科subject。</w:t>
      </w:r>
    </w:p>
    <w:p>
      <w:r>
        <w:t>39. I have lunch at school ____ noon.</w:t>
      </w:r>
      <w:r>
        <w:br/>
        <w:t xml:space="preserve">    A.in</w:t>
      </w:r>
      <w:r>
        <w:br/>
        <w:t xml:space="preserve">    B.at</w:t>
      </w:r>
      <w:r>
        <w:br/>
        <w:t xml:space="preserve">    C.on</w:t>
      </w:r>
      <w:r>
        <w:br/>
        <w:t xml:space="preserve">    D.for</w:t>
      </w:r>
      <w:r>
        <w:br/>
        <w:t>【答案】B　【解析】at noon在中午。</w:t>
      </w:r>
    </w:p>
    <w:p>
      <w:r>
        <w:t>40. —How's the weather today? —It's ____.</w:t>
      </w:r>
      <w:r>
        <w:br/>
        <w:t xml:space="preserve">    A.sunny</w:t>
      </w:r>
      <w:r>
        <w:br/>
        <w:t xml:space="preserve">    B.sun</w:t>
      </w:r>
      <w:r>
        <w:br/>
        <w:t xml:space="preserve">    C.suns</w:t>
      </w:r>
      <w:r>
        <w:br/>
        <w:t xml:space="preserve">    D.sunny day</w:t>
      </w:r>
      <w:r>
        <w:br/>
        <w:t>【答案】A　【解析】天气用形容词sunny。</w:t>
      </w:r>
    </w:p>
    <w:p>
      <w:r>
        <w:t>41. The students are ____ an English class now.</w:t>
      </w:r>
      <w:r>
        <w:br/>
        <w:t xml:space="preserve">    A.in</w:t>
      </w:r>
      <w:r>
        <w:br/>
        <w:t xml:space="preserve">    B.at</w:t>
      </w:r>
      <w:r>
        <w:br/>
        <w:t xml:space="preserve">    C.on</w:t>
      </w:r>
      <w:r>
        <w:br/>
        <w:t xml:space="preserve">    D.of</w:t>
      </w:r>
      <w:r>
        <w:br/>
        <w:t>【答案】A　【解析】在上课in a class。</w:t>
      </w:r>
    </w:p>
    <w:p>
      <w:r>
        <w:t>42. —Can you swim? —____. I can dance, too.</w:t>
      </w:r>
      <w:r>
        <w:br/>
        <w:t xml:space="preserve">    A.Yes, I can</w:t>
      </w:r>
      <w:r>
        <w:br/>
        <w:t xml:space="preserve">    B.No, I can't</w:t>
      </w:r>
      <w:r>
        <w:br/>
        <w:t xml:space="preserve">    C.Yes, I do</w:t>
      </w:r>
      <w:r>
        <w:br/>
        <w:t xml:space="preserve">    D.No, I don't</w:t>
      </w:r>
      <w:r>
        <w:br/>
        <w:t>【答案】A　【解析】会游泳用can回答。</w:t>
      </w:r>
    </w:p>
    <w:p>
      <w:r>
        <w:t>43. I want ____ a teacher when I grow up.</w:t>
      </w:r>
      <w:r>
        <w:br/>
        <w:t xml:space="preserve">    A.be</w:t>
      </w:r>
      <w:r>
        <w:br/>
        <w:t xml:space="preserve">    B.to be</w:t>
      </w:r>
      <w:r>
        <w:br/>
        <w:t xml:space="preserve">    C.being</w:t>
      </w:r>
      <w:r>
        <w:br/>
        <w:t xml:space="preserve">    D.am</w:t>
      </w:r>
      <w:r>
        <w:br/>
        <w:t>【答案】B　【解析】want to do sth想要做某事。</w:t>
      </w:r>
    </w:p>
    <w:p>
      <w:r>
        <w:t>44. The pen is ____. Please give it back to her.</w:t>
      </w:r>
      <w:r>
        <w:br/>
        <w:t xml:space="preserve">    A.hers</w:t>
      </w:r>
      <w:r>
        <w:br/>
        <w:t xml:space="preserve">    B.her</w:t>
      </w:r>
      <w:r>
        <w:br/>
        <w:t xml:space="preserve">    C.she</w:t>
      </w:r>
      <w:r>
        <w:br/>
        <w:t xml:space="preserve">    D.him</w:t>
      </w:r>
      <w:r>
        <w:br/>
        <w:t>【答案】A　【解析】是她的用名词性物主代词hers。</w:t>
      </w:r>
    </w:p>
    <w:p>
      <w:r>
        <w:t>45. —____ do you like English? —Because it's interesting.</w:t>
      </w:r>
      <w:r>
        <w:br/>
        <w:t xml:space="preserve">    A.What</w:t>
      </w:r>
      <w:r>
        <w:br/>
        <w:t xml:space="preserve">    B.Why</w:t>
      </w:r>
      <w:r>
        <w:br/>
        <w:t xml:space="preserve">    C.When</w:t>
      </w:r>
      <w:r>
        <w:br/>
        <w:t xml:space="preserve">    D.Where</w:t>
      </w:r>
      <w:r>
        <w:br/>
        <w:t>【答案】B　【解析】问原因用Why。</w:t>
      </w:r>
    </w:p>
    <w:p>
      <w:r>
        <w:t>46. He usually ____ to school by bus.</w:t>
      </w:r>
      <w:r>
        <w:br/>
        <w:t xml:space="preserve">    A.go</w:t>
      </w:r>
      <w:r>
        <w:br/>
        <w:t xml:space="preserve">    B.goes</w:t>
      </w:r>
      <w:r>
        <w:br/>
        <w:t xml:space="preserve">    C.going</w:t>
      </w:r>
      <w:r>
        <w:br/>
        <w:t xml:space="preserve">    D.to go</w:t>
      </w:r>
      <w:r>
        <w:br/>
        <w:t>【答案】B　【解析】三单主语goes。</w:t>
      </w:r>
    </w:p>
    <w:p>
      <w:r>
        <w:t>47. There ____ some milk in the glass.</w:t>
      </w:r>
      <w:r>
        <w:br/>
        <w:t xml:space="preserve">    A.is</w:t>
      </w:r>
      <w:r>
        <w:br/>
        <w:t xml:space="preserve">    B.are</w:t>
      </w:r>
      <w:r>
        <w:br/>
        <w:t xml:space="preserve">    C.be</w:t>
      </w:r>
      <w:r>
        <w:br/>
        <w:t xml:space="preserve">    D.am</w:t>
      </w:r>
      <w:r>
        <w:br/>
        <w:t>【答案】A　【解析】milk不可数用is。</w:t>
      </w:r>
    </w:p>
    <w:p>
      <w:r>
        <w:t>48. —Happy birthday to you! —____.</w:t>
      </w:r>
      <w:r>
        <w:br/>
        <w:t xml:space="preserve">    A.The same to you</w:t>
      </w:r>
      <w:r>
        <w:br/>
        <w:t xml:space="preserve">    B.Thank you</w:t>
      </w:r>
      <w:r>
        <w:br/>
        <w:t xml:space="preserve">    C.You're welcome</w:t>
      </w:r>
      <w:r>
        <w:br/>
        <w:t xml:space="preserve">    D.That's OK</w:t>
      </w:r>
      <w:r>
        <w:br/>
        <w:t>【答案】B　【解析】收到祝福回答Thank you。</w:t>
      </w:r>
    </w:p>
    <w:p>
      <w:r>
        <w:t>49. My brother likes playing ____ piano.</w:t>
      </w:r>
      <w:r>
        <w:br/>
        <w:t xml:space="preserve">    A.a</w:t>
      </w:r>
      <w:r>
        <w:br/>
        <w:t xml:space="preserve">    B.the</w:t>
      </w:r>
      <w:r>
        <w:br/>
        <w:t xml:space="preserve">    C./</w:t>
      </w:r>
      <w:r>
        <w:br/>
        <w:t xml:space="preserve">    D.an</w:t>
      </w:r>
      <w:r>
        <w:br/>
        <w:t>【答案】B　【解析】乐器前加the。</w:t>
      </w:r>
    </w:p>
    <w:p>
      <w:r>
        <w:t>50. Look at the photo. This is a photo ____ my family.</w:t>
      </w:r>
      <w:r>
        <w:br/>
        <w:t xml:space="preserve">    A.of</w:t>
      </w:r>
      <w:r>
        <w:br/>
        <w:t xml:space="preserve">    B.in</w:t>
      </w:r>
      <w:r>
        <w:br/>
        <w:t xml:space="preserve">    C.on</w:t>
      </w:r>
      <w:r>
        <w:br/>
        <w:t xml:space="preserve">    D.at</w:t>
      </w:r>
      <w:r>
        <w:br/>
        <w:t>【答案】A　【解析】a photo of一张……的照片。</w:t>
      </w:r>
    </w:p>
    <w:p>
      <w:pPr>
        <w:pStyle w:val="Heading1"/>
      </w:pPr>
      <w:r>
        <w:t>二、填空题</w:t>
      </w:r>
    </w:p>
    <w:p>
      <w:r>
        <w:t>51. My parents ______ (be) teachers. (用be动词填空)</w:t>
      </w:r>
    </w:p>
    <w:p>
      <w:r>
        <w:t xml:space="preserve">    【答案】are　【解析】parents复数用are。</w:t>
      </w:r>
    </w:p>
    <w:p>
      <w:r>
        <w:t>52. She ______ (have) a soccer ball.</w:t>
      </w:r>
    </w:p>
    <w:p>
      <w:r>
        <w:t xml:space="preserve">    【答案】has　【解析】三单主语用has。</w:t>
      </w:r>
    </w:p>
    <w:p>
      <w:r>
        <w:t>53. Let me ______ (help) you.</w:t>
      </w:r>
    </w:p>
    <w:p>
      <w:r>
        <w:t xml:space="preserve">    【答案】help　【解析】let后接动词原形。</w:t>
      </w:r>
    </w:p>
    <w:p>
      <w:r>
        <w:t>54. These are ______ (they) books.</w:t>
      </w:r>
    </w:p>
    <w:p>
      <w:r>
        <w:t xml:space="preserve">    【答案】their　【解析】修饰名词用形容词性物主代词their。</w:t>
      </w:r>
    </w:p>
    <w:p>
      <w:r>
        <w:t>55. I like ______ (tomato) very much.</w:t>
      </w:r>
    </w:p>
    <w:p>
      <w:r>
        <w:t xml:space="preserve">    【答案】tomatoes　【解析】tomato复数加es。</w:t>
      </w:r>
    </w:p>
    <w:p>
      <w:r>
        <w:t>56. Tom ______ (not like) oranges.</w:t>
      </w:r>
    </w:p>
    <w:p>
      <w:r>
        <w:t xml:space="preserve">    【答案】doesn't like　【解析】三单否定用doesn't+原形。</w:t>
      </w:r>
    </w:p>
    <w:p>
      <w:r>
        <w:t>57. Where ______ (be) your keys?</w:t>
      </w:r>
    </w:p>
    <w:p>
      <w:r>
        <w:t xml:space="preserve">    【答案】are　【解析】keys复数用are。</w:t>
      </w:r>
    </w:p>
    <w:p>
      <w:r>
        <w:t>58. The bag is on the ______ (teacher) desk.</w:t>
      </w:r>
    </w:p>
    <w:p>
      <w:r>
        <w:t xml:space="preserve">    【答案】teacher's　【解析】名词所有格teacher's。</w:t>
      </w:r>
    </w:p>
    <w:p>
      <w:r>
        <w:t>59. He does his homework ______ (one) every day.</w:t>
      </w:r>
    </w:p>
    <w:p>
      <w:r>
        <w:t xml:space="preserve">    【答案】first　【解析】one的序数词first。</w:t>
      </w:r>
    </w:p>
    <w:p>
      <w:r>
        <w:t>60. March is the ______ (three) month of a year.</w:t>
      </w:r>
    </w:p>
    <w:p>
      <w:r>
        <w:t xml:space="preserve">    【答案】third　【解析】three的序数词third。</w:t>
      </w:r>
    </w:p>
    <w:p>
      <w:r>
        <w:t>61. I want to buy two ______ (box) of apples.</w:t>
      </w:r>
    </w:p>
    <w:p>
      <w:r>
        <w:t xml:space="preserve">    【答案】boxes　【解析】box复数加es。</w:t>
      </w:r>
    </w:p>
    <w:p>
      <w:r>
        <w:t>62. This is ______ (Lucy) schoolbag.</w:t>
      </w:r>
    </w:p>
    <w:p>
      <w:r>
        <w:t xml:space="preserve">    【答案】Lucy's　【解析】人名所有格加's。</w:t>
      </w:r>
    </w:p>
    <w:p>
      <w:r>
        <w:t>63. My sister is a ______ (music). She likes singing.</w:t>
      </w:r>
    </w:p>
    <w:p>
      <w:r>
        <w:t xml:space="preserve">    【答案】musician　【解析】音乐家musician。</w:t>
      </w:r>
    </w:p>
    <w:p>
      <w:r>
        <w:t>64. How many ______ (day) are there in a week?</w:t>
      </w:r>
    </w:p>
    <w:p>
      <w:r>
        <w:t xml:space="preserve">    【答案】days　【解析】how many后接可数名词复数。</w:t>
      </w:r>
    </w:p>
    <w:p>
      <w:r>
        <w:t>65. The story is very ______ (interest).</w:t>
      </w:r>
    </w:p>
    <w:p>
      <w:r>
        <w:t xml:space="preserve">    【答案】interesting　【解析】形容故事有趣interesting。</w:t>
      </w:r>
    </w:p>
    <w:p>
      <w:r>
        <w:t>66. Look! The boys ______ (play) basketball.</w:t>
      </w:r>
    </w:p>
    <w:p>
      <w:r>
        <w:t xml:space="preserve">    【答案】are playing　【解析】look提示现在进行时。</w:t>
      </w:r>
    </w:p>
    <w:p>
      <w:r>
        <w:t>67. He ______ (watch) TV at 8:00 every evening.</w:t>
      </w:r>
    </w:p>
    <w:p>
      <w:r>
        <w:t xml:space="preserve">    【答案】watches　【解析】三单加es。</w:t>
      </w:r>
    </w:p>
    <w:p>
      <w:r>
        <w:t>68. This is my ______ (one) time to visit Beijing.</w:t>
      </w:r>
    </w:p>
    <w:p>
      <w:r>
        <w:t xml:space="preserve">    【答案】first　【解析】序数词first。</w:t>
      </w:r>
    </w:p>
    <w:p>
      <w:r>
        <w:t>69. The shoes are nice. I'll take ______ (they).</w:t>
      </w:r>
    </w:p>
    <w:p>
      <w:r>
        <w:t xml:space="preserve">    【答案】them　【解析】动词后宾格them。</w:t>
      </w:r>
    </w:p>
    <w:p>
      <w:r>
        <w:t>70. My birthday is on the ______ (five) of May.</w:t>
      </w:r>
    </w:p>
    <w:p>
      <w:r>
        <w:t xml:space="preserve">    【答案】fifth　【解析】five的序数词fifth。</w:t>
      </w:r>
    </w:p>
    <w:p>
      <w:pPr>
        <w:pStyle w:val="Heading1"/>
      </w:pPr>
      <w:r>
        <w:t>三、判断题</w:t>
      </w:r>
    </w:p>
    <w:p>
      <w:r>
        <w:t>71. Tom gets up at six thirty every day.</w:t>
      </w:r>
    </w:p>
    <w:p>
      <w:r>
        <w:t xml:space="preserve">    【答案】对　【解析】文中He gets up at six thirty every day。</w:t>
      </w:r>
    </w:p>
    <w:p>
      <w:r>
        <w:t>72. Tom goes to school by bus.</w:t>
      </w:r>
    </w:p>
    <w:p>
      <w:r>
        <w:t xml:space="preserve">    【答案】错　【解析】文中He goes to school on foot步行。</w:t>
      </w:r>
    </w:p>
    <w:p>
      <w:r>
        <w:t>73. Tom has four classes in the morning.</w:t>
      </w:r>
    </w:p>
    <w:p>
      <w:r>
        <w:t xml:space="preserve">    【答案】对　【解析】文中He has four classes in the morning。</w:t>
      </w:r>
    </w:p>
    <w:p>
      <w:r>
        <w:t>74. Tom has lunch at home at noon.</w:t>
      </w:r>
    </w:p>
    <w:p>
      <w:r>
        <w:t xml:space="preserve">    【答案】错　【解析】文中At noon he has lunch at school在学校。</w:t>
      </w:r>
    </w:p>
    <w:p>
      <w:r>
        <w:t>75. Tom goes to bed at ten.</w:t>
      </w:r>
    </w:p>
    <w:p>
      <w:r>
        <w:t xml:space="preserve">    【答案】对　【解析】文中He goes to bed at nine。错——注意：原文goes to bed at nine，所以此题答案为错</w:t>
      </w:r>
    </w:p>
    <w:p>
      <w:r>
        <w:t>76. Last Sunday I went to the park.</w:t>
      </w:r>
    </w:p>
    <w:p>
      <w:r>
        <w:t xml:space="preserve">    【答案】错　【解析】文中went to the zoo去动物园。</w:t>
      </w:r>
    </w:p>
    <w:p>
      <w:r>
        <w:t>77. The pandas were very cute.</w:t>
      </w:r>
    </w:p>
    <w:p>
      <w:r>
        <w:t xml:space="preserve">    【答案】对　【解析】文中They were very cute。</w:t>
      </w:r>
    </w:p>
    <w:p>
      <w:r>
        <w:t>78. A panda was eating bamboo.</w:t>
      </w:r>
    </w:p>
    <w:p>
      <w:r>
        <w:t xml:space="preserve">    【答案】对　【解析】文中A panda was eating bamboo。</w:t>
      </w:r>
    </w:p>
    <w:p>
      <w:r>
        <w:t>79. The elephants could play basketball.</w:t>
      </w:r>
    </w:p>
    <w:p>
      <w:r>
        <w:t xml:space="preserve">    【答案】对　【解析】文中The elephants could play basketball。</w:t>
      </w:r>
    </w:p>
    <w:p>
      <w:r>
        <w:t>80. We were sad that day.</w:t>
      </w:r>
    </w:p>
    <w:p>
      <w:r>
        <w:t xml:space="preserve">    【答案】错　【解析】文中We were very happy很开心。</w:t>
      </w:r>
    </w:p>
    <w:p>
      <w:pPr>
        <w:pStyle w:val="Heading1"/>
      </w:pPr>
      <w:r>
        <w:t>五、简答与应用题</w:t>
      </w:r>
    </w:p>
    <w:p>
      <w:r>
        <w:t>81. I am a student. （改为一般疑问句）</w:t>
      </w:r>
    </w:p>
    <w:p>
      <w:r>
        <w:t xml:space="preserve">    【参考答案】Are you a student?</w:t>
      </w:r>
    </w:p>
    <w:p>
      <w:r>
        <w:t xml:space="preserve">    【解析】be动词提前，I变you。</w:t>
      </w:r>
    </w:p>
    <w:p>
      <w:r>
        <w:t>82. He likes music. （改为否定句）</w:t>
      </w:r>
    </w:p>
    <w:p>
      <w:r>
        <w:t xml:space="preserve">    【参考答案】He doesn't like music.</w:t>
      </w:r>
    </w:p>
    <w:p>
      <w:r>
        <w:t xml:space="preserve">    【解析】三单否定用doesn't+原形。</w:t>
      </w:r>
    </w:p>
    <w:p>
      <w:r>
        <w:t>83. These are oranges. （改为单数句）</w:t>
      </w:r>
    </w:p>
    <w:p>
      <w:r>
        <w:t xml:space="preserve">    【参考答案】This is an orange.</w:t>
      </w:r>
    </w:p>
    <w:p>
      <w:r>
        <w:t xml:space="preserve">    【解析】复数变单数，are变is。</w:t>
      </w:r>
    </w:p>
    <w:p>
      <w:r>
        <w:t>84. She can dance. （改为一般疑问句）</w:t>
      </w:r>
    </w:p>
    <w:p>
      <w:r>
        <w:t xml:space="preserve">    【参考答案】Can she dance?</w:t>
      </w:r>
    </w:p>
    <w:p>
      <w:r>
        <w:t xml:space="preserve">    【解析】can提前。</w:t>
      </w:r>
    </w:p>
    <w:p>
      <w:r>
        <w:t>85. My father is 40. （对划线部分提问）</w:t>
      </w:r>
    </w:p>
    <w:p>
      <w:r>
        <w:t xml:space="preserve">    【参考答案】How old is your father?</w:t>
      </w:r>
    </w:p>
    <w:p>
      <w:r>
        <w:t xml:space="preserve">    【解析】问年龄用How old。</w:t>
      </w:r>
    </w:p>
    <w:p>
      <w:r>
        <w:t>86. I go to school at seven. （对划线部分提问）</w:t>
      </w:r>
    </w:p>
    <w:p>
      <w:r>
        <w:t xml:space="preserve">    【参考答案】What time do you go to school?</w:t>
      </w:r>
    </w:p>
    <w:p>
      <w:r>
        <w:t xml:space="preserve">    【解析】问时间用What time。</w:t>
      </w:r>
    </w:p>
    <w:p>
      <w:r>
        <w:t>87. There is some milk in the glass. （改为否定句）</w:t>
      </w:r>
    </w:p>
    <w:p>
      <w:r>
        <w:t xml:space="preserve">    【参考答案】There isn't any milk in the glass.</w:t>
      </w:r>
    </w:p>
    <w:p>
      <w:r>
        <w:t xml:space="preserve">    【解析】否定用isn't any。</w:t>
      </w:r>
    </w:p>
    <w:p>
      <w:r>
        <w:t>88. They have a new car. （改为一般疑问句）</w:t>
      </w:r>
    </w:p>
    <w:p>
      <w:r>
        <w:t xml:space="preserve">    【参考答案】Do they have a new car?</w:t>
      </w:r>
    </w:p>
    <w:p>
      <w:r>
        <w:t xml:space="preserve">    【解析】实义动词用Do提问。</w:t>
      </w:r>
    </w:p>
    <w:p>
      <w:r>
        <w:t>89. The book is on the desk. （对划线部分提问）</w:t>
      </w:r>
    </w:p>
    <w:p>
      <w:r>
        <w:t xml:space="preserve">    【参考答案】Where is the book?</w:t>
      </w:r>
    </w:p>
    <w:p>
      <w:r>
        <w:t xml:space="preserve">    【解析】问地点用Where。</w:t>
      </w:r>
    </w:p>
    <w:p>
      <w:r>
        <w:t>90. He likes playing basketball. （改为同义句）</w:t>
      </w:r>
    </w:p>
    <w:p>
      <w:r>
        <w:t xml:space="preserve">    【参考答案】He likes to play basketball.</w:t>
      </w:r>
    </w:p>
    <w:p>
      <w:r>
        <w:t xml:space="preserve">    【解析】like doing=like to do。</w:t>
      </w:r>
    </w:p>
    <w:p>
      <w:r>
        <w:t>91. Tom is a student. He ___1___ in a middle school. He gets up at six thirty every day. He ___2___ breakfast at seven. Then he goes to school. His school is not far. He ___3___ to school on foot. He has four classes in the morning. At noon he has lunch at school. He ___4___ two classes in the afternoon. He goes home at five. In the evening he does his ___5___ and watches TV. He goes to ___6___ at nine. Tom ___7___ his school. He thinks school life is very ___8___. 第1空：1. A.study B.studies C.studying D.to study</w:t>
      </w:r>
    </w:p>
    <w:p>
      <w:r>
        <w:t xml:space="preserve">    【参考答案】B</w:t>
      </w:r>
    </w:p>
    <w:p>
      <w:r>
        <w:t xml:space="preserve">    【解析】主语三单studies</w:t>
      </w:r>
    </w:p>
    <w:p>
      <w:r>
        <w:t>92. Tom is a student. He ___1___ in a middle school. He gets up at six thirty every day. He ___2___ breakfast at seven. Then he goes to school. His school is not far. He ___3___ to school on foot. He has four classes in the morning. At noon he has lunch at school. He ___4___ two classes in the afternoon. He goes home at five. In the evening he does his ___5___ and watches TV. He goes to ___6___ at nine. Tom ___7___ his school. He thinks school life is very ___8___. 第2空：2. A.has B.have C.having D.to have</w:t>
      </w:r>
    </w:p>
    <w:p>
      <w:r>
        <w:t xml:space="preserve">    【参考答案】A</w:t>
      </w:r>
    </w:p>
    <w:p>
      <w:r>
        <w:t xml:space="preserve">    【解析】吃早餐has</w:t>
      </w:r>
    </w:p>
    <w:p>
      <w:r>
        <w:t>93. Tom is a student. He ___1___ in a middle school. He gets up at six thirty every day. He ___2___ breakfast at seven. Then he goes to school. His school is not far. He ___3___ to school on foot. He has four classes in the morning. At noon he has lunch at school. He ___4___ two classes in the afternoon. He goes home at five. In the evening he does his ___5___ and watches TV. He goes to ___6___ at nine. Tom ___7___ his school. He thinks school life is very ___8___. 第3空：3. A.go B.going C.goes D.to go</w:t>
      </w:r>
    </w:p>
    <w:p>
      <w:r>
        <w:t xml:space="preserve">    【参考答案】C</w:t>
      </w:r>
    </w:p>
    <w:p>
      <w:r>
        <w:t xml:space="preserve">    【解析】goes to school</w:t>
      </w:r>
    </w:p>
    <w:p>
      <w:r>
        <w:t>94. Tom is a student. He ___1___ in a middle school. He gets up at six thirty every day. He ___2___ breakfast at seven. Then he goes to school. His school is not far. He ___3___ to school on foot. He has four classes in the morning. At noon he has lunch at school. He ___4___ two classes in the afternoon. He goes home at five. In the evening he does his ___5___ and watches TV. He goes to ___6___ at nine. Tom ___7___ his school. He thinks school life is very ___8___. 第4空：4. A.have B.has C.having D.to have</w:t>
      </w:r>
    </w:p>
    <w:p>
      <w:r>
        <w:t xml:space="preserve">    【参考答案】B</w:t>
      </w:r>
    </w:p>
    <w:p>
      <w:r>
        <w:t xml:space="preserve">    【解析】has</w:t>
      </w:r>
    </w:p>
    <w:p>
      <w:r>
        <w:t>95. Tom is a student. He ___1___ in a middle school. He gets up at six thirty every day. He ___2___ breakfast at seven. Then he goes to school. His school is not far. He ___3___ to school on foot. He has four classes in the morning. At noon he has lunch at school. He ___4___ two classes in the afternoon. He goes home at five. In the evening he does his ___5___ and watches TV. He goes to ___6___ at nine. Tom ___7___ his school. He thinks school life is very ___8___. 第5空：5. A.homework B.homeworks C.homeworkes D.a homework</w:t>
      </w:r>
    </w:p>
    <w:p>
      <w:r>
        <w:t xml:space="preserve">    【参考答案】A</w:t>
      </w:r>
    </w:p>
    <w:p>
      <w:r>
        <w:t xml:space="preserve">    【解析】do homework不可数</w:t>
      </w:r>
    </w:p>
    <w:p>
      <w:r>
        <w:t>96. Tom is a student. He ___1___ in a middle school. He gets up at six thirty every day. He ___2___ breakfast at seven. Then he goes to school. His school is not far. He ___3___ to school on foot. He has four classes in the morning. At noon he has lunch at school. He ___4___ two classes in the afternoon. He goes home at five. In the evening he does his ___5___ and watches TV. He goes to ___6___ at nine. Tom ___7___ his school. He thinks school life is very ___8___. 第6空：6. A.bed B.a bed C.the bed D.beds</w:t>
      </w:r>
    </w:p>
    <w:p>
      <w:r>
        <w:t xml:space="preserve">    【参考答案】A</w:t>
      </w:r>
    </w:p>
    <w:p>
      <w:r>
        <w:t xml:space="preserve">    【解析】go to bed固定短语</w:t>
      </w:r>
    </w:p>
    <w:p>
      <w:r>
        <w:t>97. Tom is a student. He ___1___ in a middle school. He gets up at six thirty every day. He ___2___ breakfast at seven. Then he goes to school. His school is not far. He ___3___ to school on foot. He has four classes in the morning. At noon he has lunch at school. He ___4___ two classes in the afternoon. He goes home at five. In the evening he does his ___5___ and watches TV. He goes to ___6___ at nine. Tom ___7___ his school. He thinks school life is very ___8___. 第7空：7. A.likes B.like C.liking D.to like</w:t>
      </w:r>
    </w:p>
    <w:p>
      <w:r>
        <w:t xml:space="preserve">    【参考答案】A</w:t>
      </w:r>
    </w:p>
    <w:p>
      <w:r>
        <w:t xml:space="preserve">    【解析】三单likes</w:t>
      </w:r>
    </w:p>
    <w:p>
      <w:r>
        <w:t>98. Tom is a student. He ___1___ in a middle school. He gets up at six thirty every day. He ___2___ breakfast at seven. Then he goes to school. His school is not far. He ___3___ to school on foot. He has four classes in the morning. At noon he has lunch at school. He ___4___ two classes in the afternoon. He goes home at five. In the evening he does his ___5___ and watches TV. He goes to ___6___ at nine. Tom ___7___ his school. He thinks school life is very ___8___. 第8空：8. A.interested B.interesting C.interests D.interest</w:t>
      </w:r>
    </w:p>
    <w:p>
      <w:r>
        <w:t xml:space="preserve">    【参考答案】B</w:t>
      </w:r>
    </w:p>
    <w:p>
      <w:r>
        <w:t xml:space="preserve">    【解析】生活有趣interesting。</w:t>
      </w:r>
    </w:p>
    <w:p>
      <w:r>
        <w:t>99. Last Sunday, I went to the zoo with my friends. We ___1___ many animals there. First we saw the monkeys. They were very ___2___. Some were eating bananas, some were climbing trees. Then we went to see the pandas. They were very cute. A panda was ___3___ bamboo. After that, we watched the elephant show. The elephants could ___4___ basketball and dance. We took many photos. We ___5___ very happy that day. 第1空：1. A.see B.saw C.seeing D.seen</w:t>
      </w:r>
    </w:p>
    <w:p>
      <w:r>
        <w:t xml:space="preserve">    【参考答案】B</w:t>
      </w:r>
    </w:p>
    <w:p>
      <w:r>
        <w:t xml:space="preserve">    【解析】过去时saw</w:t>
      </w:r>
    </w:p>
    <w:p>
      <w:r>
        <w:t>100. Last Sunday, I went to the zoo with my friends. We ___1___ many animals there. First we saw the monkeys. They were very ___2___. Some were eating bananas, some were climbing trees. Then we went to see the pandas. They were very cute. A panda was ___3___ bamboo. After that, we watched the elephant show. The elephants could ___4___ basketball and dance. We took many photos. We ___5___ very happy that day. 第2空：2. A.fun B.funny C.boring D.bad</w:t>
      </w:r>
    </w:p>
    <w:p>
      <w:r>
        <w:t xml:space="preserve">    【参考答案】B</w:t>
      </w:r>
    </w:p>
    <w:p>
      <w:r>
        <w:t xml:space="preserve">    【解析】猴子滑稽funny</w:t>
      </w:r>
    </w:p>
    <w:p>
      <w:r>
        <w:t>101. Last Sunday, I went to the zoo with my friends. We ___1___ many animals there. First we saw the monkeys. They were very ___2___. Some were eating bananas, some were climbing trees. Then we went to see the pandas. They were very cute. A panda was ___3___ bamboo. After that, we watched the elephant show. The elephants could ___4___ basketball and dance. We took many photos. We ___5___ very happy that day. 第3空：3. A.eat B.eating C.eats D.to eat</w:t>
      </w:r>
    </w:p>
    <w:p>
      <w:r>
        <w:t xml:space="preserve">    【参考答案】B</w:t>
      </w:r>
    </w:p>
    <w:p>
      <w:r>
        <w:t xml:space="preserve">    【解析】进行时was eating</w:t>
      </w:r>
    </w:p>
    <w:p>
      <w:r>
        <w:t>102. Last Sunday, I went to the zoo with my friends. We ___1___ many animals there. First we saw the monkeys. They were very ___2___. Some were eating bananas, some were climbing trees. Then we went to see the pandas. They were very cute. A panda was ___3___ bamboo. After that, we watched the elephant show. The elephants could ___4___ basketball and dance. We took many photos. We ___5___ very happy that day. 第4空：4. A.play B.playing C.plays D.played</w:t>
      </w:r>
    </w:p>
    <w:p>
      <w:r>
        <w:t xml:space="preserve">    【参考答案】A</w:t>
      </w:r>
    </w:p>
    <w:p>
      <w:r>
        <w:t xml:space="preserve">    【解析】could+原形</w:t>
      </w:r>
    </w:p>
    <w:p>
      <w:r>
        <w:t>103. Last Sunday, I went to the zoo with my friends. We ___1___ many animals there. First we saw the monkeys. They were very ___2___. Some were eating bananas, some were climbing trees. Then we went to see the pandas. They were very cute. A panda was ___3___ bamboo. After that, we watched the elephant show. The elephants could ___4___ basketball and dance. We took many photos. We ___5___ very happy that day. 第5空：5. A.is B.am C.were D.was</w:t>
      </w:r>
    </w:p>
    <w:p>
      <w:r>
        <w:t xml:space="preserve">    【参考答案】C</w:t>
      </w:r>
    </w:p>
    <w:p>
      <w:r>
        <w:t xml:space="preserve">    【解析】过去时复数were。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