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消防设施操作员/社工等证书报考指南</w:t>
      </w:r>
    </w:p>
    <w:p>
      <w:pPr>
        <w:jc w:val="center"/>
      </w:pPr>
      <w:r>
        <w:t>（模拟试卷：单选50题+多选20题+判断20题+简答10题）</w:t>
      </w:r>
    </w:p>
    <w:p>
      <w:r>
        <w:t>姓名：__________  准考证号：__________  分数：__________</w:t>
      </w:r>
    </w:p>
    <w:p/>
    <w:p>
      <w:pPr>
        <w:pStyle w:val="Heading2"/>
      </w:pPr>
      <w:r>
        <w:t>一、单项选择题（每题1分，共50分）</w:t>
      </w:r>
    </w:p>
    <w:p>
      <w:r>
        <w:t>1. 消防设施操作员考试分为几个等级</w:t>
        <w:br/>
        <w:t>A.五  B.级  C.|  D.三</w:t>
        <w:br/>
        <w:t>【答案】C</w:t>
      </w:r>
    </w:p>
    <w:p>
      <w:r>
        <w:t>2. 社会工作者职业资格考试每年举行</w:t>
        <w:br/>
        <w:t>A.1  B.次  C.|  D.2</w:t>
        <w:br/>
        <w:t>【答案】A</w:t>
      </w:r>
    </w:p>
    <w:p>
      <w:r>
        <w:t>3. 消防控制室值班人员需要什么证件</w:t>
        <w:br/>
        <w:t>A.消  B.防  C.设  D.施</w:t>
        <w:br/>
        <w:t>【答案】A</w:t>
      </w:r>
    </w:p>
    <w:p>
      <w:r>
        <w:t>4. 社工考试科目不包括</w:t>
        <w:br/>
        <w:t>A.综  B.合  C.能  D.力</w:t>
        <w:br/>
        <w:t>【答案】D</w:t>
      </w:r>
    </w:p>
    <w:p>
      <w:r>
        <w:t>5. 初级消防设施操作员对应职业资格等级</w:t>
        <w:br/>
        <w:t>A.五  B.级  C.|  D.四</w:t>
        <w:br/>
        <w:t>【答案】A</w:t>
      </w:r>
    </w:p>
    <w:p>
      <w:r>
        <w:t>6. 社工中级考试科目有</w:t>
        <w:br/>
        <w:t>A.3  B.科  C.|  D.2</w:t>
        <w:br/>
        <w:t>【答案】A</w:t>
      </w:r>
    </w:p>
    <w:p>
      <w:r>
        <w:t>7. 心理咨询师考试改革后由谁组织</w:t>
        <w:br/>
        <w:t>A.行  B.业  C.协  D.会</w:t>
        <w:br/>
        <w:t>【答案】A</w:t>
      </w:r>
    </w:p>
    <w:p>
      <w:r>
        <w:t>8. 档案管理师考试属于</w:t>
        <w:br/>
        <w:t>A.水  B.平  C.评  D.价</w:t>
        <w:br/>
        <w:t>【答案】A</w:t>
      </w:r>
    </w:p>
    <w:p>
      <w:r>
        <w:t>9. 消防设施操作员考试分为几个等级</w:t>
        <w:br/>
        <w:t>A.五  B.级  C.|  D.三</w:t>
        <w:br/>
        <w:t>【答案】C</w:t>
      </w:r>
    </w:p>
    <w:p>
      <w:r>
        <w:t>10. 社会工作者职业资格考试每年举行</w:t>
        <w:br/>
        <w:t>A.1  B.次  C.|  D.2</w:t>
        <w:br/>
        <w:t>【答案】A</w:t>
      </w:r>
    </w:p>
    <w:p>
      <w:r>
        <w:t>11. 消防控制室值班人员需要什么证件</w:t>
        <w:br/>
        <w:t>A.消  B.防  C.设  D.施</w:t>
        <w:br/>
        <w:t>【答案】A</w:t>
      </w:r>
    </w:p>
    <w:p>
      <w:r>
        <w:t>12. 社工考试科目不包括</w:t>
        <w:br/>
        <w:t>A.综  B.合  C.能  D.力</w:t>
        <w:br/>
        <w:t>【答案】D</w:t>
      </w:r>
    </w:p>
    <w:p>
      <w:r>
        <w:t>13. 初级消防设施操作员对应职业资格等级</w:t>
        <w:br/>
        <w:t>A.五  B.级  C.|  D.四</w:t>
        <w:br/>
        <w:t>【答案】A</w:t>
      </w:r>
    </w:p>
    <w:p>
      <w:r>
        <w:t>14. 社工中级考试科目有</w:t>
        <w:br/>
        <w:t>A.3  B.科  C.|  D.2</w:t>
        <w:br/>
        <w:t>【答案】A</w:t>
      </w:r>
    </w:p>
    <w:p>
      <w:r>
        <w:t>15. 心理咨询师考试改革后由谁组织</w:t>
        <w:br/>
        <w:t>A.行  B.业  C.协  D.会</w:t>
        <w:br/>
        <w:t>【答案】A</w:t>
      </w:r>
    </w:p>
    <w:p>
      <w:r>
        <w:t>16. 档案管理师考试属于</w:t>
        <w:br/>
        <w:t>A.水  B.平  C.评  D.价</w:t>
        <w:br/>
        <w:t>【答案】A</w:t>
      </w:r>
    </w:p>
    <w:p>
      <w:r>
        <w:t>17. 消防设施操作员考试分为几个等级</w:t>
        <w:br/>
        <w:t>A.五  B.级  C.|  D.三</w:t>
        <w:br/>
        <w:t>【答案】C</w:t>
      </w:r>
    </w:p>
    <w:p>
      <w:r>
        <w:t>18. 社会工作者职业资格考试每年举行</w:t>
        <w:br/>
        <w:t>A.1  B.次  C.|  D.2</w:t>
        <w:br/>
        <w:t>【答案】A</w:t>
      </w:r>
    </w:p>
    <w:p>
      <w:r>
        <w:t>19. 消防控制室值班人员需要什么证件</w:t>
        <w:br/>
        <w:t>A.消  B.防  C.设  D.施</w:t>
        <w:br/>
        <w:t>【答案】A</w:t>
      </w:r>
    </w:p>
    <w:p>
      <w:r>
        <w:t>20. 社工考试科目不包括</w:t>
        <w:br/>
        <w:t>A.综  B.合  C.能  D.力</w:t>
        <w:br/>
        <w:t>【答案】D</w:t>
      </w:r>
    </w:p>
    <w:p>
      <w:r>
        <w:t>21. 初级消防设施操作员对应职业资格等级</w:t>
        <w:br/>
        <w:t>A.五  B.级  C.|  D.四</w:t>
        <w:br/>
        <w:t>【答案】A</w:t>
      </w:r>
    </w:p>
    <w:p>
      <w:r>
        <w:t>22. 社工中级考试科目有</w:t>
        <w:br/>
        <w:t>A.3  B.科  C.|  D.2</w:t>
        <w:br/>
        <w:t>【答案】A</w:t>
      </w:r>
    </w:p>
    <w:p>
      <w:r>
        <w:t>23. 心理咨询师考试改革后由谁组织</w:t>
        <w:br/>
        <w:t>A.行  B.业  C.协  D.会</w:t>
        <w:br/>
        <w:t>【答案】A</w:t>
      </w:r>
    </w:p>
    <w:p>
      <w:r>
        <w:t>24. 档案管理师考试属于</w:t>
        <w:br/>
        <w:t>A.水  B.平  C.评  D.价</w:t>
        <w:br/>
        <w:t>【答案】A</w:t>
      </w:r>
    </w:p>
    <w:p>
      <w:r>
        <w:t>25. 消防设施操作员考试分为几个等级</w:t>
        <w:br/>
        <w:t>A.五  B.级  C.|  D.三</w:t>
        <w:br/>
        <w:t>【答案】C</w:t>
      </w:r>
    </w:p>
    <w:p>
      <w:r>
        <w:t>26. 社会工作者职业资格考试每年举行</w:t>
        <w:br/>
        <w:t>A.1  B.次  C.|  D.2</w:t>
        <w:br/>
        <w:t>【答案】A</w:t>
      </w:r>
    </w:p>
    <w:p>
      <w:r>
        <w:t>27. 消防控制室值班人员需要什么证件</w:t>
        <w:br/>
        <w:t>A.消  B.防  C.设  D.施</w:t>
        <w:br/>
        <w:t>【答案】A</w:t>
      </w:r>
    </w:p>
    <w:p>
      <w:r>
        <w:t>28. 社工考试科目不包括</w:t>
        <w:br/>
        <w:t>A.综  B.合  C.能  D.力</w:t>
        <w:br/>
        <w:t>【答案】D</w:t>
      </w:r>
    </w:p>
    <w:p>
      <w:r>
        <w:t>29. 初级消防设施操作员对应职业资格等级</w:t>
        <w:br/>
        <w:t>A.五  B.级  C.|  D.四</w:t>
        <w:br/>
        <w:t>【答案】A</w:t>
      </w:r>
    </w:p>
    <w:p>
      <w:r>
        <w:t>30. 社工中级考试科目有</w:t>
        <w:br/>
        <w:t>A.3  B.科  C.|  D.2</w:t>
        <w:br/>
        <w:t>【答案】A</w:t>
      </w:r>
    </w:p>
    <w:p>
      <w:r>
        <w:t>31. 心理咨询师考试改革后由谁组织</w:t>
        <w:br/>
        <w:t>A.行  B.业  C.协  D.会</w:t>
        <w:br/>
        <w:t>【答案】A</w:t>
      </w:r>
    </w:p>
    <w:p>
      <w:r>
        <w:t>32. 档案管理师考试属于</w:t>
        <w:br/>
        <w:t>A.水  B.平  C.评  D.价</w:t>
        <w:br/>
        <w:t>【答案】A</w:t>
      </w:r>
    </w:p>
    <w:p>
      <w:r>
        <w:t>33. 消防设施操作员考试分为几个等级</w:t>
        <w:br/>
        <w:t>A.五  B.级  C.|  D.三</w:t>
        <w:br/>
        <w:t>【答案】C</w:t>
      </w:r>
    </w:p>
    <w:p>
      <w:r>
        <w:t>34. 社会工作者职业资格考试每年举行</w:t>
        <w:br/>
        <w:t>A.1  B.次  C.|  D.2</w:t>
        <w:br/>
        <w:t>【答案】A</w:t>
      </w:r>
    </w:p>
    <w:p>
      <w:r>
        <w:t>35. 消防控制室值班人员需要什么证件</w:t>
        <w:br/>
        <w:t>A.消  B.防  C.设  D.施</w:t>
        <w:br/>
        <w:t>【答案】A</w:t>
      </w:r>
    </w:p>
    <w:p>
      <w:r>
        <w:t>36. 社工考试科目不包括</w:t>
        <w:br/>
        <w:t>A.综  B.合  C.能  D.力</w:t>
        <w:br/>
        <w:t>【答案】D</w:t>
      </w:r>
    </w:p>
    <w:p>
      <w:r>
        <w:t>37. 初级消防设施操作员对应职业资格等级</w:t>
        <w:br/>
        <w:t>A.五  B.级  C.|  D.四</w:t>
        <w:br/>
        <w:t>【答案】A</w:t>
      </w:r>
    </w:p>
    <w:p>
      <w:r>
        <w:t>38. 社工中级考试科目有</w:t>
        <w:br/>
        <w:t>A.3  B.科  C.|  D.2</w:t>
        <w:br/>
        <w:t>【答案】A</w:t>
      </w:r>
    </w:p>
    <w:p>
      <w:r>
        <w:t>39. 心理咨询师考试改革后由谁组织</w:t>
        <w:br/>
        <w:t>A.行  B.业  C.协  D.会</w:t>
        <w:br/>
        <w:t>【答案】A</w:t>
      </w:r>
    </w:p>
    <w:p>
      <w:r>
        <w:t>40. 档案管理师考试属于</w:t>
        <w:br/>
        <w:t>A.水  B.平  C.评  D.价</w:t>
        <w:br/>
        <w:t>【答案】A</w:t>
      </w:r>
    </w:p>
    <w:p>
      <w:r>
        <w:t>41. 消防设施操作员考试分为几个等级</w:t>
        <w:br/>
        <w:t>A.五  B.级  C.|  D.三</w:t>
        <w:br/>
        <w:t>【答案】C</w:t>
      </w:r>
    </w:p>
    <w:p>
      <w:r>
        <w:t>42. 社会工作者职业资格考试每年举行</w:t>
        <w:br/>
        <w:t>A.1  B.次  C.|  D.2</w:t>
        <w:br/>
        <w:t>【答案】A</w:t>
      </w:r>
    </w:p>
    <w:p>
      <w:r>
        <w:t>43. 消防控制室值班人员需要什么证件</w:t>
        <w:br/>
        <w:t>A.消  B.防  C.设  D.施</w:t>
        <w:br/>
        <w:t>【答案】A</w:t>
      </w:r>
    </w:p>
    <w:p>
      <w:r>
        <w:t>44. 社工考试科目不包括</w:t>
        <w:br/>
        <w:t>A.综  B.合  C.能  D.力</w:t>
        <w:br/>
        <w:t>【答案】D</w:t>
      </w:r>
    </w:p>
    <w:p>
      <w:r>
        <w:t>45. 初级消防设施操作员对应职业资格等级</w:t>
        <w:br/>
        <w:t>A.五  B.级  C.|  D.四</w:t>
        <w:br/>
        <w:t>【答案】A</w:t>
      </w:r>
    </w:p>
    <w:p>
      <w:r>
        <w:t>46. 社工中级考试科目有</w:t>
        <w:br/>
        <w:t>A.3  B.科  C.|  D.2</w:t>
        <w:br/>
        <w:t>【答案】A</w:t>
      </w:r>
    </w:p>
    <w:p>
      <w:r>
        <w:t>47. 心理咨询师考试改革后由谁组织</w:t>
        <w:br/>
        <w:t>A.行  B.业  C.协  D.会</w:t>
        <w:br/>
        <w:t>【答案】A</w:t>
      </w:r>
    </w:p>
    <w:p>
      <w:r>
        <w:t>48. 档案管理师考试属于</w:t>
        <w:br/>
        <w:t>A.水  B.平  C.评  D.价</w:t>
        <w:br/>
        <w:t>【答案】A</w:t>
      </w:r>
    </w:p>
    <w:p>
      <w:r>
        <w:t>49. 消防设施操作员考试分为几个等级</w:t>
        <w:br/>
        <w:t>A.五  B.级  C.|  D.三</w:t>
        <w:br/>
        <w:t>【答案】C</w:t>
      </w:r>
    </w:p>
    <w:p>
      <w:r>
        <w:t>50. 社会工作者职业资格考试每年举行</w:t>
        <w:br/>
        <w:t>A.1  B.次  C.|  D.2</w:t>
        <w:br/>
        <w:t>【答案】A</w:t>
      </w:r>
    </w:p>
    <w:p/>
    <w:p>
      <w:pPr>
        <w:pStyle w:val="Heading2"/>
      </w:pPr>
      <w:r>
        <w:t>二、多项选择题（每题2分，共40分）</w:t>
      </w:r>
    </w:p>
    <w:p>
      <w:r>
        <w:t>51. 社会工作者考试的科目包括</w:t>
        <w:br/>
        <w:t>A.社  B.会  C.工  D.作</w:t>
        <w:br/>
        <w:t>【答案】ABC</w:t>
      </w:r>
    </w:p>
    <w:p>
      <w:r>
        <w:t>52. 消防设施操作员的工作内容包括</w:t>
        <w:br/>
        <w:t>A.消  B.防  C.控  D.制</w:t>
        <w:br/>
        <w:t>【答案】ABC</w:t>
      </w:r>
    </w:p>
    <w:p>
      <w:r>
        <w:t>53. 技能类证书的获取方式包括</w:t>
        <w:br/>
        <w:t>A.考  B.试  C.认  D.定</w:t>
        <w:br/>
        <w:t>【答案】ABC</w:t>
      </w:r>
    </w:p>
    <w:p>
      <w:r>
        <w:t>54. 从事消防相关岗位需要</w:t>
        <w:br/>
        <w:t>A.持  B.证  C.上  D.岗</w:t>
        <w:br/>
        <w:t>【答案】ABC</w:t>
      </w:r>
    </w:p>
    <w:p>
      <w:r>
        <w:t>55. 社工的服务领域包括</w:t>
        <w:br/>
        <w:t>A.儿  B.童  C.青  D.少</w:t>
        <w:br/>
        <w:t>【答案】ABCD</w:t>
      </w:r>
    </w:p>
    <w:p>
      <w:r>
        <w:t>56. 职业培训的形式包括</w:t>
        <w:br/>
        <w:t>A.岗  B.前  C.培  D.训</w:t>
        <w:br/>
        <w:t>【答案】ABCD</w:t>
      </w:r>
    </w:p>
    <w:p>
      <w:r>
        <w:t>57. 考取证书的注意事项包括</w:t>
        <w:br/>
        <w:t>A.核  B.实  C.证  D.书</w:t>
        <w:br/>
        <w:t>【答案】ABCD</w:t>
      </w:r>
    </w:p>
    <w:p>
      <w:r>
        <w:t>58. 继续教育的方式包括</w:t>
        <w:br/>
        <w:t>A.面  B.授  C.|  D.网</w:t>
        <w:br/>
        <w:t>【答案】ABC</w:t>
      </w:r>
    </w:p>
    <w:p>
      <w:r>
        <w:t>59. 社会工作者考试的科目包括</w:t>
        <w:br/>
        <w:t>A.社  B.会  C.工  D.作</w:t>
        <w:br/>
        <w:t>【答案】ABC</w:t>
      </w:r>
    </w:p>
    <w:p>
      <w:r>
        <w:t>60. 消防设施操作员的工作内容包括</w:t>
        <w:br/>
        <w:t>A.消  B.防  C.控  D.制</w:t>
        <w:br/>
        <w:t>【答案】ABC</w:t>
      </w:r>
    </w:p>
    <w:p>
      <w:r>
        <w:t>61. 技能类证书的获取方式包括</w:t>
        <w:br/>
        <w:t>A.考  B.试  C.认  D.定</w:t>
        <w:br/>
        <w:t>【答案】ABC</w:t>
      </w:r>
    </w:p>
    <w:p>
      <w:r>
        <w:t>62. 从事消防相关岗位需要</w:t>
        <w:br/>
        <w:t>A.持  B.证  C.上  D.岗</w:t>
        <w:br/>
        <w:t>【答案】ABC</w:t>
      </w:r>
    </w:p>
    <w:p>
      <w:r>
        <w:t>63. 社工的服务领域包括</w:t>
        <w:br/>
        <w:t>A.儿  B.童  C.青  D.少</w:t>
        <w:br/>
        <w:t>【答案】ABCD</w:t>
      </w:r>
    </w:p>
    <w:p>
      <w:r>
        <w:t>64. 职业培训的形式包括</w:t>
        <w:br/>
        <w:t>A.岗  B.前  C.培  D.训</w:t>
        <w:br/>
        <w:t>【答案】ABCD</w:t>
      </w:r>
    </w:p>
    <w:p>
      <w:r>
        <w:t>65. 考取证书的注意事项包括</w:t>
        <w:br/>
        <w:t>A.核  B.实  C.证  D.书</w:t>
        <w:br/>
        <w:t>【答案】ABCD</w:t>
      </w:r>
    </w:p>
    <w:p>
      <w:r>
        <w:t>66. 继续教育的方式包括</w:t>
        <w:br/>
        <w:t>A.面  B.授  C.|  D.网</w:t>
        <w:br/>
        <w:t>【答案】ABC</w:t>
      </w:r>
    </w:p>
    <w:p>
      <w:r>
        <w:t>67. 社会工作者考试的科目包括</w:t>
        <w:br/>
        <w:t>A.社  B.会  C.工  D.作</w:t>
        <w:br/>
        <w:t>【答案】ABC</w:t>
      </w:r>
    </w:p>
    <w:p>
      <w:r>
        <w:t>68. 消防设施操作员的工作内容包括</w:t>
        <w:br/>
        <w:t>A.消  B.防  C.控  D.制</w:t>
        <w:br/>
        <w:t>【答案】ABC</w:t>
      </w:r>
    </w:p>
    <w:p>
      <w:r>
        <w:t>69. 技能类证书的获取方式包括</w:t>
        <w:br/>
        <w:t>A.考  B.试  C.认  D.定</w:t>
        <w:br/>
        <w:t>【答案】ABC</w:t>
      </w:r>
    </w:p>
    <w:p>
      <w:r>
        <w:t>70. 从事消防相关岗位需要</w:t>
        <w:br/>
        <w:t>A.持  B.证  C.上  D.岗</w:t>
        <w:br/>
        <w:t>【答案】ABC</w:t>
      </w:r>
    </w:p>
    <w:p/>
    <w:p>
      <w:pPr>
        <w:pStyle w:val="Heading2"/>
      </w:pPr>
      <w:r>
        <w:t>三、判断题（每题1分，共20分）</w:t>
      </w:r>
    </w:p>
    <w:p>
      <w:r>
        <w:t>71. 消防设施操作员证书全国有效。（对/错）</w:t>
        <w:br/>
        <w:t>【答案】对</w:t>
      </w:r>
    </w:p>
    <w:p>
      <w:r>
        <w:t>72. 社工考试一年举行两次。（对/错）</w:t>
        <w:br/>
        <w:t>【答案】错</w:t>
      </w:r>
    </w:p>
    <w:p>
      <w:r>
        <w:t>73. 假证可以通过官网查询识别。（对/错）</w:t>
        <w:br/>
        <w:t>【答案】对</w:t>
      </w:r>
    </w:p>
    <w:p>
      <w:r>
        <w:t>74. 消防控制室必须24小时值班。（对/错）</w:t>
        <w:br/>
        <w:t>【答案】对</w:t>
      </w:r>
    </w:p>
    <w:p>
      <w:r>
        <w:t>75. 社工证可以挂靠赚钱。（对/错）</w:t>
        <w:br/>
        <w:t>【答案】错</w:t>
      </w:r>
    </w:p>
    <w:p>
      <w:r>
        <w:t>76. 继续教育是保持证书有效的条件之一。（对/错）</w:t>
        <w:br/>
        <w:t>【答案】对</w:t>
      </w:r>
    </w:p>
    <w:p>
      <w:r>
        <w:t>77. 任何机构都可以发职业技能证书。（对/错）</w:t>
        <w:br/>
        <w:t>【答案】错</w:t>
      </w:r>
    </w:p>
    <w:p>
      <w:r>
        <w:t>78. 持证上岗是部分职业的强制要求。（对/错）</w:t>
        <w:br/>
        <w:t>【答案】对</w:t>
      </w:r>
    </w:p>
    <w:p>
      <w:r>
        <w:t>79. 消防设施操作员证书全国有效。（对/错）</w:t>
        <w:br/>
        <w:t>【答案】对</w:t>
      </w:r>
    </w:p>
    <w:p>
      <w:r>
        <w:t>80. 社工考试一年举行两次。（对/错）</w:t>
        <w:br/>
        <w:t>【答案】错</w:t>
      </w:r>
    </w:p>
    <w:p>
      <w:r>
        <w:t>81. 假证可以通过官网查询识别。（对/错）</w:t>
        <w:br/>
        <w:t>【答案】对</w:t>
      </w:r>
    </w:p>
    <w:p>
      <w:r>
        <w:t>82. 消防控制室必须24小时值班。（对/错）</w:t>
        <w:br/>
        <w:t>【答案】对</w:t>
      </w:r>
    </w:p>
    <w:p>
      <w:r>
        <w:t>83. 社工证可以挂靠赚钱。（对/错）</w:t>
        <w:br/>
        <w:t>【答案】错</w:t>
      </w:r>
    </w:p>
    <w:p>
      <w:r>
        <w:t>84. 继续教育是保持证书有效的条件之一。（对/错）</w:t>
        <w:br/>
        <w:t>【答案】对</w:t>
      </w:r>
    </w:p>
    <w:p>
      <w:r>
        <w:t>85. 任何机构都可以发职业技能证书。（对/错）</w:t>
        <w:br/>
        <w:t>【答案】错</w:t>
      </w:r>
    </w:p>
    <w:p>
      <w:r>
        <w:t>86. 持证上岗是部分职业的强制要求。（对/错）</w:t>
        <w:br/>
        <w:t>【答案】对</w:t>
      </w:r>
    </w:p>
    <w:p>
      <w:r>
        <w:t>87. 消防设施操作员证书全国有效。（对/错）</w:t>
        <w:br/>
        <w:t>【答案】对</w:t>
      </w:r>
    </w:p>
    <w:p>
      <w:r>
        <w:t>88. 社工考试一年举行两次。（对/错）</w:t>
        <w:br/>
        <w:t>【答案】错</w:t>
      </w:r>
    </w:p>
    <w:p>
      <w:r>
        <w:t>89. 假证可以通过官网查询识别。（对/错）</w:t>
        <w:br/>
        <w:t>【答案】对</w:t>
      </w:r>
    </w:p>
    <w:p>
      <w:r>
        <w:t>90. 消防控制室必须24小时值班。（对/错）</w:t>
        <w:br/>
        <w:t>【答案】对</w:t>
      </w:r>
    </w:p>
    <w:p/>
    <w:p>
      <w:pPr>
        <w:pStyle w:val="Heading2"/>
      </w:pPr>
      <w:r>
        <w:t>四、简答题（每题3分，共30分）</w:t>
      </w:r>
    </w:p>
    <w:p>
      <w:r>
        <w:t>91. 简述考取职业技能证书的注意事项。</w:t>
        <w:br/>
        <w:t>【答案】核实权威性、正规报名、认真备考、查询真伪</w:t>
      </w:r>
    </w:p>
    <w:p>
      <w:r>
        <w:t>92. 消防控制室值班员的主要职责是什么？</w:t>
        <w:br/>
        <w:t>【答案】值守监控、操作消防设施、报警处置、记录登记</w:t>
      </w:r>
    </w:p>
    <w:p>
      <w:r>
        <w:t>93. 社会工作者主要服务哪些人群？</w:t>
        <w:br/>
        <w:t>【答案】儿童、老人、残障人士、困难群体等</w:t>
      </w:r>
    </w:p>
    <w:p>
      <w:r>
        <w:t>94. 如何辨别证书真假？</w:t>
        <w:br/>
        <w:t>【答案】在国家职业资格/技能人才评价证书全国联网查询系统核实</w:t>
      </w:r>
    </w:p>
    <w:p>
      <w:r>
        <w:t>95. 简述考取职业技能证书的注意事项。</w:t>
        <w:br/>
        <w:t>【答案】核实权威性、正规报名、认真备考、查询真伪</w:t>
      </w:r>
    </w:p>
    <w:p>
      <w:r>
        <w:t>96. 消防控制室值班员的主要职责是什么？</w:t>
        <w:br/>
        <w:t>【答案】值守监控、操作消防设施、报警处置、记录登记</w:t>
      </w:r>
    </w:p>
    <w:p>
      <w:r>
        <w:t>97. 社会工作者主要服务哪些人群？</w:t>
        <w:br/>
        <w:t>【答案】儿童、老人、残障人士、困难群体等</w:t>
      </w:r>
    </w:p>
    <w:p>
      <w:r>
        <w:t>98. 如何辨别证书真假？</w:t>
        <w:br/>
        <w:t>【答案】在国家职业资格/技能人才评价证书全国联网查询系统核实</w:t>
      </w:r>
    </w:p>
    <w:p>
      <w:r>
        <w:t>99. 简述考取职业技能证书的注意事项。</w:t>
        <w:br/>
        <w:t>【答案】核实权威性、正规报名、认真备考、查询真伪</w:t>
      </w:r>
    </w:p>
    <w:p>
      <w:r>
        <w:t>100. 消防控制室值班员的主要职责是什么？</w:t>
        <w:br/>
        <w:t>【答案】值守监控、操作消防设施、报警处置、记录登记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【一、单项选择题（每题1分，共50分）】</w:t>
      </w:r>
    </w:p>
    <w:p>
      <w:r>
        <w:t>1. 消防设施操作员考试分为几个等级</w:t>
        <w:br/>
        <w:t>A.五  B.级  C.|  D.三</w:t>
        <w:br/>
        <w:t>【答案】C  1. 消防设施操作员考试分为几个等级</w:t>
        <w:br/>
        <w:t>A.五  B.级  C.|  D.三</w:t>
        <w:br/>
        <w:t>【答案】C</w:t>
      </w:r>
    </w:p>
    <w:p>
      <w:r>
        <w:t>2. 社会工作者职业资格考试每年举行</w:t>
        <w:br/>
        <w:t>A.1  B.次  C.|  D.2</w:t>
        <w:br/>
        <w:t>【答案】A  2. 社会工作者职业资格考试每年举行</w:t>
        <w:br/>
        <w:t>A.1  B.次  C.|  D.2</w:t>
        <w:br/>
        <w:t>【答案】A</w:t>
      </w:r>
    </w:p>
    <w:p>
      <w:r>
        <w:t>3. 消防控制室值班人员需要什么证件</w:t>
        <w:br/>
        <w:t>A.消  B.防  C.设  D.施</w:t>
        <w:br/>
        <w:t>【答案】A  3. 消防控制室值班人员需要什么证件</w:t>
        <w:br/>
        <w:t>A.消  B.防  C.设  D.施</w:t>
        <w:br/>
        <w:t>【答案】A</w:t>
      </w:r>
    </w:p>
    <w:p>
      <w:r>
        <w:t>4. 社工考试科目不包括</w:t>
        <w:br/>
        <w:t>A.综  B.合  C.能  D.力</w:t>
        <w:br/>
        <w:t>【答案】D  4. 社工考试科目不包括</w:t>
        <w:br/>
        <w:t>A.综  B.合  C.能  D.力</w:t>
        <w:br/>
        <w:t>【答案】D</w:t>
      </w:r>
    </w:p>
    <w:p>
      <w:r>
        <w:t>5. 初级消防设施操作员对应职业资格等级</w:t>
        <w:br/>
        <w:t>A.五  B.级  C.|  D.四</w:t>
        <w:br/>
        <w:t>【答案】A  5. 初级消防设施操作员对应职业资格等级</w:t>
        <w:br/>
        <w:t>A.五  B.级  C.|  D.四</w:t>
        <w:br/>
        <w:t>【答案】A</w:t>
      </w:r>
    </w:p>
    <w:p>
      <w:r>
        <w:t>6. 社工中级考试科目有</w:t>
        <w:br/>
        <w:t>A.3  B.科  C.|  D.2</w:t>
        <w:br/>
        <w:t>【答案】A  6. 社工中级考试科目有</w:t>
        <w:br/>
        <w:t>A.3  B.科  C.|  D.2</w:t>
        <w:br/>
        <w:t>【答案】A</w:t>
      </w:r>
    </w:p>
    <w:p>
      <w:r>
        <w:t>7. 心理咨询师考试改革后由谁组织</w:t>
        <w:br/>
        <w:t>A.行  B.业  C.协  D.会</w:t>
        <w:br/>
        <w:t>【答案】A  7. 心理咨询师考试改革后由谁组织</w:t>
        <w:br/>
        <w:t>A.行  B.业  C.协  D.会</w:t>
        <w:br/>
        <w:t>【答案】A</w:t>
      </w:r>
    </w:p>
    <w:p>
      <w:r>
        <w:t>8. 档案管理师考试属于</w:t>
        <w:br/>
        <w:t>A.水  B.平  C.评  D.价</w:t>
        <w:br/>
        <w:t>【答案】A  8. 档案管理师考试属于</w:t>
        <w:br/>
        <w:t>A.水  B.平  C.评  D.价</w:t>
        <w:br/>
        <w:t>【答案】A</w:t>
      </w:r>
    </w:p>
    <w:p>
      <w:r>
        <w:t>9. 消防设施操作员考试分为几个等级</w:t>
        <w:br/>
        <w:t>A.五  B.级  C.|  D.三</w:t>
        <w:br/>
        <w:t>【答案】C  9. 消防设施操作员考试分为几个等级</w:t>
        <w:br/>
        <w:t>A.五  B.级  C.|  D.三</w:t>
        <w:br/>
        <w:t>【答案】C</w:t>
      </w:r>
    </w:p>
    <w:p>
      <w:r>
        <w:t>10. 社会工作者职业资格考试每年举行</w:t>
        <w:br/>
        <w:t>A.1  B.次  C.|  D.2</w:t>
        <w:br/>
        <w:t>【答案】A  10. 社会工作者职业资格考试每年举行</w:t>
        <w:br/>
        <w:t>A.1  B.次  C.|  D.2</w:t>
        <w:br/>
        <w:t>【答案】A</w:t>
      </w:r>
    </w:p>
    <w:p>
      <w:r>
        <w:t>11. 消防控制室值班人员需要什么证件</w:t>
        <w:br/>
        <w:t>A.消  B.防  C.设  D.施</w:t>
        <w:br/>
        <w:t>【答案】A  11. 消防控制室值班人员需要什么证件</w:t>
        <w:br/>
        <w:t>A.消  B.防  C.设  D.施</w:t>
        <w:br/>
        <w:t>【答案】A</w:t>
      </w:r>
    </w:p>
    <w:p>
      <w:r>
        <w:t>12. 社工考试科目不包括</w:t>
        <w:br/>
        <w:t>A.综  B.合  C.能  D.力</w:t>
        <w:br/>
        <w:t>【答案】D  12. 社工考试科目不包括</w:t>
        <w:br/>
        <w:t>A.综  B.合  C.能  D.力</w:t>
        <w:br/>
        <w:t>【答案】D</w:t>
      </w:r>
    </w:p>
    <w:p>
      <w:r>
        <w:t>13. 初级消防设施操作员对应职业资格等级</w:t>
        <w:br/>
        <w:t>A.五  B.级  C.|  D.四</w:t>
        <w:br/>
        <w:t>【答案】A  13. 初级消防设施操作员对应职业资格等级</w:t>
        <w:br/>
        <w:t>A.五  B.级  C.|  D.四</w:t>
        <w:br/>
        <w:t>【答案】A</w:t>
      </w:r>
    </w:p>
    <w:p>
      <w:r>
        <w:t>14. 社工中级考试科目有</w:t>
        <w:br/>
        <w:t>A.3  B.科  C.|  D.2</w:t>
        <w:br/>
        <w:t>【答案】A  14. 社工中级考试科目有</w:t>
        <w:br/>
        <w:t>A.3  B.科  C.|  D.2</w:t>
        <w:br/>
        <w:t>【答案】A</w:t>
      </w:r>
    </w:p>
    <w:p>
      <w:r>
        <w:t>15. 心理咨询师考试改革后由谁组织</w:t>
        <w:br/>
        <w:t>A.行  B.业  C.协  D.会</w:t>
        <w:br/>
        <w:t>【答案】A  15. 心理咨询师考试改革后由谁组织</w:t>
        <w:br/>
        <w:t>A.行  B.业  C.协  D.会</w:t>
        <w:br/>
        <w:t>【答案】A</w:t>
      </w:r>
    </w:p>
    <w:p>
      <w:r>
        <w:t>16. 档案管理师考试属于</w:t>
        <w:br/>
        <w:t>A.水  B.平  C.评  D.价</w:t>
        <w:br/>
        <w:t>【答案】A  16. 档案管理师考试属于</w:t>
        <w:br/>
        <w:t>A.水  B.平  C.评  D.价</w:t>
        <w:br/>
        <w:t>【答案】A</w:t>
      </w:r>
    </w:p>
    <w:p>
      <w:r>
        <w:t>17. 消防设施操作员考试分为几个等级</w:t>
        <w:br/>
        <w:t>A.五  B.级  C.|  D.三</w:t>
        <w:br/>
        <w:t>【答案】C  17. 消防设施操作员考试分为几个等级</w:t>
        <w:br/>
        <w:t>A.五  B.级  C.|  D.三</w:t>
        <w:br/>
        <w:t>【答案】C</w:t>
      </w:r>
    </w:p>
    <w:p>
      <w:r>
        <w:t>18. 社会工作者职业资格考试每年举行</w:t>
        <w:br/>
        <w:t>A.1  B.次  C.|  D.2</w:t>
        <w:br/>
        <w:t>【答案】A  18. 社会工作者职业资格考试每年举行</w:t>
        <w:br/>
        <w:t>A.1  B.次  C.|  D.2</w:t>
        <w:br/>
        <w:t>【答案】A</w:t>
      </w:r>
    </w:p>
    <w:p>
      <w:r>
        <w:t>19. 消防控制室值班人员需要什么证件</w:t>
        <w:br/>
        <w:t>A.消  B.防  C.设  D.施</w:t>
        <w:br/>
        <w:t>【答案】A  19. 消防控制室值班人员需要什么证件</w:t>
        <w:br/>
        <w:t>A.消  B.防  C.设  D.施</w:t>
        <w:br/>
        <w:t>【答案】A</w:t>
      </w:r>
    </w:p>
    <w:p>
      <w:r>
        <w:t>20. 社工考试科目不包括</w:t>
        <w:br/>
        <w:t>A.综  B.合  C.能  D.力</w:t>
        <w:br/>
        <w:t>【答案】D  20. 社工考试科目不包括</w:t>
        <w:br/>
        <w:t>A.综  B.合  C.能  D.力</w:t>
        <w:br/>
        <w:t>【答案】D</w:t>
      </w:r>
    </w:p>
    <w:p>
      <w:r>
        <w:t>21. 初级消防设施操作员对应职业资格等级</w:t>
        <w:br/>
        <w:t>A.五  B.级  C.|  D.四</w:t>
        <w:br/>
        <w:t>【答案】A  21. 初级消防设施操作员对应职业资格等级</w:t>
        <w:br/>
        <w:t>A.五  B.级  C.|  D.四</w:t>
        <w:br/>
        <w:t>【答案】A</w:t>
      </w:r>
    </w:p>
    <w:p>
      <w:r>
        <w:t>22. 社工中级考试科目有</w:t>
        <w:br/>
        <w:t>A.3  B.科  C.|  D.2</w:t>
        <w:br/>
        <w:t>【答案】A  22. 社工中级考试科目有</w:t>
        <w:br/>
        <w:t>A.3  B.科  C.|  D.2</w:t>
        <w:br/>
        <w:t>【答案】A</w:t>
      </w:r>
    </w:p>
    <w:p>
      <w:r>
        <w:t>23. 心理咨询师考试改革后由谁组织</w:t>
        <w:br/>
        <w:t>A.行  B.业  C.协  D.会</w:t>
        <w:br/>
        <w:t>【答案】A  23. 心理咨询师考试改革后由谁组织</w:t>
        <w:br/>
        <w:t>A.行  B.业  C.协  D.会</w:t>
        <w:br/>
        <w:t>【答案】A</w:t>
      </w:r>
    </w:p>
    <w:p>
      <w:r>
        <w:t>24. 档案管理师考试属于</w:t>
        <w:br/>
        <w:t>A.水  B.平  C.评  D.价</w:t>
        <w:br/>
        <w:t>【答案】A  24. 档案管理师考试属于</w:t>
        <w:br/>
        <w:t>A.水  B.平  C.评  D.价</w:t>
        <w:br/>
        <w:t>【答案】A</w:t>
      </w:r>
    </w:p>
    <w:p>
      <w:r>
        <w:t>25. 消防设施操作员考试分为几个等级</w:t>
        <w:br/>
        <w:t>A.五  B.级  C.|  D.三</w:t>
        <w:br/>
        <w:t>【答案】C  25. 消防设施操作员考试分为几个等级</w:t>
        <w:br/>
        <w:t>A.五  B.级  C.|  D.三</w:t>
        <w:br/>
        <w:t>【答案】C</w:t>
      </w:r>
    </w:p>
    <w:p>
      <w:r>
        <w:t>26. 社会工作者职业资格考试每年举行</w:t>
        <w:br/>
        <w:t>A.1  B.次  C.|  D.2</w:t>
        <w:br/>
        <w:t>【答案】A  26. 社会工作者职业资格考试每年举行</w:t>
        <w:br/>
        <w:t>A.1  B.次  C.|  D.2</w:t>
        <w:br/>
        <w:t>【答案】A</w:t>
      </w:r>
    </w:p>
    <w:p>
      <w:r>
        <w:t>27. 消防控制室值班人员需要什么证件</w:t>
        <w:br/>
        <w:t>A.消  B.防  C.设  D.施</w:t>
        <w:br/>
        <w:t>【答案】A  27. 消防控制室值班人员需要什么证件</w:t>
        <w:br/>
        <w:t>A.消  B.防  C.设  D.施</w:t>
        <w:br/>
        <w:t>【答案】A</w:t>
      </w:r>
    </w:p>
    <w:p>
      <w:r>
        <w:t>28. 社工考试科目不包括</w:t>
        <w:br/>
        <w:t>A.综  B.合  C.能  D.力</w:t>
        <w:br/>
        <w:t>【答案】D  28. 社工考试科目不包括</w:t>
        <w:br/>
        <w:t>A.综  B.合  C.能  D.力</w:t>
        <w:br/>
        <w:t>【答案】D</w:t>
      </w:r>
    </w:p>
    <w:p>
      <w:r>
        <w:t>29. 初级消防设施操作员对应职业资格等级</w:t>
        <w:br/>
        <w:t>A.五  B.级  C.|  D.四</w:t>
        <w:br/>
        <w:t>【答案】A  29. 初级消防设施操作员对应职业资格等级</w:t>
        <w:br/>
        <w:t>A.五  B.级  C.|  D.四</w:t>
        <w:br/>
        <w:t>【答案】A</w:t>
      </w:r>
    </w:p>
    <w:p>
      <w:r>
        <w:t>30. 社工中级考试科目有</w:t>
        <w:br/>
        <w:t>A.3  B.科  C.|  D.2</w:t>
        <w:br/>
        <w:t>【答案】A  30. 社工中级考试科目有</w:t>
        <w:br/>
        <w:t>A.3  B.科  C.|  D.2</w:t>
        <w:br/>
        <w:t>【答案】A</w:t>
      </w:r>
    </w:p>
    <w:p>
      <w:r>
        <w:t>31. 心理咨询师考试改革后由谁组织</w:t>
        <w:br/>
        <w:t>A.行  B.业  C.协  D.会</w:t>
        <w:br/>
        <w:t>【答案】A  31. 心理咨询师考试改革后由谁组织</w:t>
        <w:br/>
        <w:t>A.行  B.业  C.协  D.会</w:t>
        <w:br/>
        <w:t>【答案】A</w:t>
      </w:r>
    </w:p>
    <w:p>
      <w:r>
        <w:t>32. 档案管理师考试属于</w:t>
        <w:br/>
        <w:t>A.水  B.平  C.评  D.价</w:t>
        <w:br/>
        <w:t>【答案】A  32. 档案管理师考试属于</w:t>
        <w:br/>
        <w:t>A.水  B.平  C.评  D.价</w:t>
        <w:br/>
        <w:t>【答案】A</w:t>
      </w:r>
    </w:p>
    <w:p>
      <w:r>
        <w:t>33. 消防设施操作员考试分为几个等级</w:t>
        <w:br/>
        <w:t>A.五  B.级  C.|  D.三</w:t>
        <w:br/>
        <w:t>【答案】C  33. 消防设施操作员考试分为几个等级</w:t>
        <w:br/>
        <w:t>A.五  B.级  C.|  D.三</w:t>
        <w:br/>
        <w:t>【答案】C</w:t>
      </w:r>
    </w:p>
    <w:p>
      <w:r>
        <w:t>34. 社会工作者职业资格考试每年举行</w:t>
        <w:br/>
        <w:t>A.1  B.次  C.|  D.2</w:t>
        <w:br/>
        <w:t>【答案】A  34. 社会工作者职业资格考试每年举行</w:t>
        <w:br/>
        <w:t>A.1  B.次  C.|  D.2</w:t>
        <w:br/>
        <w:t>【答案】A</w:t>
      </w:r>
    </w:p>
    <w:p>
      <w:r>
        <w:t>35. 消防控制室值班人员需要什么证件</w:t>
        <w:br/>
        <w:t>A.消  B.防  C.设  D.施</w:t>
        <w:br/>
        <w:t>【答案】A  35. 消防控制室值班人员需要什么证件</w:t>
        <w:br/>
        <w:t>A.消  B.防  C.设  D.施</w:t>
        <w:br/>
        <w:t>【答案】A</w:t>
      </w:r>
    </w:p>
    <w:p>
      <w:r>
        <w:t>36. 社工考试科目不包括</w:t>
        <w:br/>
        <w:t>A.综  B.合  C.能  D.力</w:t>
        <w:br/>
        <w:t>【答案】D  36. 社工考试科目不包括</w:t>
        <w:br/>
        <w:t>A.综  B.合  C.能  D.力</w:t>
        <w:br/>
        <w:t>【答案】D</w:t>
      </w:r>
    </w:p>
    <w:p>
      <w:r>
        <w:t>37. 初级消防设施操作员对应职业资格等级</w:t>
        <w:br/>
        <w:t>A.五  B.级  C.|  D.四</w:t>
        <w:br/>
        <w:t>【答案】A  37. 初级消防设施操作员对应职业资格等级</w:t>
        <w:br/>
        <w:t>A.五  B.级  C.|  D.四</w:t>
        <w:br/>
        <w:t>【答案】A</w:t>
      </w:r>
    </w:p>
    <w:p>
      <w:r>
        <w:t>38. 社工中级考试科目有</w:t>
        <w:br/>
        <w:t>A.3  B.科  C.|  D.2</w:t>
        <w:br/>
        <w:t>【答案】A  38. 社工中级考试科目有</w:t>
        <w:br/>
        <w:t>A.3  B.科  C.|  D.2</w:t>
        <w:br/>
        <w:t>【答案】A</w:t>
      </w:r>
    </w:p>
    <w:p>
      <w:r>
        <w:t>39. 心理咨询师考试改革后由谁组织</w:t>
        <w:br/>
        <w:t>A.行  B.业  C.协  D.会</w:t>
        <w:br/>
        <w:t>【答案】A  39. 心理咨询师考试改革后由谁组织</w:t>
        <w:br/>
        <w:t>A.行  B.业  C.协  D.会</w:t>
        <w:br/>
        <w:t>【答案】A</w:t>
      </w:r>
    </w:p>
    <w:p>
      <w:r>
        <w:t>40. 档案管理师考试属于</w:t>
        <w:br/>
        <w:t>A.水  B.平  C.评  D.价</w:t>
        <w:br/>
        <w:t>【答案】A  40. 档案管理师考试属于</w:t>
        <w:br/>
        <w:t>A.水  B.平  C.评  D.价</w:t>
        <w:br/>
        <w:t>【答案】A</w:t>
      </w:r>
    </w:p>
    <w:p>
      <w:r>
        <w:t>41. 消防设施操作员考试分为几个等级</w:t>
        <w:br/>
        <w:t>A.五  B.级  C.|  D.三</w:t>
        <w:br/>
        <w:t>【答案】C  41. 消防设施操作员考试分为几个等级</w:t>
        <w:br/>
        <w:t>A.五  B.级  C.|  D.三</w:t>
        <w:br/>
        <w:t>【答案】C</w:t>
      </w:r>
    </w:p>
    <w:p>
      <w:r>
        <w:t>42. 社会工作者职业资格考试每年举行</w:t>
        <w:br/>
        <w:t>A.1  B.次  C.|  D.2</w:t>
        <w:br/>
        <w:t>【答案】A  42. 社会工作者职业资格考试每年举行</w:t>
        <w:br/>
        <w:t>A.1  B.次  C.|  D.2</w:t>
        <w:br/>
        <w:t>【答案】A</w:t>
      </w:r>
    </w:p>
    <w:p>
      <w:r>
        <w:t>43. 消防控制室值班人员需要什么证件</w:t>
        <w:br/>
        <w:t>A.消  B.防  C.设  D.施</w:t>
        <w:br/>
        <w:t>【答案】A  43. 消防控制室值班人员需要什么证件</w:t>
        <w:br/>
        <w:t>A.消  B.防  C.设  D.施</w:t>
        <w:br/>
        <w:t>【答案】A</w:t>
      </w:r>
    </w:p>
    <w:p>
      <w:r>
        <w:t>44. 社工考试科目不包括</w:t>
        <w:br/>
        <w:t>A.综  B.合  C.能  D.力</w:t>
        <w:br/>
        <w:t>【答案】D  44. 社工考试科目不包括</w:t>
        <w:br/>
        <w:t>A.综  B.合  C.能  D.力</w:t>
        <w:br/>
        <w:t>【答案】D</w:t>
      </w:r>
    </w:p>
    <w:p>
      <w:r>
        <w:t>45. 初级消防设施操作员对应职业资格等级</w:t>
        <w:br/>
        <w:t>A.五  B.级  C.|  D.四</w:t>
        <w:br/>
        <w:t>【答案】A  45. 初级消防设施操作员对应职业资格等级</w:t>
        <w:br/>
        <w:t>A.五  B.级  C.|  D.四</w:t>
        <w:br/>
        <w:t>【答案】A</w:t>
      </w:r>
    </w:p>
    <w:p>
      <w:r>
        <w:t>46. 社工中级考试科目有</w:t>
        <w:br/>
        <w:t>A.3  B.科  C.|  D.2</w:t>
        <w:br/>
        <w:t>【答案】A  46. 社工中级考试科目有</w:t>
        <w:br/>
        <w:t>A.3  B.科  C.|  D.2</w:t>
        <w:br/>
        <w:t>【答案】A</w:t>
      </w:r>
    </w:p>
    <w:p>
      <w:r>
        <w:t>47. 心理咨询师考试改革后由谁组织</w:t>
        <w:br/>
        <w:t>A.行  B.业  C.协  D.会</w:t>
        <w:br/>
        <w:t>【答案】A  47. 心理咨询师考试改革后由谁组织</w:t>
        <w:br/>
        <w:t>A.行  B.业  C.协  D.会</w:t>
        <w:br/>
        <w:t>【答案】A</w:t>
      </w:r>
    </w:p>
    <w:p>
      <w:r>
        <w:t>48. 档案管理师考试属于</w:t>
        <w:br/>
        <w:t>A.水  B.平  C.评  D.价</w:t>
        <w:br/>
        <w:t>【答案】A  48. 档案管理师考试属于</w:t>
        <w:br/>
        <w:t>A.水  B.平  C.评  D.价</w:t>
        <w:br/>
        <w:t>【答案】A</w:t>
      </w:r>
    </w:p>
    <w:p>
      <w:r>
        <w:t>49. 消防设施操作员考试分为几个等级</w:t>
        <w:br/>
        <w:t>A.五  B.级  C.|  D.三</w:t>
        <w:br/>
        <w:t>【答案】C  49. 消防设施操作员考试分为几个等级</w:t>
        <w:br/>
        <w:t>A.五  B.级  C.|  D.三</w:t>
        <w:br/>
        <w:t>【答案】C</w:t>
      </w:r>
    </w:p>
    <w:p>
      <w:r>
        <w:t>50. 社会工作者职业资格考试每年举行</w:t>
        <w:br/>
        <w:t>A.1  B.次  C.|  D.2</w:t>
        <w:br/>
        <w:t>【答案】A  50. 社会工作者职业资格考试每年举行</w:t>
        <w:br/>
        <w:t>A.1  B.次  C.|  D.2</w:t>
        <w:br/>
        <w:t>【答案】A</w:t>
      </w:r>
    </w:p>
    <w:p>
      <w:r>
        <w:t>【二、多项选择题（每题2分，共40分）】</w:t>
      </w:r>
    </w:p>
    <w:p>
      <w:r>
        <w:t>51. 社会工作者考试的科目包括</w:t>
        <w:br/>
        <w:t>A.社  B.会  C.工  D.作</w:t>
        <w:br/>
        <w:t>【答案】ABC  51. 社会工作者考试的科目包括</w:t>
        <w:br/>
        <w:t>A.社  B.会  C.工  D.作</w:t>
        <w:br/>
        <w:t>【答案】ABC</w:t>
      </w:r>
    </w:p>
    <w:p>
      <w:r>
        <w:t>52. 消防设施操作员的工作内容包括</w:t>
        <w:br/>
        <w:t>A.消  B.防  C.控  D.制</w:t>
        <w:br/>
        <w:t>【答案】ABC  52. 消防设施操作员的工作内容包括</w:t>
        <w:br/>
        <w:t>A.消  B.防  C.控  D.制</w:t>
        <w:br/>
        <w:t>【答案】ABC</w:t>
      </w:r>
    </w:p>
    <w:p>
      <w:r>
        <w:t>53. 技能类证书的获取方式包括</w:t>
        <w:br/>
        <w:t>A.考  B.试  C.认  D.定</w:t>
        <w:br/>
        <w:t>【答案】ABC  53. 技能类证书的获取方式包括</w:t>
        <w:br/>
        <w:t>A.考  B.试  C.认  D.定</w:t>
        <w:br/>
        <w:t>【答案】ABC</w:t>
      </w:r>
    </w:p>
    <w:p>
      <w:r>
        <w:t>54. 从事消防相关岗位需要</w:t>
        <w:br/>
        <w:t>A.持  B.证  C.上  D.岗</w:t>
        <w:br/>
        <w:t>【答案】ABC  54. 从事消防相关岗位需要</w:t>
        <w:br/>
        <w:t>A.持  B.证  C.上  D.岗</w:t>
        <w:br/>
        <w:t>【答案】ABC</w:t>
      </w:r>
    </w:p>
    <w:p>
      <w:r>
        <w:t>55. 社工的服务领域包括</w:t>
        <w:br/>
        <w:t>A.儿  B.童  C.青  D.少</w:t>
        <w:br/>
        <w:t>【答案】ABCD  55. 社工的服务领域包括</w:t>
        <w:br/>
        <w:t>A.儿  B.童  C.青  D.少</w:t>
        <w:br/>
        <w:t>【答案】ABCD</w:t>
      </w:r>
    </w:p>
    <w:p>
      <w:r>
        <w:t>56. 职业培训的形式包括</w:t>
        <w:br/>
        <w:t>A.岗  B.前  C.培  D.训</w:t>
        <w:br/>
        <w:t>【答案】ABCD  56. 职业培训的形式包括</w:t>
        <w:br/>
        <w:t>A.岗  B.前  C.培  D.训</w:t>
        <w:br/>
        <w:t>【答案】ABCD</w:t>
      </w:r>
    </w:p>
    <w:p>
      <w:r>
        <w:t>57. 考取证书的注意事项包括</w:t>
        <w:br/>
        <w:t>A.核  B.实  C.证  D.书</w:t>
        <w:br/>
        <w:t>【答案】ABCD  57. 考取证书的注意事项包括</w:t>
        <w:br/>
        <w:t>A.核  B.实  C.证  D.书</w:t>
        <w:br/>
        <w:t>【答案】ABCD</w:t>
      </w:r>
    </w:p>
    <w:p>
      <w:r>
        <w:t>58. 继续教育的方式包括</w:t>
        <w:br/>
        <w:t>A.面  B.授  C.|  D.网</w:t>
        <w:br/>
        <w:t>【答案】ABC  58. 继续教育的方式包括</w:t>
        <w:br/>
        <w:t>A.面  B.授  C.|  D.网</w:t>
        <w:br/>
        <w:t>【答案】ABC</w:t>
      </w:r>
    </w:p>
    <w:p>
      <w:r>
        <w:t>59. 社会工作者考试的科目包括</w:t>
        <w:br/>
        <w:t>A.社  B.会  C.工  D.作</w:t>
        <w:br/>
        <w:t>【答案】ABC  59. 社会工作者考试的科目包括</w:t>
        <w:br/>
        <w:t>A.社  B.会  C.工  D.作</w:t>
        <w:br/>
        <w:t>【答案】ABC</w:t>
      </w:r>
    </w:p>
    <w:p>
      <w:r>
        <w:t>60. 消防设施操作员的工作内容包括</w:t>
        <w:br/>
        <w:t>A.消  B.防  C.控  D.制</w:t>
        <w:br/>
        <w:t>【答案】ABC  60. 消防设施操作员的工作内容包括</w:t>
        <w:br/>
        <w:t>A.消  B.防  C.控  D.制</w:t>
        <w:br/>
        <w:t>【答案】ABC</w:t>
      </w:r>
    </w:p>
    <w:p>
      <w:r>
        <w:t>61. 技能类证书的获取方式包括</w:t>
        <w:br/>
        <w:t>A.考  B.试  C.认  D.定</w:t>
        <w:br/>
        <w:t>【答案】ABC  61. 技能类证书的获取方式包括</w:t>
        <w:br/>
        <w:t>A.考  B.试  C.认  D.定</w:t>
        <w:br/>
        <w:t>【答案】ABC</w:t>
      </w:r>
    </w:p>
    <w:p>
      <w:r>
        <w:t>62. 从事消防相关岗位需要</w:t>
        <w:br/>
        <w:t>A.持  B.证  C.上  D.岗</w:t>
        <w:br/>
        <w:t>【答案】ABC  62. 从事消防相关岗位需要</w:t>
        <w:br/>
        <w:t>A.持  B.证  C.上  D.岗</w:t>
        <w:br/>
        <w:t>【答案】ABC</w:t>
      </w:r>
    </w:p>
    <w:p>
      <w:r>
        <w:t>63. 社工的服务领域包括</w:t>
        <w:br/>
        <w:t>A.儿  B.童  C.青  D.少</w:t>
        <w:br/>
        <w:t>【答案】ABCD  63. 社工的服务领域包括</w:t>
        <w:br/>
        <w:t>A.儿  B.童  C.青  D.少</w:t>
        <w:br/>
        <w:t>【答案】ABCD</w:t>
      </w:r>
    </w:p>
    <w:p>
      <w:r>
        <w:t>64. 职业培训的形式包括</w:t>
        <w:br/>
        <w:t>A.岗  B.前  C.培  D.训</w:t>
        <w:br/>
        <w:t>【答案】ABCD  64. 职业培训的形式包括</w:t>
        <w:br/>
        <w:t>A.岗  B.前  C.培  D.训</w:t>
        <w:br/>
        <w:t>【答案】ABCD</w:t>
      </w:r>
    </w:p>
    <w:p>
      <w:r>
        <w:t>65. 考取证书的注意事项包括</w:t>
        <w:br/>
        <w:t>A.核  B.实  C.证  D.书</w:t>
        <w:br/>
        <w:t>【答案】ABCD  65. 考取证书的注意事项包括</w:t>
        <w:br/>
        <w:t>A.核  B.实  C.证  D.书</w:t>
        <w:br/>
        <w:t>【答案】ABCD</w:t>
      </w:r>
    </w:p>
    <w:p>
      <w:r>
        <w:t>66. 继续教育的方式包括</w:t>
        <w:br/>
        <w:t>A.面  B.授  C.|  D.网</w:t>
        <w:br/>
        <w:t>【答案】ABC  66. 继续教育的方式包括</w:t>
        <w:br/>
        <w:t>A.面  B.授  C.|  D.网</w:t>
        <w:br/>
        <w:t>【答案】ABC</w:t>
      </w:r>
    </w:p>
    <w:p>
      <w:r>
        <w:t>67. 社会工作者考试的科目包括</w:t>
        <w:br/>
        <w:t>A.社  B.会  C.工  D.作</w:t>
        <w:br/>
        <w:t>【答案】ABC  67. 社会工作者考试的科目包括</w:t>
        <w:br/>
        <w:t>A.社  B.会  C.工  D.作</w:t>
        <w:br/>
        <w:t>【答案】ABC</w:t>
      </w:r>
    </w:p>
    <w:p>
      <w:r>
        <w:t>68. 消防设施操作员的工作内容包括</w:t>
        <w:br/>
        <w:t>A.消  B.防  C.控  D.制</w:t>
        <w:br/>
        <w:t>【答案】ABC  68. 消防设施操作员的工作内容包括</w:t>
        <w:br/>
        <w:t>A.消  B.防  C.控  D.制</w:t>
        <w:br/>
        <w:t>【答案】ABC</w:t>
      </w:r>
    </w:p>
    <w:p>
      <w:r>
        <w:t>69. 技能类证书的获取方式包括</w:t>
        <w:br/>
        <w:t>A.考  B.试  C.认  D.定</w:t>
        <w:br/>
        <w:t>【答案】ABC  69. 技能类证书的获取方式包括</w:t>
        <w:br/>
        <w:t>A.考  B.试  C.认  D.定</w:t>
        <w:br/>
        <w:t>【答案】ABC</w:t>
      </w:r>
    </w:p>
    <w:p>
      <w:r>
        <w:t>70. 从事消防相关岗位需要</w:t>
        <w:br/>
        <w:t>A.持  B.证  C.上  D.岗</w:t>
        <w:br/>
        <w:t>【答案】ABC  70. 从事消防相关岗位需要</w:t>
        <w:br/>
        <w:t>A.持  B.证  C.上  D.岗</w:t>
        <w:br/>
        <w:t>【答案】ABC</w:t>
      </w:r>
    </w:p>
    <w:p>
      <w:r>
        <w:t>【三、判断题（每题1分，共20分）】</w:t>
      </w:r>
    </w:p>
    <w:p>
      <w:r>
        <w:t>71. 消防设施操作员证书全国有效  71. 消防设施操作员证书全国有效。（对/错）</w:t>
        <w:br/>
        <w:t>【答案】对</w:t>
      </w:r>
    </w:p>
    <w:p>
      <w:r>
        <w:t>72. 社工考试一年举行两次  72. 社工考试一年举行两次。（对/错）</w:t>
        <w:br/>
        <w:t>【答案】错</w:t>
      </w:r>
    </w:p>
    <w:p>
      <w:r>
        <w:t>73. 假证可以通过官网查询识别  73. 假证可以通过官网查询识别。（对/错）</w:t>
        <w:br/>
        <w:t>【答案】对</w:t>
      </w:r>
    </w:p>
    <w:p>
      <w:r>
        <w:t>74. 消防控制室必须24小时值班  74. 消防控制室必须24小时值班。（对/错）</w:t>
        <w:br/>
        <w:t>【答案】对</w:t>
      </w:r>
    </w:p>
    <w:p>
      <w:r>
        <w:t>75. 社工证可以挂靠赚钱  75. 社工证可以挂靠赚钱。（对/错）</w:t>
        <w:br/>
        <w:t>【答案】错</w:t>
      </w:r>
    </w:p>
    <w:p>
      <w:r>
        <w:t>76. 继续教育是保持证书有效的条件之一  76. 继续教育是保持证书有效的条件之一。（对/错）</w:t>
        <w:br/>
        <w:t>【答案】对</w:t>
      </w:r>
    </w:p>
    <w:p>
      <w:r>
        <w:t>77. 任何机构都可以发职业技能证书  77. 任何机构都可以发职业技能证书。（对/错）</w:t>
        <w:br/>
        <w:t>【答案】错</w:t>
      </w:r>
    </w:p>
    <w:p>
      <w:r>
        <w:t>78. 持证上岗是部分职业的强制要求  78. 持证上岗是部分职业的强制要求。（对/错）</w:t>
        <w:br/>
        <w:t>【答案】对</w:t>
      </w:r>
    </w:p>
    <w:p>
      <w:r>
        <w:t>79. 消防设施操作员证书全国有效  79. 消防设施操作员证书全国有效。（对/错）</w:t>
        <w:br/>
        <w:t>【答案】对</w:t>
      </w:r>
    </w:p>
    <w:p>
      <w:r>
        <w:t>80. 社工考试一年举行两次  80. 社工考试一年举行两次。（对/错）</w:t>
        <w:br/>
        <w:t>【答案】错</w:t>
      </w:r>
    </w:p>
    <w:p>
      <w:r>
        <w:t>81. 假证可以通过官网查询识别  81. 假证可以通过官网查询识别。（对/错）</w:t>
        <w:br/>
        <w:t>【答案】对</w:t>
      </w:r>
    </w:p>
    <w:p>
      <w:r>
        <w:t>82. 消防控制室必须24小时值班  82. 消防控制室必须24小时值班。（对/错）</w:t>
        <w:br/>
        <w:t>【答案】对</w:t>
      </w:r>
    </w:p>
    <w:p>
      <w:r>
        <w:t>83. 社工证可以挂靠赚钱  83. 社工证可以挂靠赚钱。（对/错）</w:t>
        <w:br/>
        <w:t>【答案】错</w:t>
      </w:r>
    </w:p>
    <w:p>
      <w:r>
        <w:t>84. 继续教育是保持证书有效的条件之一  84. 继续教育是保持证书有效的条件之一。（对/错）</w:t>
        <w:br/>
        <w:t>【答案】对</w:t>
      </w:r>
    </w:p>
    <w:p>
      <w:r>
        <w:t>85. 任何机构都可以发职业技能证书  85. 任何机构都可以发职业技能证书。（对/错）</w:t>
        <w:br/>
        <w:t>【答案】错</w:t>
      </w:r>
    </w:p>
    <w:p>
      <w:r>
        <w:t>86. 持证上岗是部分职业的强制要求  86. 持证上岗是部分职业的强制要求。（对/错）</w:t>
        <w:br/>
        <w:t>【答案】对</w:t>
      </w:r>
    </w:p>
    <w:p>
      <w:r>
        <w:t>87. 消防设施操作员证书全国有效  87. 消防设施操作员证书全国有效。（对/错）</w:t>
        <w:br/>
        <w:t>【答案】对</w:t>
      </w:r>
    </w:p>
    <w:p>
      <w:r>
        <w:t>88. 社工考试一年举行两次  88. 社工考试一年举行两次。（对/错）</w:t>
        <w:br/>
        <w:t>【答案】错</w:t>
      </w:r>
    </w:p>
    <w:p>
      <w:r>
        <w:t>89. 假证可以通过官网查询识别  89. 假证可以通过官网查询识别。（对/错）</w:t>
        <w:br/>
        <w:t>【答案】对</w:t>
      </w:r>
    </w:p>
    <w:p>
      <w:r>
        <w:t>90. 消防控制室必须24小时值班  90. 消防控制室必须24小时值班。（对/错）</w:t>
        <w:br/>
        <w:t>【答案】对</w:t>
      </w:r>
    </w:p>
    <w:p>
      <w:r>
        <w:t>【四、简答题（每题3分，共30分）】</w:t>
      </w:r>
    </w:p>
    <w:p>
      <w:r>
        <w:t>91. 简述考取职业技能证书的注意事项  91. 简述考取职业技能证书的注意事项。</w:t>
        <w:br/>
        <w:t>【答案】核实权威性、正规报名、认真备考、查询真伪</w:t>
      </w:r>
    </w:p>
    <w:p>
      <w:r>
        <w:t>92. 消防控制室值班员的主要职责是什么？</w:t>
        <w:br/>
        <w:t>【答案】值守监控、操作消防设施、报警处置、记录登记  92. 消防控制室值班员的主要职责是什么？</w:t>
        <w:br/>
        <w:t>【答案】值守监控、操作消防设施、报警处置、记录登记</w:t>
      </w:r>
    </w:p>
    <w:p>
      <w:r>
        <w:t>93. 社会工作者主要服务哪些人群？</w:t>
        <w:br/>
        <w:t>【答案】儿童、老人、残障人士、困难群体等  93. 社会工作者主要服务哪些人群？</w:t>
        <w:br/>
        <w:t>【答案】儿童、老人、残障人士、困难群体等</w:t>
      </w:r>
    </w:p>
    <w:p>
      <w:r>
        <w:t>94. 如何辨别证书真假？</w:t>
        <w:br/>
        <w:t>【答案】在国家职业资格/技能人才评价证书全国联网查询系统核实  94. 如何辨别证书真假？</w:t>
        <w:br/>
        <w:t>【答案】在国家职业资格/技能人才评价证书全国联网查询系统核实</w:t>
      </w:r>
    </w:p>
    <w:p>
      <w:r>
        <w:t>95. 简述考取职业技能证书的注意事项  95. 简述考取职业技能证书的注意事项。</w:t>
        <w:br/>
        <w:t>【答案】核实权威性、正规报名、认真备考、查询真伪</w:t>
      </w:r>
    </w:p>
    <w:p>
      <w:r>
        <w:t>96. 消防控制室值班员的主要职责是什么？</w:t>
        <w:br/>
        <w:t>【答案】值守监控、操作消防设施、报警处置、记录登记  96. 消防控制室值班员的主要职责是什么？</w:t>
        <w:br/>
        <w:t>【答案】值守监控、操作消防设施、报警处置、记录登记</w:t>
      </w:r>
    </w:p>
    <w:p>
      <w:r>
        <w:t>97. 社会工作者主要服务哪些人群？</w:t>
        <w:br/>
        <w:t>【答案】儿童、老人、残障人士、困难群体等  97. 社会工作者主要服务哪些人群？</w:t>
        <w:br/>
        <w:t>【答案】儿童、老人、残障人士、困难群体等</w:t>
      </w:r>
    </w:p>
    <w:p>
      <w:r>
        <w:t>98. 如何辨别证书真假？</w:t>
        <w:br/>
        <w:t>【答案】在国家职业资格/技能人才评价证书全国联网查询系统核实  98. 如何辨别证书真假？</w:t>
        <w:br/>
        <w:t>【答案】在国家职业资格/技能人才评价证书全国联网查询系统核实</w:t>
      </w:r>
    </w:p>
    <w:p>
      <w:r>
        <w:t>99. 简述考取职业技能证书的注意事项  99. 简述考取职业技能证书的注意事项。</w:t>
        <w:br/>
        <w:t>【答案】核实权威性、正规报名、认真备考、查询真伪</w:t>
      </w:r>
    </w:p>
    <w:p>
      <w:r>
        <w:t>100. 消防控制室值班员的主要职责是什么？</w:t>
        <w:br/>
        <w:t>【答案】值守监控、操作消防设施、报警处置、记录登记  100. 消防控制室值班员的主要职责是什么？</w:t>
        <w:br/>
        <w:t>【答案】值守监控、操作消防设施、报警处置、记录登记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