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人事专员个人工作总结范文（HR岗位专用）</w:t>
      </w:r>
    </w:p>
    <w:p>
      <w:r>
        <w:t>HR写年终总结和业务岗不一样，更强调流程规范和员工服务！小编整理了人事专员个人工作总结范文。</w:t>
      </w:r>
    </w:p>
    <w:p>
      <w:r>
        <w:t>亮点：①人事六大模块亮点写法；②数据化表达；③劳动关系风险提示。网页是预览版，下载Word完整版可编辑。? 免费下载Word完整版（可直接打印编辑）</w:t>
      </w:r>
    </w:p>
    <w:p>
      <w:pPr>
        <w:pStyle w:val="Heading1"/>
      </w:pPr>
      <w:r>
        <w:t>人事专员年度总结</w:t>
      </w:r>
    </w:p>
    <w:p>
      <w:r>
        <w:t>【前言】2026年，我负责人事基础工作，认真做好招聘、考勤、社保、档案管理等各项工作。</w:t>
      </w:r>
    </w:p>
    <w:p>
      <w:r>
        <w:t>【成绩】①招聘：发布岗位____个，组织面试____场，入职____人；②考勤薪酬：月度考勤统计零差错，工资核算及时准确；③社保公积金：按时申报缴纳，无差错；④员工关系：办理入离职手续____人次，劳动合同签订率100%。</w:t>
      </w:r>
    </w:p>
    <w:p>
      <w:r>
        <w:t>【不足与计划】加强招聘渠道建设和劳动法规学习。完整范文见Word版。?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