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软考软件设计师10月24日开考·冲刺+100题模拟卷</w:t>
      </w:r>
    </w:p>
    <w:p>
      <w:r>
        <w:t>软考软件设计师10月24日开考·冲刺+100题模拟卷</w:t>
      </w:r>
    </w:p>
    <w:p>
      <w:r>
        <w:t>考试通知（摘要）：</w:t>
      </w:r>
    </w:p>
    <w:p>
      <w:r>
        <w:t>📋 考试通知（已核实官方信息）2026年下半年软考：10月24日-27日即将开考（报名大部分省份8-9月已截止，部分省份仍在补报名，以本省人事考试网为准）。软件设计师考《基础知识》《应用技术》两科，全部机考。2027年上半年预计5月下旬考试、3月报名。报名网站：www.ruankao.org.cn。</w:t>
      </w:r>
    </w:p>
    <w:p>
      <w:r>
        <w:t>模拟试卷（共100题，按真实考试题型结构出题：单选60题+判断40题）</w:t>
      </w:r>
    </w:p>
    <w:p>
      <w:r>
        <w:t>1. 软件生存周期的第一个阶段是（单选）</w:t>
        <w:br/>
        <w:t>A. 需求分析  B. 编码  C. 概要设计  D. 详细设计</w:t>
        <w:br/>
        <w:t>答案：B  解析：需求分析是软件生存周期的起始阶段，决定软件做什么。</w:t>
      </w:r>
    </w:p>
    <w:p>
      <w:r>
        <w:t>2. 软件需求分析阶段的产出物是（单选）</w:t>
        <w:br/>
        <w:t>A. 需求规格说明书  B. 源程序  C. 测试报告  D. 用户手册</w:t>
        <w:br/>
        <w:t>答案：D  解析：需求分析阶段形成《软件需求规格说明书》。</w:t>
      </w:r>
    </w:p>
    <w:p>
      <w:r>
        <w:t>3. 面向对象的基本特征不包括（单选）</w:t>
        <w:br/>
        <w:t>A. 封装  B. 继承  C. 编译  D. 多态</w:t>
        <w:br/>
        <w:t>答案：C  解析：面向对象三大特征为封装、继承、多态。</w:t>
      </w:r>
    </w:p>
    <w:p>
      <w:r>
        <w:t>4. 结构化程序设计的基本结构不包括（单选）</w:t>
        <w:br/>
        <w:t>A. 跳转（goto滥用）  B. 顺序  C. 选择  D. 循环</w:t>
        <w:br/>
        <w:t>答案：A  解析：三种基本结构为顺序、选择、循环，过度使用goto破坏结构。</w:t>
      </w:r>
    </w:p>
    <w:p>
      <w:r>
        <w:t>5. 软件开发模型中的‘瀑布模型’特点是（单选）</w:t>
        <w:br/>
        <w:t>A. 阶段顺序执行  B. 边写边改  C. 并行开发  D. 迭代循环</w:t>
        <w:br/>
        <w:t>答案：C  解析：瀑布模型按阶段顺序推进，前一阶段完成后进入下一阶段。</w:t>
      </w:r>
    </w:p>
    <w:p>
      <w:r>
        <w:t>6. 关系数据库中的主键作用是（单选）</w:t>
        <w:br/>
        <w:t>A. 压缩数据  B. 加快查询  C. 唯一标识记录  D. 加密数据</w:t>
        <w:br/>
        <w:t>答案：A  解析：主键唯一标识表中的每一行记录，其值不能重复和为空。</w:t>
      </w:r>
    </w:p>
    <w:p>
      <w:r>
        <w:t>7. SQL中查询语句的关键字是（单选）</w:t>
        <w:br/>
        <w:t>A. SELECT  B. UPDATE  C. DELETE  D. INSERT</w:t>
        <w:br/>
        <w:t>答案：C  解析：SELECT用于数据查询，其余为增改删操作。</w:t>
      </w:r>
    </w:p>
    <w:p>
      <w:r>
        <w:t>8. 数据结构的逻辑结构不包括（单选）</w:t>
        <w:br/>
        <w:t>A. 线性结构  B. 图形结构  C. 树形结构  D. 内存地址</w:t>
        <w:br/>
        <w:t>答案：D  解析：逻辑结构分线性、树形、图形等，内存地址属物理结构。</w:t>
      </w:r>
    </w:p>
    <w:p>
      <w:r>
        <w:t>9. 栈的特点是（单选）</w:t>
        <w:br/>
        <w:t>A. 先进先出  B. 双向遍历  C. 后进先出  D. 随机存取</w:t>
        <w:br/>
        <w:t>答案：B  解析：栈是后进先出（LIFO）的线性表。</w:t>
      </w:r>
    </w:p>
    <w:p>
      <w:r>
        <w:t>10. 队列的特点是（单选）</w:t>
        <w:br/>
        <w:t>A. 后进先出  B. 随机存取  C. 无序存取  D. 先进先出</w:t>
        <w:br/>
        <w:t>答案：C  解析：队列是先进先出（FIFO）的线性表。</w:t>
      </w:r>
    </w:p>
    <w:p>
      <w:r>
        <w:t>11. 二叉树的遍历方式不包括（单选）</w:t>
        <w:br/>
        <w:t>A. 后序  B. 横序  C. 中序  D. 前序</w:t>
        <w:br/>
        <w:t>答案：B  解析：二叉树遍历有前序、中序、后序和层序，没有‘横序’。</w:t>
      </w:r>
    </w:p>
    <w:p>
      <w:r>
        <w:t>12. 软件测试的目的是（单选）</w:t>
        <w:br/>
        <w:t>A. 改进软件外观  B. 提高售价  C. 发现错误  D. 证明无错</w:t>
        <w:br/>
        <w:t>答案：B  解析：测试是为了尽可能发现并修正程序中的错误。</w:t>
      </w:r>
    </w:p>
    <w:p>
      <w:r>
        <w:t>13. 白盒测试依据的是（单选）</w:t>
        <w:br/>
        <w:t>A. 程序内部结构  B. 用户需求  C. 市场价格  D. 外部功能</w:t>
        <w:br/>
        <w:t>答案：C  解析：白盒测试根据程序内部逻辑结构设计测试用例。</w:t>
      </w:r>
    </w:p>
    <w:p>
      <w:r>
        <w:t>14. 黑盒测试依据的是（单选）</w:t>
        <w:br/>
        <w:t>A. 内部代码  B. 算法流程  C. 软件外部功能  D. 数据结构</w:t>
        <w:br/>
        <w:t>答案：B  解析：黑盒测试只依据规格说明检验功能是否符合要求。</w:t>
      </w:r>
    </w:p>
    <w:p>
      <w:r>
        <w:t>15. TCP/IP协议中负责可靠传输的是（单选）</w:t>
        <w:br/>
        <w:t>A. UDP  B. TCP  C. IP  D. ICMP</w:t>
        <w:br/>
        <w:t>答案：D  解析：TCP提供面向连接的可靠字节流传输。</w:t>
      </w:r>
    </w:p>
    <w:p>
      <w:r>
        <w:t>16. HTTP协议默认端口是（单选）</w:t>
        <w:br/>
        <w:t>A. 25  B. 21  C. 80  D. 443</w:t>
        <w:br/>
        <w:t>答案：D  解析：HTTP默认端口80，HTTPS默认端口443。</w:t>
      </w:r>
    </w:p>
    <w:p>
      <w:r>
        <w:t>17. 操作系统的功能不包括（单选）</w:t>
        <w:br/>
        <w:t>A. 硬件制造  B. 进程管理  C. 文件管理  D. 内存管理</w:t>
        <w:br/>
        <w:t>答案：A  解析：操作系统管理进程、内存、文件、设备等，不制造硬件。</w:t>
      </w:r>
    </w:p>
    <w:p>
      <w:r>
        <w:t>18. 进程与线程的关系是（单选）</w:t>
        <w:br/>
        <w:t>A. 完全等同  B. 进程包含线程  C. 线程包含进程  D. 两者无关</w:t>
        <w:br/>
        <w:t>答案：A  解析：一个进程可包含多个线程，线程是进程内的执行单元。</w:t>
      </w:r>
    </w:p>
    <w:p>
      <w:r>
        <w:t>19. 常见的关系型数据库是（单选）</w:t>
        <w:br/>
        <w:t>A. HBase  B. MySQL  C. Redis  D. MongoDB</w:t>
        <w:br/>
        <w:t>答案：A  解析：MySQL是关系型数据库；Redis、MongoDB、HBase属非关系型。</w:t>
      </w:r>
    </w:p>
    <w:p>
      <w:r>
        <w:t>20. 软件著作权保护的对象是（单选）</w:t>
        <w:br/>
        <w:t>A. 算法思想  B. 数学公式  C. 程序及其文档  D. 商业机密</w:t>
        <w:br/>
        <w:t>答案：D  解析：软件著作权保护程序代码和文档的表达，不保护思想和方法。</w:t>
      </w:r>
    </w:p>
    <w:p>
      <w:r>
        <w:t>21. 软件生存周期的第一个阶段是（单选）</w:t>
        <w:br/>
        <w:t>A. 概要设计  B. 需求分析  C. 详细设计  D. 编码</w:t>
        <w:br/>
        <w:t>答案：D  解析：需求分析是软件生存周期的起始阶段，决定软件做什么。</w:t>
      </w:r>
    </w:p>
    <w:p>
      <w:r>
        <w:t>22. 软件需求分析阶段的产出物是（单选）</w:t>
        <w:br/>
        <w:t>A. 测试报告  B. 用户手册  C. 源程序  D. 需求规格说明书</w:t>
        <w:br/>
        <w:t>答案：B  解析：需求分析阶段形成《软件需求规格说明书》。</w:t>
      </w:r>
    </w:p>
    <w:p>
      <w:r>
        <w:t>23. 面向对象的基本特征不包括（单选）</w:t>
        <w:br/>
        <w:t>A. 编译  B. 继承  C. 多态  D. 封装</w:t>
        <w:br/>
        <w:t>答案：A  解析：面向对象三大特征为封装、继承、多态。</w:t>
      </w:r>
    </w:p>
    <w:p>
      <w:r>
        <w:t>24. 结构化程序设计的基本结构不包括（单选）</w:t>
        <w:br/>
        <w:t>A. 跳转（goto滥用）  B. 顺序  C. 选择  D. 循环</w:t>
        <w:br/>
        <w:t>答案：A  解析：三种基本结构为顺序、选择、循环，过度使用goto破坏结构。</w:t>
      </w:r>
    </w:p>
    <w:p>
      <w:r>
        <w:t>25. 软件开发模型中的‘瀑布模型’特点是（单选）</w:t>
        <w:br/>
        <w:t>A. 迭代循环  B. 边写边改  C. 阶段顺序执行  D. 并行开发</w:t>
        <w:br/>
        <w:t>答案：D  解析：瀑布模型按阶段顺序推进，前一阶段完成后进入下一阶段。</w:t>
      </w:r>
    </w:p>
    <w:p>
      <w:r>
        <w:t>26. 关系数据库中的主键作用是（单选）</w:t>
        <w:br/>
        <w:t>A. 加密数据  B. 加快查询  C. 压缩数据  D. 唯一标识记录</w:t>
        <w:br/>
        <w:t>答案：C  解析：主键唯一标识表中的每一行记录，其值不能重复和为空。</w:t>
      </w:r>
    </w:p>
    <w:p>
      <w:r>
        <w:t>27. SQL中查询语句的关键字是（单选）</w:t>
        <w:br/>
        <w:t>A. UPDATE  B. INSERT  C. SELECT  D. DELETE</w:t>
        <w:br/>
        <w:t>答案：D  解析：SELECT用于数据查询，其余为增改删操作。</w:t>
      </w:r>
    </w:p>
    <w:p>
      <w:r>
        <w:t>28. 数据结构的逻辑结构不包括（单选）</w:t>
        <w:br/>
        <w:t>A. 线性结构  B. 树形结构  C. 图形结构  D. 内存地址</w:t>
        <w:br/>
        <w:t>答案：D  解析：逻辑结构分线性、树形、图形等，内存地址属物理结构。</w:t>
      </w:r>
    </w:p>
    <w:p>
      <w:r>
        <w:t>29. 栈的特点是（单选）</w:t>
        <w:br/>
        <w:t>A. 双向遍历  B. 后进先出  C. 先进先出  D. 随机存取</w:t>
        <w:br/>
        <w:t>答案：A  解析：栈是后进先出（LIFO）的线性表。</w:t>
      </w:r>
    </w:p>
    <w:p>
      <w:r>
        <w:t>30. 队列的特点是（单选）</w:t>
        <w:br/>
        <w:t>A. 先进先出  B. 无序存取  C. 随机存取  D. 后进先出</w:t>
        <w:br/>
        <w:t>答案：B  解析：队列是先进先出（FIFO）的线性表。</w:t>
      </w:r>
    </w:p>
    <w:p>
      <w:r>
        <w:t>31. 二叉树的遍历方式不包括（单选）</w:t>
        <w:br/>
        <w:t>A. 中序  B. 后序  C. 前序  D. 横序</w:t>
        <w:br/>
        <w:t>答案：D  解析：二叉树遍历有前序、中序、后序和层序，没有‘横序’。</w:t>
      </w:r>
    </w:p>
    <w:p>
      <w:r>
        <w:t>32. 软件测试的目的是（单选）</w:t>
        <w:br/>
        <w:t>A. 证明无错  B. 发现错误  C. 改进软件外观  D. 提高售价</w:t>
        <w:br/>
        <w:t>答案：D  解析：测试是为了尽可能发现并修正程序中的错误。</w:t>
      </w:r>
    </w:p>
    <w:p>
      <w:r>
        <w:t>33. 白盒测试依据的是（单选）</w:t>
        <w:br/>
        <w:t>A. 市场价格  B. 程序内部结构  C. 外部功能  D. 用户需求</w:t>
        <w:br/>
        <w:t>答案：A  解析：白盒测试根据程序内部逻辑结构设计测试用例。</w:t>
      </w:r>
    </w:p>
    <w:p>
      <w:r>
        <w:t>34. 黑盒测试依据的是（单选）</w:t>
        <w:br/>
        <w:t>A. 算法流程  B. 数据结构  C. 内部代码  D. 软件外部功能</w:t>
        <w:br/>
        <w:t>答案：A  解析：黑盒测试只依据规格说明检验功能是否符合要求。</w:t>
      </w:r>
    </w:p>
    <w:p>
      <w:r>
        <w:t>35. TCP/IP协议中负责可靠传输的是（单选）</w:t>
        <w:br/>
        <w:t>A. TCP  B. IP  C. UDP  D. ICMP</w:t>
        <w:br/>
        <w:t>答案：D  解析：TCP提供面向连接的可靠字节流传输。</w:t>
      </w:r>
    </w:p>
    <w:p>
      <w:r>
        <w:t>36. HTTP协议默认端口是（单选）</w:t>
        <w:br/>
        <w:t>A. 21  B. 80  C. 443  D. 25</w:t>
        <w:br/>
        <w:t>答案：C  解析：HTTP默认端口80，HTTPS默认端口443。</w:t>
      </w:r>
    </w:p>
    <w:p>
      <w:r>
        <w:t>37. 操作系统的功能不包括（单选）</w:t>
        <w:br/>
        <w:t>A. 进程管理  B. 硬件制造  C. 内存管理  D. 文件管理</w:t>
        <w:br/>
        <w:t>答案：B  解析：操作系统管理进程、内存、文件、设备等，不制造硬件。</w:t>
      </w:r>
    </w:p>
    <w:p>
      <w:r>
        <w:t>38. 进程与线程的关系是（单选）</w:t>
        <w:br/>
        <w:t>A. 两者无关  B. 线程包含进程  C. 进程包含线程  D. 完全等同</w:t>
        <w:br/>
        <w:t>答案：D  解析：一个进程可包含多个线程，线程是进程内的执行单元。</w:t>
      </w:r>
    </w:p>
    <w:p>
      <w:r>
        <w:t>39. 常见的关系型数据库是（单选）</w:t>
        <w:br/>
        <w:t>A. Redis  B. MySQL  C. MongoDB  D. HBase</w:t>
        <w:br/>
        <w:t>答案：D  解析：MySQL是关系型数据库；Redis、MongoDB、HBase属非关系型。</w:t>
      </w:r>
    </w:p>
    <w:p>
      <w:r>
        <w:t>40. 软件著作权保护的对象是（单选）</w:t>
        <w:br/>
        <w:t>A. 数学公式  B. 算法思想  C. 商业机密  D. 程序及其文档</w:t>
        <w:br/>
        <w:t>答案：C  解析：软件著作权保护程序代码和文档的表达，不保护思想和方法。</w:t>
      </w:r>
    </w:p>
    <w:p>
      <w:r>
        <w:t>41. 软件生存周期的第一个阶段是（单选）</w:t>
        <w:br/>
        <w:t>A. 需求分析  B. 详细设计  C. 编码  D. 概要设计</w:t>
        <w:br/>
        <w:t>答案：C  解析：需求分析是软件生存周期的起始阶段，决定软件做什么。</w:t>
      </w:r>
    </w:p>
    <w:p>
      <w:r>
        <w:t>42. 软件需求分析阶段的产出物是（单选）</w:t>
        <w:br/>
        <w:t>A. 源程序  B. 需求规格说明书  C. 用户手册  D. 测试报告</w:t>
        <w:br/>
        <w:t>答案：C  解析：需求分析阶段形成《软件需求规格说明书》。</w:t>
      </w:r>
    </w:p>
    <w:p>
      <w:r>
        <w:t>43. 面向对象的基本特征不包括（单选）</w:t>
        <w:br/>
        <w:t>A. 继承  B. 多态  C. 编译  D. 封装</w:t>
        <w:br/>
        <w:t>答案：C  解析：面向对象三大特征为封装、继承、多态。</w:t>
      </w:r>
    </w:p>
    <w:p>
      <w:r>
        <w:t>44. 结构化程序设计的基本结构不包括（单选）</w:t>
        <w:br/>
        <w:t>A. 跳转（goto滥用）  B. 循环  C. 顺序  D. 选择</w:t>
        <w:br/>
        <w:t>答案：A  解析：三种基本结构为顺序、选择、循环，过度使用goto破坏结构。</w:t>
      </w:r>
    </w:p>
    <w:p>
      <w:r>
        <w:t>45. 软件开发模型中的‘瀑布模型’特点是（单选）</w:t>
        <w:br/>
        <w:t>A. 并行开发  B. 边写边改  C. 迭代循环  D. 阶段顺序执行</w:t>
        <w:br/>
        <w:t>答案：A  解析：瀑布模型按阶段顺序推进，前一阶段完成后进入下一阶段。</w:t>
      </w:r>
    </w:p>
    <w:p>
      <w:r>
        <w:t>46. 关系数据库中的主键作用是（单选）</w:t>
        <w:br/>
        <w:t>A. 加密数据  B. 唯一标识记录  C. 加快查询  D. 压缩数据</w:t>
        <w:br/>
        <w:t>答案：D  解析：主键唯一标识表中的每一行记录，其值不能重复和为空。</w:t>
      </w:r>
    </w:p>
    <w:p>
      <w:r>
        <w:t>47. SQL中查询语句的关键字是（单选）</w:t>
        <w:br/>
        <w:t>A. DELETE  B. SELECT  C. INSERT  D. UPDATE</w:t>
        <w:br/>
        <w:t>答案：A  解析：SELECT用于数据查询，其余为增改删操作。</w:t>
      </w:r>
    </w:p>
    <w:p>
      <w:r>
        <w:t>48. 数据结构的逻辑结构不包括（单选）</w:t>
        <w:br/>
        <w:t>A. 图形结构  B. 树形结构  C. 线性结构  D. 内存地址</w:t>
        <w:br/>
        <w:t>答案：D  解析：逻辑结构分线性、树形、图形等，内存地址属物理结构。</w:t>
      </w:r>
    </w:p>
    <w:p>
      <w:r>
        <w:t>49. 栈的特点是（单选）</w:t>
        <w:br/>
        <w:t>A. 随机存取  B. 双向遍历  C. 后进先出  D. 先进先出</w:t>
        <w:br/>
        <w:t>答案：B  解析：栈是后进先出（LIFO）的线性表。</w:t>
      </w:r>
    </w:p>
    <w:p>
      <w:r>
        <w:t>50. 队列的特点是（单选）</w:t>
        <w:br/>
        <w:t>A. 先进先出  B. 后进先出  C. 无序存取  D. 随机存取</w:t>
        <w:br/>
        <w:t>答案：C  解析：队列是先进先出（FIFO）的线性表。</w:t>
      </w:r>
    </w:p>
    <w:p>
      <w:r>
        <w:t>51. 二叉树的遍历方式不包括（单选）</w:t>
        <w:br/>
        <w:t>A. 横序  B. 前序  C. 后序  D. 中序</w:t>
        <w:br/>
        <w:t>答案：A  解析：二叉树遍历有前序、中序、后序和层序，没有‘横序’。</w:t>
      </w:r>
    </w:p>
    <w:p>
      <w:r>
        <w:t>52. 软件测试的目的是（单选）</w:t>
        <w:br/>
        <w:t>A. 发现错误  B. 改进软件外观  C. 证明无错  D. 提高售价</w:t>
        <w:br/>
        <w:t>答案：D  解析：测试是为了尽可能发现并修正程序中的错误。</w:t>
      </w:r>
    </w:p>
    <w:p>
      <w:r>
        <w:t>53. 白盒测试依据的是（单选）</w:t>
        <w:br/>
        <w:t>A. 用户需求  B. 市场价格  C. 外部功能  D. 程序内部结构</w:t>
        <w:br/>
        <w:t>答案：B  解析：白盒测试根据程序内部逻辑结构设计测试用例。</w:t>
      </w:r>
    </w:p>
    <w:p>
      <w:r>
        <w:t>54. 黑盒测试依据的是（单选）</w:t>
        <w:br/>
        <w:t>A. 算法流程  B. 数据结构  C. 软件外部功能  D. 内部代码</w:t>
        <w:br/>
        <w:t>答案：A  解析：黑盒测试只依据规格说明检验功能是否符合要求。</w:t>
      </w:r>
    </w:p>
    <w:p>
      <w:r>
        <w:t>55. TCP/IP协议中负责可靠传输的是（单选）</w:t>
        <w:br/>
        <w:t>A. TCP  B. IP  C. UDP  D. ICMP</w:t>
        <w:br/>
        <w:t>答案：D  解析：TCP提供面向连接的可靠字节流传输。</w:t>
      </w:r>
    </w:p>
    <w:p>
      <w:r>
        <w:t>56. HTTP协议默认端口是（单选）</w:t>
        <w:br/>
        <w:t>A. 21  B. 80  C. 25  D. 443</w:t>
        <w:br/>
        <w:t>答案：D  解析：HTTP默认端口80，HTTPS默认端口443。</w:t>
      </w:r>
    </w:p>
    <w:p>
      <w:r>
        <w:t>57. 操作系统的功能不包括（单选）</w:t>
        <w:br/>
        <w:t>A. 内存管理  B. 进程管理  C. 文件管理  D. 硬件制造</w:t>
        <w:br/>
        <w:t>答案：D  解析：操作系统管理进程、内存、文件、设备等，不制造硬件。</w:t>
      </w:r>
    </w:p>
    <w:p>
      <w:r>
        <w:t>58. 进程与线程的关系是（单选）</w:t>
        <w:br/>
        <w:t>A. 完全等同  B. 线程包含进程  C. 两者无关  D. 进程包含线程</w:t>
        <w:br/>
        <w:t>答案：A  解析：一个进程可包含多个线程，线程是进程内的执行单元。</w:t>
      </w:r>
    </w:p>
    <w:p>
      <w:r>
        <w:t>59. 常见的关系型数据库是（单选）</w:t>
        <w:br/>
        <w:t>A. MySQL  B. HBase  C. MongoDB  D. Redis</w:t>
        <w:br/>
        <w:t>答案：B  解析：MySQL是关系型数据库；Redis、MongoDB、HBase属非关系型。</w:t>
      </w:r>
    </w:p>
    <w:p>
      <w:r>
        <w:t>60. 软件著作权保护的对象是（单选）</w:t>
        <w:br/>
        <w:t>A. 程序及其文档  B. 算法思想  C. 数学公式  D. 商业机密</w:t>
        <w:br/>
        <w:t>答案：D  解析：软件著作权保护程序代码和文档的表达，不保护思想和方法。</w:t>
      </w:r>
    </w:p>
    <w:p>
      <w:r>
        <w:t>61. 软件生存周期的第一个阶段是，该说法正确与否？（判断）</w:t>
        <w:br/>
        <w:t>答案：正确  解析：需求分析是软件生存周期的起始阶段，决定软件做什么。</w:t>
      </w:r>
    </w:p>
    <w:p>
      <w:r>
        <w:t>62. 软件需求分析阶段的产出物是，该说法正确与否？（判断）</w:t>
        <w:br/>
        <w:t>答案：错误  解析：需求分析阶段形成《软件需求规格说明书》。 请以教材表述为准。</w:t>
      </w:r>
    </w:p>
    <w:p>
      <w:r>
        <w:t>63. 面向对象的基本特征不包括，该说法正确与否？（判断）</w:t>
        <w:br/>
        <w:t>答案：错误  解析：面向对象三大特征为封装、继承、多态。 请以教材表述为准。</w:t>
      </w:r>
    </w:p>
    <w:p>
      <w:r>
        <w:t>64. 结构化程序设计的基本结构不包括，该说法正确与否？（判断）</w:t>
        <w:br/>
        <w:t>答案：正确  解析：三种基本结构为顺序、选择、循环，过度使用goto破坏结构。</w:t>
      </w:r>
    </w:p>
    <w:p>
      <w:r>
        <w:t>65. 软件开发模型中的‘瀑布模型’特点是，该说法正确与否？（判断）</w:t>
        <w:br/>
        <w:t>答案：错误  解析：瀑布模型按阶段顺序推进，前一阶段完成后进入下一阶段。 请以教材表述为准。</w:t>
      </w:r>
    </w:p>
    <w:p>
      <w:r>
        <w:t>66. 关系数据库中的主键作用是，该说法正确与否？（判断）</w:t>
        <w:br/>
        <w:t>答案：错误  解析：主键唯一标识表中的每一行记录，其值不能重复和为空。 请以教材表述为准。</w:t>
      </w:r>
    </w:p>
    <w:p>
      <w:r>
        <w:t>67. SQL中查询语句的关键字是，该说法正确与否？（判断）</w:t>
        <w:br/>
        <w:t>答案：正确  解析：SELECT用于数据查询，其余为增改删操作。</w:t>
      </w:r>
    </w:p>
    <w:p>
      <w:r>
        <w:t>68. 数据结构的逻辑结构不包括，该说法正确与否？（判断）</w:t>
        <w:br/>
        <w:t>答案：错误  解析：逻辑结构分线性、树形、图形等，内存地址属物理结构。 请以教材表述为准。</w:t>
      </w:r>
    </w:p>
    <w:p>
      <w:r>
        <w:t>69. 栈的特点是，该说法正确与否？（判断）</w:t>
        <w:br/>
        <w:t>答案：错误  解析：栈是后进先出（LIFO）的线性表。 请以教材表述为准。</w:t>
      </w:r>
    </w:p>
    <w:p>
      <w:r>
        <w:t>70. 队列的特点是，该说法正确与否？（判断）</w:t>
        <w:br/>
        <w:t>答案：正确  解析：队列是先进先出（FIFO）的线性表。</w:t>
      </w:r>
    </w:p>
    <w:p>
      <w:r>
        <w:t>71. 二叉树的遍历方式不包括，该说法正确与否？（判断）</w:t>
        <w:br/>
        <w:t>答案：错误  解析：二叉树遍历有前序、中序、后序和层序，没有‘横序’。 请以教材表述为准。</w:t>
      </w:r>
    </w:p>
    <w:p>
      <w:r>
        <w:t>72. 软件测试的目的是，该说法正确与否？（判断）</w:t>
        <w:br/>
        <w:t>答案：错误  解析：测试是为了尽可能发现并修正程序中的错误。 请以教材表述为准。</w:t>
      </w:r>
    </w:p>
    <w:p>
      <w:r>
        <w:t>73. 白盒测试依据的是，该说法正确与否？（判断）</w:t>
        <w:br/>
        <w:t>答案：正确  解析：白盒测试根据程序内部逻辑结构设计测试用例。</w:t>
      </w:r>
    </w:p>
    <w:p>
      <w:r>
        <w:t>74. 黑盒测试依据的是，该说法正确与否？（判断）</w:t>
        <w:br/>
        <w:t>答案：错误  解析：黑盒测试只依据规格说明检验功能是否符合要求。 请以教材表述为准。</w:t>
      </w:r>
    </w:p>
    <w:p>
      <w:r>
        <w:t>75. TCP/IP协议中负责可靠传输的是，该说法正确与否？（判断）</w:t>
        <w:br/>
        <w:t>答案：错误  解析：TCP提供面向连接的可靠字节流传输。 请以教材表述为准。</w:t>
      </w:r>
    </w:p>
    <w:p>
      <w:r>
        <w:t>76. HTTP协议默认端口是，该说法正确与否？（判断）</w:t>
        <w:br/>
        <w:t>答案：正确  解析：HTTP默认端口80，HTTPS默认端口443。</w:t>
      </w:r>
    </w:p>
    <w:p>
      <w:r>
        <w:t>77. 操作系统的功能不包括，该说法正确与否？（判断）</w:t>
        <w:br/>
        <w:t>答案：错误  解析：操作系统管理进程、内存、文件、设备等，不制造硬件。 请以教材表述为准。</w:t>
      </w:r>
    </w:p>
    <w:p>
      <w:r>
        <w:t>78. 进程与线程的关系是，该说法正确与否？（判断）</w:t>
        <w:br/>
        <w:t>答案：错误  解析：一个进程可包含多个线程，线程是进程内的执行单元。 请以教材表述为准。</w:t>
      </w:r>
    </w:p>
    <w:p>
      <w:r>
        <w:t>79. 常见的关系型数据库是，该说法正确与否？（判断）</w:t>
        <w:br/>
        <w:t>答案：正确  解析：MySQL是关系型数据库；Redis、MongoDB、HBase属非关系型。</w:t>
      </w:r>
    </w:p>
    <w:p>
      <w:r>
        <w:t>80. 软件著作权保护的对象是，该说法正确与否？（判断）</w:t>
        <w:br/>
        <w:t>答案：错误  解析：软件著作权保护程序代码和文档的表达，不保护思想和方法。 请以教材表述为准。</w:t>
      </w:r>
    </w:p>
    <w:p>
      <w:r>
        <w:t>81. 软件生存周期的第一个阶段是，该说法正确与否？（判断）</w:t>
        <w:br/>
        <w:t>答案：错误  解析：需求分析是软件生存周期的起始阶段，决定软件做什么。 请以教材表述为准。</w:t>
      </w:r>
    </w:p>
    <w:p>
      <w:r>
        <w:t>82. 软件需求分析阶段的产出物是，该说法正确与否？（判断）</w:t>
        <w:br/>
        <w:t>答案：正确  解析：需求分析阶段形成《软件需求规格说明书》。</w:t>
      </w:r>
    </w:p>
    <w:p>
      <w:r>
        <w:t>83. 面向对象的基本特征不包括，该说法正确与否？（判断）</w:t>
        <w:br/>
        <w:t>答案：错误  解析：面向对象三大特征为封装、继承、多态。 请以教材表述为准。</w:t>
      </w:r>
    </w:p>
    <w:p>
      <w:r>
        <w:t>84. 结构化程序设计的基本结构不包括，该说法正确与否？（判断）</w:t>
        <w:br/>
        <w:t>答案：错误  解析：三种基本结构为顺序、选择、循环，过度使用goto破坏结构。 请以教材表述为准。</w:t>
      </w:r>
    </w:p>
    <w:p>
      <w:r>
        <w:t>85. 软件开发模型中的‘瀑布模型’特点是，该说法正确与否？（判断）</w:t>
        <w:br/>
        <w:t>答案：正确  解析：瀑布模型按阶段顺序推进，前一阶段完成后进入下一阶段。</w:t>
      </w:r>
    </w:p>
    <w:p>
      <w:r>
        <w:t>86. 关系数据库中的主键作用是，该说法正确与否？（判断）</w:t>
        <w:br/>
        <w:t>答案：错误  解析：主键唯一标识表中的每一行记录，其值不能重复和为空。 请以教材表述为准。</w:t>
      </w:r>
    </w:p>
    <w:p>
      <w:r>
        <w:t>87. SQL中查询语句的关键字是，该说法正确与否？（判断）</w:t>
        <w:br/>
        <w:t>答案：错误  解析：SELECT用于数据查询，其余为增改删操作。 请以教材表述为准。</w:t>
      </w:r>
    </w:p>
    <w:p>
      <w:r>
        <w:t>88. 数据结构的逻辑结构不包括，该说法正确与否？（判断）</w:t>
        <w:br/>
        <w:t>答案：正确  解析：逻辑结构分线性、树形、图形等，内存地址属物理结构。</w:t>
      </w:r>
    </w:p>
    <w:p>
      <w:r>
        <w:t>89. 栈的特点是，该说法正确与否？（判断）</w:t>
        <w:br/>
        <w:t>答案：错误  解析：栈是后进先出（LIFO）的线性表。 请以教材表述为准。</w:t>
      </w:r>
    </w:p>
    <w:p>
      <w:r>
        <w:t>90. 队列的特点是，该说法正确与否？（判断）</w:t>
        <w:br/>
        <w:t>答案：错误  解析：队列是先进先出（FIFO）的线性表。 请以教材表述为准。</w:t>
      </w:r>
    </w:p>
    <w:p>
      <w:r>
        <w:t>91. 二叉树的遍历方式不包括，该说法正确与否？（判断）</w:t>
        <w:br/>
        <w:t>答案：正确  解析：二叉树遍历有前序、中序、后序和层序，没有‘横序’。</w:t>
      </w:r>
    </w:p>
    <w:p>
      <w:r>
        <w:t>92. 软件测试的目的是，该说法正确与否？（判断）</w:t>
        <w:br/>
        <w:t>答案：错误  解析：测试是为了尽可能发现并修正程序中的错误。 请以教材表述为准。</w:t>
      </w:r>
    </w:p>
    <w:p>
      <w:r>
        <w:t>93. 白盒测试依据的是，该说法正确与否？（判断）</w:t>
        <w:br/>
        <w:t>答案：错误  解析：白盒测试根据程序内部逻辑结构设计测试用例。 请以教材表述为准。</w:t>
      </w:r>
    </w:p>
    <w:p>
      <w:r>
        <w:t>94. 黑盒测试依据的是，该说法正确与否？（判断）</w:t>
        <w:br/>
        <w:t>答案：正确  解析：黑盒测试只依据规格说明检验功能是否符合要求。</w:t>
      </w:r>
    </w:p>
    <w:p>
      <w:r>
        <w:t>95. TCP/IP协议中负责可靠传输的是，该说法正确与否？（判断）</w:t>
        <w:br/>
        <w:t>答案：错误  解析：TCP提供面向连接的可靠字节流传输。 请以教材表述为准。</w:t>
      </w:r>
    </w:p>
    <w:p>
      <w:r>
        <w:t>96. HTTP协议默认端口是，该说法正确与否？（判断）</w:t>
        <w:br/>
        <w:t>答案：错误  解析：HTTP默认端口80，HTTPS默认端口443。 请以教材表述为准。</w:t>
      </w:r>
    </w:p>
    <w:p>
      <w:r>
        <w:t>97. 操作系统的功能不包括，该说法正确与否？（判断）</w:t>
        <w:br/>
        <w:t>答案：正确  解析：操作系统管理进程、内存、文件、设备等，不制造硬件。</w:t>
      </w:r>
    </w:p>
    <w:p>
      <w:r>
        <w:t>98. 进程与线程的关系是，该说法正确与否？（判断）</w:t>
        <w:br/>
        <w:t>答案：错误  解析：一个进程可包含多个线程，线程是进程内的执行单元。 请以教材表述为准。</w:t>
      </w:r>
    </w:p>
    <w:p>
      <w:r>
        <w:t>99. 常见的关系型数据库是，该说法正确与否？（判断）</w:t>
        <w:br/>
        <w:t>答案：错误  解析：MySQL是关系型数据库；Redis、MongoDB、HBase属非关系型。 请以教材表述为准。</w:t>
      </w:r>
    </w:p>
    <w:p>
      <w:r>
        <w:t>100. 软件著作权保护的对象是，该说法正确与否？（判断）</w:t>
        <w:br/>
        <w:t>答案：正确  解析：软件著作权保护程序代码和文档的表达，不保护思想和方法。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