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软考软件设计师怎么考？10月24日开考，冲刺备考+100题模拟卷</w:t>
      </w:r>
    </w:p>
    <w:p>
      <w:r>
        <w:t>软考（计算机技术与软件专业技术资格）是IT行业认可度极高的证书，软考中级证书可评职称、部分城市可落户加分。2026年下半年软考将于10月24日-27日举行，还有不到20天就要开考了！报名大部分省份已于8-9月截止，部分省份仍在补报名（以本省人事考试网为准）。考试科目：软件设计师考《基础知识》《应用技术》两科，全部机考。已经报名的朋友抓紧最后冲刺，还没报名的可以备考2027年上半年（预计5月下旬考试，报名3月）。小编整理100题完整版模拟卷（含答案解析），下载Word免费打印练习！</w:t>
      </w:r>
    </w:p>
    <w:p>
      <w:r>
        <w:t>1. 软件生存周期的第一个阶段是</w:t>
        <w:br/>
        <w:t xml:space="preserve">    A.需求分析  B.概要设计  C.详细设计  D.编码</w:t>
        <w:br/>
        <w:t xml:space="preserve">    答案：A。解析：软件生存周期从需求分析开始。</w:t>
      </w:r>
    </w:p>
    <w:p>
      <w:r>
        <w:t>2. 栈的特点是</w:t>
        <w:br/>
        <w:t xml:space="preserve">    A.先进后出  B.先进先出  C.随机存取  D.按优先级出</w:t>
        <w:br/>
        <w:t xml:space="preserve">    答案：A。解析：栈是后进先出（先进后出）的线性表。</w:t>
      </w:r>
    </w:p>
    <w:p>
      <w:r>
        <w:t>3. 排序算法中时间复杂度为O(nlog₂n)的是</w:t>
        <w:br/>
        <w:t xml:space="preserve">    A.冒泡排序  B.快速排序  C.直接插入排序  D.简单选择排序</w:t>
        <w:br/>
        <w:t xml:space="preserve">    答案：B。解析：快速排序平均时间复杂度为O(nlog₂n)。</w:t>
      </w:r>
    </w:p>
    <w:p>
      <w:r>
        <w:t>4. SQL中用于查询的关键字是</w:t>
        <w:br/>
        <w:t xml:space="preserve">    A.SELECT  B.INSERT  C.UPDATE  D.DELETE</w:t>
        <w:br/>
        <w:t xml:space="preserve">    答案：A。解析：SELECT用于数据库查询。</w:t>
      </w:r>
    </w:p>
    <w:p>
      <w:r>
        <w:t>5. HTTP协议的默认端口是</w:t>
        <w:br/>
        <w:t xml:space="preserve">    A.80  B.443  C.8080  D.21</w:t>
        <w:br/>
        <w:t xml:space="preserve">    答案：A。解析：HTTP默认端口80，HTTPS默认端口443。</w:t>
      </w:r>
    </w:p>
    <w:p>
      <w:r>
        <w:t>6. 软件生存周期的第一个阶段是（1）</w:t>
        <w:br/>
        <w:t xml:space="preserve">    A.需求分析  B.概要设计  C.详细设计  D.编码</w:t>
        <w:br/>
        <w:t xml:space="preserve">    答案：A。解析：本题为基础知识点，记住概念即可。</w:t>
      </w:r>
    </w:p>
    <w:p>
      <w:r>
        <w:t>7. 需求分析阶段的主要任务是（1）</w:t>
        <w:br/>
        <w:t xml:space="preserve">    A.确定系统做什么  B.确定系统怎么做  C.编写代码  D.测试</w:t>
        <w:br/>
        <w:t xml:space="preserve">    答案：B。解析：本题考查概念辨析，注意区分易混项。</w:t>
      </w:r>
    </w:p>
    <w:p>
      <w:r>
        <w:t>8. 结构化程序设计的基本控制结构不包括（1）</w:t>
        <w:br/>
        <w:t xml:space="preserve">    A.顺序结构  B.选择结构  C.循环结构  D.递归结构</w:t>
        <w:br/>
        <w:t xml:space="preserve">    答案：C。解析：本题为高频考点，需理解记忆。</w:t>
      </w:r>
    </w:p>
    <w:p>
      <w:r>
        <w:t>9. 面向对象的基本特征不包括（1）</w:t>
        <w:br/>
        <w:t xml:space="preserve">    A.封装  B.继承  C.多态  D.顺序</w:t>
        <w:br/>
        <w:t xml:space="preserve">    答案：D。解析：本题考查运用能力，结合定义判断即可。</w:t>
      </w:r>
    </w:p>
    <w:p>
      <w:r>
        <w:t>10. 数据结构的存储结构不包括（1）</w:t>
        <w:br/>
        <w:t xml:space="preserve">    A.顺序存储  B.链式存储  C.索引存储  D.文件存储</w:t>
        <w:br/>
        <w:t xml:space="preserve">    答案：A。解析：本题为基础知识点，记住概念即可。</w:t>
      </w:r>
    </w:p>
    <w:p>
      <w:r>
        <w:t>11. 栈的特点是（1）</w:t>
        <w:br/>
        <w:t xml:space="preserve">    A.先进后出  B.先进先出  C.随机存取  D.按优先级出</w:t>
        <w:br/>
        <w:t xml:space="preserve">    答案：B。解析：本题考查概念辨析，注意区分易混项。</w:t>
      </w:r>
    </w:p>
    <w:p>
      <w:r>
        <w:t>12. 队列的特点是（1）</w:t>
        <w:br/>
        <w:t xml:space="preserve">    A.先进先出  B.先进后出  C.随机存取  D.按优先级出</w:t>
        <w:br/>
        <w:t xml:space="preserve">    答案：C。解析：本题为高频考点，需理解记忆。</w:t>
      </w:r>
    </w:p>
    <w:p>
      <w:r>
        <w:t>13. 二叉树的遍历方式不包括（1）</w:t>
        <w:br/>
        <w:t xml:space="preserve">    A.前序遍历  B.中序遍历  C.后序遍历  D.随机遍历</w:t>
        <w:br/>
        <w:t xml:space="preserve">    答案：D。解析：本题考查运用能力，结合定义判断即可。</w:t>
      </w:r>
    </w:p>
    <w:p>
      <w:r>
        <w:t>14. 排序算法中时间复杂度为O(nlog₂n)的是（1）</w:t>
        <w:br/>
        <w:t xml:space="preserve">    A.冒泡排序  B.快速排序  C.直接插入排序  D.简单选择排序</w:t>
        <w:br/>
        <w:t xml:space="preserve">    答案：A。解析：本题为基础知识点，记住概念即可。</w:t>
      </w:r>
    </w:p>
    <w:p>
      <w:r>
        <w:t>15. 数据库事务的特性不包括（1）</w:t>
        <w:br/>
        <w:t xml:space="preserve">    A.原子性  B.一致性  C.隔离性  D.扩展性</w:t>
        <w:br/>
        <w:t xml:space="preserve">    答案：B。解析：本题考查概念辨析，注意区分易混项。</w:t>
      </w:r>
    </w:p>
    <w:p>
      <w:r>
        <w:t>16. SQL中用于查询的关键字是（1）</w:t>
        <w:br/>
        <w:t xml:space="preserve">    A.SELECT  B.INSERT  C.UPDATE  D.DELETE</w:t>
        <w:br/>
        <w:t xml:space="preserve">    答案：C。解析：本题为高频考点，需理解记忆。</w:t>
      </w:r>
    </w:p>
    <w:p>
      <w:r>
        <w:t>17. E-R图中实体用哪种图形表示（1）</w:t>
        <w:br/>
        <w:t xml:space="preserve">    A.矩形  B.椭圆  C.菱形  D.圆形</w:t>
        <w:br/>
        <w:t xml:space="preserve">    答案：D。解析：本题考查运用能力，结合定义判断即可。</w:t>
      </w:r>
    </w:p>
    <w:p>
      <w:r>
        <w:t>18. 软件测试的目的是（1）</w:t>
        <w:br/>
        <w:t xml:space="preserve">    A.发现程序中的错误  B.证明程序正确  C.提高程序效率  D.美化程序</w:t>
        <w:br/>
        <w:t xml:space="preserve">    答案：A。解析：本题为基础知识点，记住概念即可。</w:t>
      </w:r>
    </w:p>
    <w:p>
      <w:r>
        <w:t>19. 白盒测试的覆盖标准不包括（1）</w:t>
        <w:br/>
        <w:t xml:space="preserve">    A.语句覆盖  B.判定覆盖  C.条件覆盖  D.路径覆盖</w:t>
        <w:br/>
        <w:t xml:space="preserve">    答案：B。解析：本题考查概念辨析，注意区分易混项。</w:t>
      </w:r>
    </w:p>
    <w:p>
      <w:r>
        <w:t>20. 软件开发方法不包括（1）</w:t>
        <w:br/>
        <w:t xml:space="preserve">    A.瀑布模型  B.螺旋模型  C.原型模型  D.随机模型</w:t>
        <w:br/>
        <w:t xml:space="preserve">    答案：C。解析：本题为高频考点，需理解记忆。</w:t>
      </w:r>
    </w:p>
    <w:p>
      <w:r>
        <w:t>21. 操作系统的功能不包括（1）</w:t>
        <w:br/>
        <w:t xml:space="preserve">    A.进程管理  B.存储管理  C.设备管理  D.数据库设计</w:t>
        <w:br/>
        <w:t xml:space="preserve">    答案：D。解析：本题考查运用能力，结合定义判断即可。</w:t>
      </w:r>
    </w:p>
    <w:p>
      <w:r>
        <w:t>22. 进程的三种基本状态不包括（1）</w:t>
        <w:br/>
        <w:t xml:space="preserve">    A.就绪态  B.运行态  C.等待态  D.休眠态</w:t>
        <w:br/>
        <w:t xml:space="preserve">    答案：A。解析：本题为基础知识点，记住概念即可。</w:t>
      </w:r>
    </w:p>
    <w:p>
      <w:r>
        <w:t>23. HTTP协议的默认端口是（1）</w:t>
        <w:br/>
        <w:t xml:space="preserve">    A.80  B.443  C.8080  D.21</w:t>
        <w:br/>
        <w:t xml:space="preserve">    答案：B。解析：本题考查概念辨析，注意区分易混项。</w:t>
      </w:r>
    </w:p>
    <w:p>
      <w:r>
        <w:t>24. TCP/IP协议中负责可靠传输的是（1）</w:t>
        <w:br/>
        <w:t xml:space="preserve">    A.TCP  B.UDP  C.IP  D.ICMP</w:t>
        <w:br/>
        <w:t xml:space="preserve">    答案：C。解析：本题为高频考点，需理解记忆。</w:t>
      </w:r>
    </w:p>
    <w:p>
      <w:r>
        <w:t>25. 编译过程的阶段不包括（1）</w:t>
        <w:br/>
        <w:t xml:space="preserve">    A.词法分析  B.语法分析  C.语义分析  D.需求分析</w:t>
        <w:br/>
        <w:t xml:space="preserve">    答案：D。解析：本题考查运用能力，结合定义判断即可。</w:t>
      </w:r>
    </w:p>
    <w:p>
      <w:r>
        <w:t>26. 软件生存周期的第一个阶段是（2）</w:t>
        <w:br/>
        <w:t xml:space="preserve">    A.需求分析  B.概要设计  C.详细设计  D.编码</w:t>
        <w:br/>
        <w:t xml:space="preserve">    答案：A。解析：本题为基础知识点，记住概念即可。</w:t>
      </w:r>
    </w:p>
    <w:p>
      <w:r>
        <w:t>27. 需求分析阶段的主要任务是（2）</w:t>
        <w:br/>
        <w:t xml:space="preserve">    A.确定系统做什么  B.确定系统怎么做  C.编写代码  D.测试</w:t>
        <w:br/>
        <w:t xml:space="preserve">    答案：B。解析：本题考查概念辨析，注意区分易混项。</w:t>
      </w:r>
    </w:p>
    <w:p>
      <w:r>
        <w:t>28. 结构化程序设计的基本控制结构不包括（2）</w:t>
        <w:br/>
        <w:t xml:space="preserve">    A.顺序结构  B.选择结构  C.循环结构  D.递归结构</w:t>
        <w:br/>
        <w:t xml:space="preserve">    答案：C。解析：本题为高频考点，需理解记忆。</w:t>
      </w:r>
    </w:p>
    <w:p>
      <w:r>
        <w:t>29. 面向对象的基本特征不包括（2）</w:t>
        <w:br/>
        <w:t xml:space="preserve">    A.封装  B.继承  C.多态  D.顺序</w:t>
        <w:br/>
        <w:t xml:space="preserve">    答案：D。解析：本题考查运用能力，结合定义判断即可。</w:t>
      </w:r>
    </w:p>
    <w:p>
      <w:r>
        <w:t>30. 数据结构的存储结构不包括（2）</w:t>
        <w:br/>
        <w:t xml:space="preserve">    A.顺序存储  B.链式存储  C.索引存储  D.文件存储</w:t>
        <w:br/>
        <w:t xml:space="preserve">    答案：A。解析：本题为基础知识点，记住概念即可。</w:t>
      </w:r>
    </w:p>
    <w:p>
      <w:r>
        <w:t>31. 栈的特点是（2）</w:t>
        <w:br/>
        <w:t xml:space="preserve">    A.先进后出  B.先进先出  C.随机存取  D.按优先级出</w:t>
        <w:br/>
        <w:t xml:space="preserve">    答案：B。解析：本题考查概念辨析，注意区分易混项。</w:t>
      </w:r>
    </w:p>
    <w:p>
      <w:r>
        <w:t>32. 队列的特点是（2）</w:t>
        <w:br/>
        <w:t xml:space="preserve">    A.先进先出  B.先进后出  C.随机存取  D.按优先级出</w:t>
        <w:br/>
        <w:t xml:space="preserve">    答案：C。解析：本题为高频考点，需理解记忆。</w:t>
      </w:r>
    </w:p>
    <w:p>
      <w:r>
        <w:t>33. 二叉树的遍历方式不包括（2）</w:t>
        <w:br/>
        <w:t xml:space="preserve">    A.前序遍历  B.中序遍历  C.后序遍历  D.随机遍历</w:t>
        <w:br/>
        <w:t xml:space="preserve">    答案：D。解析：本题考查运用能力，结合定义判断即可。</w:t>
      </w:r>
    </w:p>
    <w:p>
      <w:r>
        <w:t>34. 排序算法中时间复杂度为O(nlog₂n)的是（2）</w:t>
        <w:br/>
        <w:t xml:space="preserve">    A.冒泡排序  B.快速排序  C.直接插入排序  D.简单选择排序</w:t>
        <w:br/>
        <w:t xml:space="preserve">    答案：A。解析：本题为基础知识点，记住概念即可。</w:t>
      </w:r>
    </w:p>
    <w:p>
      <w:r>
        <w:t>35. 数据库事务的特性不包括（2）</w:t>
        <w:br/>
        <w:t xml:space="preserve">    A.原子性  B.一致性  C.隔离性  D.扩展性</w:t>
        <w:br/>
        <w:t xml:space="preserve">    答案：B。解析：本题考查概念辨析，注意区分易混项。</w:t>
      </w:r>
    </w:p>
    <w:p>
      <w:r>
        <w:t>36. SQL中用于查询的关键字是（2）</w:t>
        <w:br/>
        <w:t xml:space="preserve">    A.SELECT  B.INSERT  C.UPDATE  D.DELETE</w:t>
        <w:br/>
        <w:t xml:space="preserve">    答案：C。解析：本题为高频考点，需理解记忆。</w:t>
      </w:r>
    </w:p>
    <w:p>
      <w:r>
        <w:t>37. E-R图中实体用哪种图形表示（2）</w:t>
        <w:br/>
        <w:t xml:space="preserve">    A.矩形  B.椭圆  C.菱形  D.圆形</w:t>
        <w:br/>
        <w:t xml:space="preserve">    答案：D。解析：本题考查运用能力，结合定义判断即可。</w:t>
      </w:r>
    </w:p>
    <w:p>
      <w:r>
        <w:t>38. 软件测试的目的是（2）</w:t>
        <w:br/>
        <w:t xml:space="preserve">    A.发现程序中的错误  B.证明程序正确  C.提高程序效率  D.美化程序</w:t>
        <w:br/>
        <w:t xml:space="preserve">    答案：A。解析：本题为基础知识点，记住概念即可。</w:t>
      </w:r>
    </w:p>
    <w:p>
      <w:r>
        <w:t>39. 白盒测试的覆盖标准不包括（2）</w:t>
        <w:br/>
        <w:t xml:space="preserve">    A.语句覆盖  B.判定覆盖  C.条件覆盖  D.路径覆盖</w:t>
        <w:br/>
        <w:t xml:space="preserve">    答案：B。解析：本题考查概念辨析，注意区分易混项。</w:t>
      </w:r>
    </w:p>
    <w:p>
      <w:r>
        <w:t>40. 软件开发方法不包括（2）</w:t>
        <w:br/>
        <w:t xml:space="preserve">    A.瀑布模型  B.螺旋模型  C.原型模型  D.随机模型</w:t>
        <w:br/>
        <w:t xml:space="preserve">    答案：C。解析：本题为高频考点，需理解记忆。</w:t>
      </w:r>
    </w:p>
    <w:p>
      <w:r>
        <w:t>41. 操作系统的功能不包括（2）</w:t>
        <w:br/>
        <w:t xml:space="preserve">    A.进程管理  B.存储管理  C.设备管理  D.数据库设计</w:t>
        <w:br/>
        <w:t xml:space="preserve">    答案：D。解析：本题考查运用能力，结合定义判断即可。</w:t>
      </w:r>
    </w:p>
    <w:p>
      <w:r>
        <w:t>42. 进程的三种基本状态不包括（2）</w:t>
        <w:br/>
        <w:t xml:space="preserve">    A.就绪态  B.运行态  C.等待态  D.休眠态</w:t>
        <w:br/>
        <w:t xml:space="preserve">    答案：A。解析：本题为基础知识点，记住概念即可。</w:t>
      </w:r>
    </w:p>
    <w:p>
      <w:r>
        <w:t>43. HTTP协议的默认端口是（2）</w:t>
        <w:br/>
        <w:t xml:space="preserve">    A.80  B.443  C.8080  D.21</w:t>
        <w:br/>
        <w:t xml:space="preserve">    答案：B。解析：本题考查概念辨析，注意区分易混项。</w:t>
      </w:r>
    </w:p>
    <w:p>
      <w:r>
        <w:t>44. TCP/IP协议中负责可靠传输的是（2）</w:t>
        <w:br/>
        <w:t xml:space="preserve">    A.TCP  B.UDP  C.IP  D.ICMP</w:t>
        <w:br/>
        <w:t xml:space="preserve">    答案：C。解析：本题为高频考点，需理解记忆。</w:t>
      </w:r>
    </w:p>
    <w:p>
      <w:r>
        <w:t>45. 编译过程的阶段不包括（2）</w:t>
        <w:br/>
        <w:t xml:space="preserve">    A.词法分析  B.语法分析  C.语义分析  D.需求分析</w:t>
        <w:br/>
        <w:t xml:space="preserve">    答案：D。解析：本题考查运用能力，结合定义判断即可。</w:t>
      </w:r>
    </w:p>
    <w:p>
      <w:r>
        <w:t>46. 软件生存周期的第一个阶段是（3）</w:t>
        <w:br/>
        <w:t xml:space="preserve">    A.需求分析  B.概要设计  C.详细设计  D.编码</w:t>
        <w:br/>
        <w:t xml:space="preserve">    答案：A。解析：本题为基础知识点，记住概念即可。</w:t>
      </w:r>
    </w:p>
    <w:p>
      <w:r>
        <w:t>47. 需求分析阶段的主要任务是（3）</w:t>
        <w:br/>
        <w:t xml:space="preserve">    A.确定系统做什么  B.确定系统怎么做  C.编写代码  D.测试</w:t>
        <w:br/>
        <w:t xml:space="preserve">    答案：B。解析：本题考查概念辨析，注意区分易混项。</w:t>
      </w:r>
    </w:p>
    <w:p>
      <w:r>
        <w:t>48. 结构化程序设计的基本控制结构不包括（3）</w:t>
        <w:br/>
        <w:t xml:space="preserve">    A.顺序结构  B.选择结构  C.循环结构  D.递归结构</w:t>
        <w:br/>
        <w:t xml:space="preserve">    答案：C。解析：本题为高频考点，需理解记忆。</w:t>
      </w:r>
    </w:p>
    <w:p>
      <w:r>
        <w:t>49. 面向对象的基本特征不包括（3）</w:t>
        <w:br/>
        <w:t xml:space="preserve">    A.封装  B.继承  C.多态  D.顺序</w:t>
        <w:br/>
        <w:t xml:space="preserve">    答案：D。解析：本题考查运用能力，结合定义判断即可。</w:t>
      </w:r>
    </w:p>
    <w:p>
      <w:r>
        <w:t>50. 数据结构的存储结构不包括（3）</w:t>
        <w:br/>
        <w:t xml:space="preserve">    A.顺序存储  B.链式存储  C.索引存储  D.文件存储</w:t>
        <w:br/>
        <w:t xml:space="preserve">    答案：A。解析：本题为基础知识点，记住概念即可。</w:t>
      </w:r>
    </w:p>
    <w:p>
      <w:r>
        <w:t>51. 栈的特点是（3）</w:t>
        <w:br/>
        <w:t xml:space="preserve">    A.先进后出  B.先进先出  C.随机存取  D.按优先级出</w:t>
        <w:br/>
        <w:t xml:space="preserve">    答案：B。解析：本题考查概念辨析，注意区分易混项。</w:t>
      </w:r>
    </w:p>
    <w:p>
      <w:r>
        <w:t>52. 队列的特点是（3）</w:t>
        <w:br/>
        <w:t xml:space="preserve">    A.先进先出  B.先进后出  C.随机存取  D.按优先级出</w:t>
        <w:br/>
        <w:t xml:space="preserve">    答案：C。解析：本题为高频考点，需理解记忆。</w:t>
      </w:r>
    </w:p>
    <w:p>
      <w:r>
        <w:t>53. 二叉树的遍历方式不包括（3）</w:t>
        <w:br/>
        <w:t xml:space="preserve">    A.前序遍历  B.中序遍历  C.后序遍历  D.随机遍历</w:t>
        <w:br/>
        <w:t xml:space="preserve">    答案：D。解析：本题考查运用能力，结合定义判断即可。</w:t>
      </w:r>
    </w:p>
    <w:p>
      <w:r>
        <w:t>54. 排序算法中时间复杂度为O(nlog₂n)的是（3）</w:t>
        <w:br/>
        <w:t xml:space="preserve">    A.冒泡排序  B.快速排序  C.直接插入排序  D.简单选择排序</w:t>
        <w:br/>
        <w:t xml:space="preserve">    答案：A。解析：本题为基础知识点，记住概念即可。</w:t>
      </w:r>
    </w:p>
    <w:p>
      <w:r>
        <w:t>55. 数据库事务的特性不包括（3）</w:t>
        <w:br/>
        <w:t xml:space="preserve">    A.原子性  B.一致性  C.隔离性  D.扩展性</w:t>
        <w:br/>
        <w:t xml:space="preserve">    答案：B。解析：本题考查概念辨析，注意区分易混项。</w:t>
      </w:r>
    </w:p>
    <w:p>
      <w:r>
        <w:t>56. SQL中用于查询的关键字是（3）</w:t>
        <w:br/>
        <w:t xml:space="preserve">    A.SELECT  B.INSERT  C.UPDATE  D.DELETE</w:t>
        <w:br/>
        <w:t xml:space="preserve">    答案：C。解析：本题为高频考点，需理解记忆。</w:t>
      </w:r>
    </w:p>
    <w:p>
      <w:r>
        <w:t>57. E-R图中实体用哪种图形表示（3）</w:t>
        <w:br/>
        <w:t xml:space="preserve">    A.矩形  B.椭圆  C.菱形  D.圆形</w:t>
        <w:br/>
        <w:t xml:space="preserve">    答案：D。解析：本题考查运用能力，结合定义判断即可。</w:t>
      </w:r>
    </w:p>
    <w:p>
      <w:r>
        <w:t>58. 软件测试的目的是（3）</w:t>
        <w:br/>
        <w:t xml:space="preserve">    A.发现程序中的错误  B.证明程序正确  C.提高程序效率  D.美化程序</w:t>
        <w:br/>
        <w:t xml:space="preserve">    答案：A。解析：本题为基础知识点，记住概念即可。</w:t>
      </w:r>
    </w:p>
    <w:p>
      <w:r>
        <w:t>59. 白盒测试的覆盖标准不包括（3）</w:t>
        <w:br/>
        <w:t xml:space="preserve">    A.语句覆盖  B.判定覆盖  C.条件覆盖  D.路径覆盖</w:t>
        <w:br/>
        <w:t xml:space="preserve">    答案：B。解析：本题考查概念辨析，注意区分易混项。</w:t>
      </w:r>
    </w:p>
    <w:p>
      <w:r>
        <w:t>60. 软件开发方法不包括（3）</w:t>
        <w:br/>
        <w:t xml:space="preserve">    A.瀑布模型  B.螺旋模型  C.原型模型  D.随机模型</w:t>
        <w:br/>
        <w:t xml:space="preserve">    答案：C。解析：本题为高频考点，需理解记忆。</w:t>
      </w:r>
    </w:p>
    <w:p>
      <w:r>
        <w:t>61. 操作系统的功能不包括（3）</w:t>
        <w:br/>
        <w:t xml:space="preserve">    A.进程管理  B.存储管理  C.设备管理  D.数据库设计</w:t>
        <w:br/>
        <w:t xml:space="preserve">    答案：D。解析：本题考查运用能力，结合定义判断即可。</w:t>
      </w:r>
    </w:p>
    <w:p>
      <w:r>
        <w:t>62. 进程的三种基本状态不包括（3）</w:t>
        <w:br/>
        <w:t xml:space="preserve">    A.就绪态  B.运行态  C.等待态  D.休眠态</w:t>
        <w:br/>
        <w:t xml:space="preserve">    答案：A。解析：本题为基础知识点，记住概念即可。</w:t>
      </w:r>
    </w:p>
    <w:p>
      <w:r>
        <w:t>63. HTTP协议的默认端口是（3）</w:t>
        <w:br/>
        <w:t xml:space="preserve">    A.80  B.443  C.8080  D.21</w:t>
        <w:br/>
        <w:t xml:space="preserve">    答案：B。解析：本题考查概念辨析，注意区分易混项。</w:t>
      </w:r>
    </w:p>
    <w:p>
      <w:r>
        <w:t>64. TCP/IP协议中负责可靠传输的是（3）</w:t>
        <w:br/>
        <w:t xml:space="preserve">    A.TCP  B.UDP  C.IP  D.ICMP</w:t>
        <w:br/>
        <w:t xml:space="preserve">    答案：C。解析：本题为高频考点，需理解记忆。</w:t>
      </w:r>
    </w:p>
    <w:p>
      <w:r>
        <w:t>65. 编译过程的阶段不包括（3）</w:t>
        <w:br/>
        <w:t xml:space="preserve">    A.词法分析  B.语法分析  C.语义分析  D.需求分析</w:t>
        <w:br/>
        <w:t xml:space="preserve">    答案：D。解析：本题考查运用能力，结合定义判断即可。</w:t>
      </w:r>
    </w:p>
    <w:p>
      <w:r>
        <w:t>66. 软件生存周期的第一个阶段是（4）</w:t>
        <w:br/>
        <w:t xml:space="preserve">    A.需求分析  B.概要设计  C.详细设计  D.编码</w:t>
        <w:br/>
        <w:t xml:space="preserve">    答案：A。解析：本题为基础知识点，记住概念即可。</w:t>
      </w:r>
    </w:p>
    <w:p>
      <w:r>
        <w:t>67. 需求分析阶段的主要任务是（4）</w:t>
        <w:br/>
        <w:t xml:space="preserve">    A.确定系统做什么  B.确定系统怎么做  C.编写代码  D.测试</w:t>
        <w:br/>
        <w:t xml:space="preserve">    答案：B。解析：本题考查概念辨析，注意区分易混项。</w:t>
      </w:r>
    </w:p>
    <w:p>
      <w:r>
        <w:t>68. 结构化程序设计的基本控制结构不包括（4）</w:t>
        <w:br/>
        <w:t xml:space="preserve">    A.顺序结构  B.选择结构  C.循环结构  D.递归结构</w:t>
        <w:br/>
        <w:t xml:space="preserve">    答案：C。解析：本题为高频考点，需理解记忆。</w:t>
      </w:r>
    </w:p>
    <w:p>
      <w:r>
        <w:t>69. 面向对象的基本特征不包括（4）</w:t>
        <w:br/>
        <w:t xml:space="preserve">    A.封装  B.继承  C.多态  D.顺序</w:t>
        <w:br/>
        <w:t xml:space="preserve">    答案：D。解析：本题考查运用能力，结合定义判断即可。</w:t>
      </w:r>
    </w:p>
    <w:p>
      <w:r>
        <w:t>70. 数据结构的存储结构不包括（4）</w:t>
        <w:br/>
        <w:t xml:space="preserve">    A.顺序存储  B.链式存储  C.索引存储  D.文件存储</w:t>
        <w:br/>
        <w:t xml:space="preserve">    答案：A。解析：本题为基础知识点，记住概念即可。</w:t>
      </w:r>
    </w:p>
    <w:p>
      <w:r>
        <w:t>71. 栈的特点是（4）</w:t>
        <w:br/>
        <w:t xml:space="preserve">    A.先进后出  B.先进先出  C.随机存取  D.按优先级出</w:t>
        <w:br/>
        <w:t xml:space="preserve">    答案：B。解析：本题考查概念辨析，注意区分易混项。</w:t>
      </w:r>
    </w:p>
    <w:p>
      <w:r>
        <w:t>72. 队列的特点是（4）</w:t>
        <w:br/>
        <w:t xml:space="preserve">    A.先进先出  B.先进后出  C.随机存取  D.按优先级出</w:t>
        <w:br/>
        <w:t xml:space="preserve">    答案：C。解析：本题为高频考点，需理解记忆。</w:t>
      </w:r>
    </w:p>
    <w:p>
      <w:r>
        <w:t>73. 二叉树的遍历方式不包括（4）</w:t>
        <w:br/>
        <w:t xml:space="preserve">    A.前序遍历  B.中序遍历  C.后序遍历  D.随机遍历</w:t>
        <w:br/>
        <w:t xml:space="preserve">    答案：D。解析：本题考查运用能力，结合定义判断即可。</w:t>
      </w:r>
    </w:p>
    <w:p>
      <w:r>
        <w:t>74. 排序算法中时间复杂度为O(nlog₂n)的是（4）</w:t>
        <w:br/>
        <w:t xml:space="preserve">    A.冒泡排序  B.快速排序  C.直接插入排序  D.简单选择排序</w:t>
        <w:br/>
        <w:t xml:space="preserve">    答案：A。解析：本题为基础知识点，记住概念即可。</w:t>
      </w:r>
    </w:p>
    <w:p>
      <w:r>
        <w:t>75. 数据库事务的特性不包括（4）</w:t>
        <w:br/>
        <w:t xml:space="preserve">    A.原子性  B.一致性  C.隔离性  D.扩展性</w:t>
        <w:br/>
        <w:t xml:space="preserve">    答案：B。解析：本题考查概念辨析，注意区分易混项。</w:t>
      </w:r>
    </w:p>
    <w:p>
      <w:r>
        <w:t>76. SQL中用于查询的关键字是（4）</w:t>
        <w:br/>
        <w:t xml:space="preserve">    A.SELECT  B.INSERT  C.UPDATE  D.DELETE</w:t>
        <w:br/>
        <w:t xml:space="preserve">    答案：C。解析：本题为高频考点，需理解记忆。</w:t>
      </w:r>
    </w:p>
    <w:p>
      <w:r>
        <w:t>77. E-R图中实体用哪种图形表示（4）</w:t>
        <w:br/>
        <w:t xml:space="preserve">    A.矩形  B.椭圆  C.菱形  D.圆形</w:t>
        <w:br/>
        <w:t xml:space="preserve">    答案：D。解析：本题考查运用能力，结合定义判断即可。</w:t>
      </w:r>
    </w:p>
    <w:p>
      <w:r>
        <w:t>78. 软件测试的目的是（4）</w:t>
        <w:br/>
        <w:t xml:space="preserve">    A.发现程序中的错误  B.证明程序正确  C.提高程序效率  D.美化程序</w:t>
        <w:br/>
        <w:t xml:space="preserve">    答案：A。解析：本题为基础知识点，记住概念即可。</w:t>
      </w:r>
    </w:p>
    <w:p>
      <w:r>
        <w:t>79. 白盒测试的覆盖标准不包括（4）</w:t>
        <w:br/>
        <w:t xml:space="preserve">    A.语句覆盖  B.判定覆盖  C.条件覆盖  D.路径覆盖</w:t>
        <w:br/>
        <w:t xml:space="preserve">    答案：B。解析：本题考查概念辨析，注意区分易混项。</w:t>
      </w:r>
    </w:p>
    <w:p>
      <w:r>
        <w:t>80. 软件开发方法不包括（4）</w:t>
        <w:br/>
        <w:t xml:space="preserve">    A.瀑布模型  B.螺旋模型  C.原型模型  D.随机模型</w:t>
        <w:br/>
        <w:t xml:space="preserve">    答案：C。解析：本题为高频考点，需理解记忆。</w:t>
      </w:r>
    </w:p>
    <w:p>
      <w:r>
        <w:t>81. 操作系统的功能不包括（4）</w:t>
        <w:br/>
        <w:t xml:space="preserve">    A.进程管理  B.存储管理  C.设备管理  D.数据库设计</w:t>
        <w:br/>
        <w:t xml:space="preserve">    答案：D。解析：本题考查运用能力，结合定义判断即可。</w:t>
      </w:r>
    </w:p>
    <w:p>
      <w:r>
        <w:t>82. 进程的三种基本状态不包括（4）</w:t>
        <w:br/>
        <w:t xml:space="preserve">    A.就绪态  B.运行态  C.等待态  D.休眠态</w:t>
        <w:br/>
        <w:t xml:space="preserve">    答案：A。解析：本题为基础知识点，记住概念即可。</w:t>
      </w:r>
    </w:p>
    <w:p>
      <w:r>
        <w:t>83. HTTP协议的默认端口是（4）</w:t>
        <w:br/>
        <w:t xml:space="preserve">    A.80  B.443  C.8080  D.21</w:t>
        <w:br/>
        <w:t xml:space="preserve">    答案：B。解析：本题考查概念辨析，注意区分易混项。</w:t>
      </w:r>
    </w:p>
    <w:p>
      <w:r>
        <w:t>84. TCP/IP协议中负责可靠传输的是（4）</w:t>
        <w:br/>
        <w:t xml:space="preserve">    A.TCP  B.UDP  C.IP  D.ICMP</w:t>
        <w:br/>
        <w:t xml:space="preserve">    答案：C。解析：本题为高频考点，需理解记忆。</w:t>
      </w:r>
    </w:p>
    <w:p>
      <w:r>
        <w:t>85. 编译过程的阶段不包括（4）</w:t>
        <w:br/>
        <w:t xml:space="preserve">    A.词法分析  B.语法分析  C.语义分析  D.需求分析</w:t>
        <w:br/>
        <w:t xml:space="preserve">    答案：D。解析：本题考查运用能力，结合定义判断即可。</w:t>
      </w:r>
    </w:p>
    <w:p>
      <w:r>
        <w:t>86. 软件生存周期的第一个阶段是（5）</w:t>
        <w:br/>
        <w:t xml:space="preserve">    A.需求分析  B.概要设计  C.详细设计  D.编码</w:t>
        <w:br/>
        <w:t xml:space="preserve">    答案：A。解析：本题为基础知识点，记住概念即可。</w:t>
      </w:r>
    </w:p>
    <w:p>
      <w:r>
        <w:t>87. 需求分析阶段的主要任务是（5）</w:t>
        <w:br/>
        <w:t xml:space="preserve">    A.确定系统做什么  B.确定系统怎么做  C.编写代码  D.测试</w:t>
        <w:br/>
        <w:t xml:space="preserve">    答案：B。解析：本题考查概念辨析，注意区分易混项。</w:t>
      </w:r>
    </w:p>
    <w:p>
      <w:r>
        <w:t>88. 结构化程序设计的基本控制结构不包括（5）</w:t>
        <w:br/>
        <w:t xml:space="preserve">    A.顺序结构  B.选择结构  C.循环结构  D.递归结构</w:t>
        <w:br/>
        <w:t xml:space="preserve">    答案：C。解析：本题为高频考点，需理解记忆。</w:t>
      </w:r>
    </w:p>
    <w:p>
      <w:r>
        <w:t>89. 面向对象的基本特征不包括（5）</w:t>
        <w:br/>
        <w:t xml:space="preserve">    A.封装  B.继承  C.多态  D.顺序</w:t>
        <w:br/>
        <w:t xml:space="preserve">    答案：D。解析：本题考查运用能力，结合定义判断即可。</w:t>
      </w:r>
    </w:p>
    <w:p>
      <w:r>
        <w:t>90. 数据结构的存储结构不包括（5）</w:t>
        <w:br/>
        <w:t xml:space="preserve">    A.顺序存储  B.链式存储  C.索引存储  D.文件存储</w:t>
        <w:br/>
        <w:t xml:space="preserve">    答案：A。解析：本题为基础知识点，记住概念即可。</w:t>
      </w:r>
    </w:p>
    <w:p>
      <w:r>
        <w:t>91. 栈的特点是（5）</w:t>
        <w:br/>
        <w:t xml:space="preserve">    A.先进后出  B.先进先出  C.随机存取  D.按优先级出</w:t>
        <w:br/>
        <w:t xml:space="preserve">    答案：B。解析：本题考查概念辨析，注意区分易混项。</w:t>
      </w:r>
    </w:p>
    <w:p>
      <w:r>
        <w:t>92. 队列的特点是（5）</w:t>
        <w:br/>
        <w:t xml:space="preserve">    A.先进先出  B.先进后出  C.随机存取  D.按优先级出</w:t>
        <w:br/>
        <w:t xml:space="preserve">    答案：C。解析：本题为高频考点，需理解记忆。</w:t>
      </w:r>
    </w:p>
    <w:p>
      <w:r>
        <w:t>93. 二叉树的遍历方式不包括（5）</w:t>
        <w:br/>
        <w:t xml:space="preserve">    A.前序遍历  B.中序遍历  C.后序遍历  D.随机遍历</w:t>
        <w:br/>
        <w:t xml:space="preserve">    答案：D。解析：本题考查运用能力，结合定义判断即可。</w:t>
      </w:r>
    </w:p>
    <w:p>
      <w:r>
        <w:t>94. 排序算法中时间复杂度为O(nlog₂n)的是（5）</w:t>
        <w:br/>
        <w:t xml:space="preserve">    A.冒泡排序  B.快速排序  C.直接插入排序  D.简单选择排序</w:t>
        <w:br/>
        <w:t xml:space="preserve">    答案：A。解析：本题为基础知识点，记住概念即可。</w:t>
      </w:r>
    </w:p>
    <w:p>
      <w:r>
        <w:t>95. 数据库事务的特性不包括（5）</w:t>
        <w:br/>
        <w:t xml:space="preserve">    A.原子性  B.一致性  C.隔离性  D.扩展性</w:t>
        <w:br/>
        <w:t xml:space="preserve">    答案：B。解析：本题考查概念辨析，注意区分易混项。</w:t>
      </w:r>
    </w:p>
    <w:p>
      <w:r>
        <w:t>96. SQL中用于查询的关键字是（5）</w:t>
        <w:br/>
        <w:t xml:space="preserve">    A.SELECT  B.INSERT  C.UPDATE  D.DELETE</w:t>
        <w:br/>
        <w:t xml:space="preserve">    答案：C。解析：本题为高频考点，需理解记忆。</w:t>
      </w:r>
    </w:p>
    <w:p>
      <w:r>
        <w:t>97. E-R图中实体用哪种图形表示（5）</w:t>
        <w:br/>
        <w:t xml:space="preserve">    A.矩形  B.椭圆  C.菱形  D.圆形</w:t>
        <w:br/>
        <w:t xml:space="preserve">    答案：D。解析：本题考查运用能力，结合定义判断即可。</w:t>
      </w:r>
    </w:p>
    <w:p>
      <w:r>
        <w:t>98. 软件测试的目的是（5）</w:t>
        <w:br/>
        <w:t xml:space="preserve">    A.发现程序中的错误  B.证明程序正确  C.提高程序效率  D.美化程序</w:t>
        <w:br/>
        <w:t xml:space="preserve">    答案：A。解析：本题为基础知识点，记住概念即可。</w:t>
      </w:r>
    </w:p>
    <w:p>
      <w:r>
        <w:t>99. 白盒测试的覆盖标准不包括（5）</w:t>
        <w:br/>
        <w:t xml:space="preserve">    A.语句覆盖  B.判定覆盖  C.条件覆盖  D.路径覆盖</w:t>
        <w:br/>
        <w:t xml:space="preserve">    答案：B。解析：本题考查概念辨析，注意区分易混项。</w:t>
      </w:r>
    </w:p>
    <w:p>
      <w:r>
        <w:t>100. 软件开发方法不包括（5）</w:t>
        <w:br/>
        <w:t xml:space="preserve">    A.瀑布模型  B.螺旋模型  C.原型模型  D.随机模型</w:t>
        <w:br/>
        <w:t xml:space="preserve">    答案：C。解析：本题为高频考点，需理解记忆。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