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2026年下半年软考10月24-25日开考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计算机软件资格考试（软考）每年举行几次</w:t>
        <w:br/>
        <w:t>A.2  B.次  C.|  D.1</w:t>
        <w:br/>
        <w:t>【答案】A</w:t>
      </w:r>
    </w:p>
    <w:p>
      <w:r>
        <w:t>2. 软考中级资格不包括</w:t>
        <w:br/>
        <w:t>A.软  B.件  C.设  D.计</w:t>
        <w:br/>
        <w:t>【答案】D</w:t>
      </w:r>
    </w:p>
    <w:p>
      <w:r>
        <w:t>3. TCP/IP协议中负责可靠传输的是</w:t>
        <w:br/>
        <w:t>A.T  B.C  C.P  D.|</w:t>
        <w:br/>
        <w:t>【答案】A</w:t>
      </w:r>
    </w:p>
    <w:p>
      <w:r>
        <w:t>4. 数据库的三级模式不包括</w:t>
        <w:br/>
        <w:t>A.外  B.模  C.式  D.|</w:t>
        <w:br/>
        <w:t>【答案】D</w:t>
      </w:r>
    </w:p>
    <w:p>
      <w:r>
        <w:t>5. 二进制数1010对应的十进制数是</w:t>
        <w:br/>
        <w:t>A.1  B.0  C.|  D.8</w:t>
        <w:br/>
        <w:t>【答案】A</w:t>
      </w:r>
    </w:p>
    <w:p>
      <w:r>
        <w:t>6. 软件工程中，可行性研究属于哪个阶段</w:t>
        <w:br/>
        <w:t>A.计  B.划  C.|  D.分</w:t>
        <w:br/>
        <w:t>【答案】A</w:t>
      </w:r>
    </w:p>
    <w:p>
      <w:r>
        <w:t>7. HTTP协议默认端口是</w:t>
        <w:br/>
        <w:t>A.8  B.0  C.|  D.4</w:t>
        <w:br/>
        <w:t>【答案】A</w:t>
      </w:r>
    </w:p>
    <w:p>
      <w:r>
        <w:t>8. 操作系统的主要功能不包括</w:t>
        <w:br/>
        <w:t>A.进  B.程  C.管  D.理</w:t>
        <w:br/>
        <w:t>【答案】D</w:t>
      </w:r>
    </w:p>
    <w:p>
      <w:r>
        <w:t>9. 计算机软件资格考试（软考）每年举行几次</w:t>
        <w:br/>
        <w:t>A.2  B.次  C.|  D.1</w:t>
        <w:br/>
        <w:t>【答案】A</w:t>
      </w:r>
    </w:p>
    <w:p>
      <w:r>
        <w:t>10. 软考中级资格不包括</w:t>
        <w:br/>
        <w:t>A.软  B.件  C.设  D.计</w:t>
        <w:br/>
        <w:t>【答案】D</w:t>
      </w:r>
    </w:p>
    <w:p>
      <w:r>
        <w:t>11. TCP/IP协议中负责可靠传输的是</w:t>
        <w:br/>
        <w:t>A.T  B.C  C.P  D.|</w:t>
        <w:br/>
        <w:t>【答案】A</w:t>
      </w:r>
    </w:p>
    <w:p>
      <w:r>
        <w:t>12. 数据库的三级模式不包括</w:t>
        <w:br/>
        <w:t>A.外  B.模  C.式  D.|</w:t>
        <w:br/>
        <w:t>【答案】D</w:t>
      </w:r>
    </w:p>
    <w:p>
      <w:r>
        <w:t>13. 二进制数1010对应的十进制数是</w:t>
        <w:br/>
        <w:t>A.1  B.0  C.|  D.8</w:t>
        <w:br/>
        <w:t>【答案】A</w:t>
      </w:r>
    </w:p>
    <w:p>
      <w:r>
        <w:t>14. 软件工程中，可行性研究属于哪个阶段</w:t>
        <w:br/>
        <w:t>A.计  B.划  C.|  D.分</w:t>
        <w:br/>
        <w:t>【答案】A</w:t>
      </w:r>
    </w:p>
    <w:p>
      <w:r>
        <w:t>15. HTTP协议默认端口是</w:t>
        <w:br/>
        <w:t>A.8  B.0  C.|  D.4</w:t>
        <w:br/>
        <w:t>【答案】A</w:t>
      </w:r>
    </w:p>
    <w:p>
      <w:r>
        <w:t>16. 操作系统的主要功能不包括</w:t>
        <w:br/>
        <w:t>A.进  B.程  C.管  D.理</w:t>
        <w:br/>
        <w:t>【答案】D</w:t>
      </w:r>
    </w:p>
    <w:p>
      <w:r>
        <w:t>17. 计算机软件资格考试（软考）每年举行几次</w:t>
        <w:br/>
        <w:t>A.2  B.次  C.|  D.1</w:t>
        <w:br/>
        <w:t>【答案】A</w:t>
      </w:r>
    </w:p>
    <w:p>
      <w:r>
        <w:t>18. 软考中级资格不包括</w:t>
        <w:br/>
        <w:t>A.软  B.件  C.设  D.计</w:t>
        <w:br/>
        <w:t>【答案】D</w:t>
      </w:r>
    </w:p>
    <w:p>
      <w:r>
        <w:t>19. TCP/IP协议中负责可靠传输的是</w:t>
        <w:br/>
        <w:t>A.T  B.C  C.P  D.|</w:t>
        <w:br/>
        <w:t>【答案】A</w:t>
      </w:r>
    </w:p>
    <w:p>
      <w:r>
        <w:t>20. 数据库的三级模式不包括</w:t>
        <w:br/>
        <w:t>A.外  B.模  C.式  D.|</w:t>
        <w:br/>
        <w:t>【答案】D</w:t>
      </w:r>
    </w:p>
    <w:p>
      <w:r>
        <w:t>21. 二进制数1010对应的十进制数是</w:t>
        <w:br/>
        <w:t>A.1  B.0  C.|  D.8</w:t>
        <w:br/>
        <w:t>【答案】A</w:t>
      </w:r>
    </w:p>
    <w:p>
      <w:r>
        <w:t>22. 软件工程中，可行性研究属于哪个阶段</w:t>
        <w:br/>
        <w:t>A.计  B.划  C.|  D.分</w:t>
        <w:br/>
        <w:t>【答案】A</w:t>
      </w:r>
    </w:p>
    <w:p>
      <w:r>
        <w:t>23. HTTP协议默认端口是</w:t>
        <w:br/>
        <w:t>A.8  B.0  C.|  D.4</w:t>
        <w:br/>
        <w:t>【答案】A</w:t>
      </w:r>
    </w:p>
    <w:p>
      <w:r>
        <w:t>24. 操作系统的主要功能不包括</w:t>
        <w:br/>
        <w:t>A.进  B.程  C.管  D.理</w:t>
        <w:br/>
        <w:t>【答案】D</w:t>
      </w:r>
    </w:p>
    <w:p>
      <w:r>
        <w:t>25. 计算机软件资格考试（软考）每年举行几次</w:t>
        <w:br/>
        <w:t>A.2  B.次  C.|  D.1</w:t>
        <w:br/>
        <w:t>【答案】A</w:t>
      </w:r>
    </w:p>
    <w:p>
      <w:r>
        <w:t>26. 软考中级资格不包括</w:t>
        <w:br/>
        <w:t>A.软  B.件  C.设  D.计</w:t>
        <w:br/>
        <w:t>【答案】D</w:t>
      </w:r>
    </w:p>
    <w:p>
      <w:r>
        <w:t>27. TCP/IP协议中负责可靠传输的是</w:t>
        <w:br/>
        <w:t>A.T  B.C  C.P  D.|</w:t>
        <w:br/>
        <w:t>【答案】A</w:t>
      </w:r>
    </w:p>
    <w:p>
      <w:r>
        <w:t>28. 数据库的三级模式不包括</w:t>
        <w:br/>
        <w:t>A.外  B.模  C.式  D.|</w:t>
        <w:br/>
        <w:t>【答案】D</w:t>
      </w:r>
    </w:p>
    <w:p>
      <w:r>
        <w:t>29. 二进制数1010对应的十进制数是</w:t>
        <w:br/>
        <w:t>A.1  B.0  C.|  D.8</w:t>
        <w:br/>
        <w:t>【答案】A</w:t>
      </w:r>
    </w:p>
    <w:p>
      <w:r>
        <w:t>30. 软件工程中，可行性研究属于哪个阶段</w:t>
        <w:br/>
        <w:t>A.计  B.划  C.|  D.分</w:t>
        <w:br/>
        <w:t>【答案】A</w:t>
      </w:r>
    </w:p>
    <w:p>
      <w:r>
        <w:t>31. HTTP协议默认端口是</w:t>
        <w:br/>
        <w:t>A.8  B.0  C.|  D.4</w:t>
        <w:br/>
        <w:t>【答案】A</w:t>
      </w:r>
    </w:p>
    <w:p>
      <w:r>
        <w:t>32. 操作系统的主要功能不包括</w:t>
        <w:br/>
        <w:t>A.进  B.程  C.管  D.理</w:t>
        <w:br/>
        <w:t>【答案】D</w:t>
      </w:r>
    </w:p>
    <w:p>
      <w:r>
        <w:t>33. 计算机软件资格考试（软考）每年举行几次</w:t>
        <w:br/>
        <w:t>A.2  B.次  C.|  D.1</w:t>
        <w:br/>
        <w:t>【答案】A</w:t>
      </w:r>
    </w:p>
    <w:p>
      <w:r>
        <w:t>34. 软考中级资格不包括</w:t>
        <w:br/>
        <w:t>A.软  B.件  C.设  D.计</w:t>
        <w:br/>
        <w:t>【答案】D</w:t>
      </w:r>
    </w:p>
    <w:p>
      <w:r>
        <w:t>35. TCP/IP协议中负责可靠传输的是</w:t>
        <w:br/>
        <w:t>A.T  B.C  C.P  D.|</w:t>
        <w:br/>
        <w:t>【答案】A</w:t>
      </w:r>
    </w:p>
    <w:p>
      <w:r>
        <w:t>36. 数据库的三级模式不包括</w:t>
        <w:br/>
        <w:t>A.外  B.模  C.式  D.|</w:t>
        <w:br/>
        <w:t>【答案】D</w:t>
      </w:r>
    </w:p>
    <w:p>
      <w:r>
        <w:t>37. 二进制数1010对应的十进制数是</w:t>
        <w:br/>
        <w:t>A.1  B.0  C.|  D.8</w:t>
        <w:br/>
        <w:t>【答案】A</w:t>
      </w:r>
    </w:p>
    <w:p>
      <w:r>
        <w:t>38. 软件工程中，可行性研究属于哪个阶段</w:t>
        <w:br/>
        <w:t>A.计  B.划  C.|  D.分</w:t>
        <w:br/>
        <w:t>【答案】A</w:t>
      </w:r>
    </w:p>
    <w:p>
      <w:r>
        <w:t>39. HTTP协议默认端口是</w:t>
        <w:br/>
        <w:t>A.8  B.0  C.|  D.4</w:t>
        <w:br/>
        <w:t>【答案】A</w:t>
      </w:r>
    </w:p>
    <w:p>
      <w:r>
        <w:t>40. 操作系统的主要功能不包括</w:t>
        <w:br/>
        <w:t>A.进  B.程  C.管  D.理</w:t>
        <w:br/>
        <w:t>【答案】D</w:t>
      </w:r>
    </w:p>
    <w:p>
      <w:r>
        <w:t>41. 计算机软件资格考试（软考）每年举行几次</w:t>
        <w:br/>
        <w:t>A.2  B.次  C.|  D.1</w:t>
        <w:br/>
        <w:t>【答案】A</w:t>
      </w:r>
    </w:p>
    <w:p>
      <w:r>
        <w:t>42. 软考中级资格不包括</w:t>
        <w:br/>
        <w:t>A.软  B.件  C.设  D.计</w:t>
        <w:br/>
        <w:t>【答案】D</w:t>
      </w:r>
    </w:p>
    <w:p>
      <w:r>
        <w:t>43. TCP/IP协议中负责可靠传输的是</w:t>
        <w:br/>
        <w:t>A.T  B.C  C.P  D.|</w:t>
        <w:br/>
        <w:t>【答案】A</w:t>
      </w:r>
    </w:p>
    <w:p>
      <w:r>
        <w:t>44. 数据库的三级模式不包括</w:t>
        <w:br/>
        <w:t>A.外  B.模  C.式  D.|</w:t>
        <w:br/>
        <w:t>【答案】D</w:t>
      </w:r>
    </w:p>
    <w:p>
      <w:r>
        <w:t>45. 二进制数1010对应的十进制数是</w:t>
        <w:br/>
        <w:t>A.1  B.0  C.|  D.8</w:t>
        <w:br/>
        <w:t>【答案】A</w:t>
      </w:r>
    </w:p>
    <w:p>
      <w:r>
        <w:t>46. 软件工程中，可行性研究属于哪个阶段</w:t>
        <w:br/>
        <w:t>A.计  B.划  C.|  D.分</w:t>
        <w:br/>
        <w:t>【答案】A</w:t>
      </w:r>
    </w:p>
    <w:p>
      <w:r>
        <w:t>47. HTTP协议默认端口是</w:t>
        <w:br/>
        <w:t>A.8  B.0  C.|  D.4</w:t>
        <w:br/>
        <w:t>【答案】A</w:t>
      </w:r>
    </w:p>
    <w:p>
      <w:r>
        <w:t>48. 操作系统的主要功能不包括</w:t>
        <w:br/>
        <w:t>A.进  B.程  C.管  D.理</w:t>
        <w:br/>
        <w:t>【答案】D</w:t>
      </w:r>
    </w:p>
    <w:p>
      <w:r>
        <w:t>49. 计算机软件资格考试（软考）每年举行几次</w:t>
        <w:br/>
        <w:t>A.2  B.次  C.|  D.1</w:t>
        <w:br/>
        <w:t>【答案】A</w:t>
      </w:r>
    </w:p>
    <w:p>
      <w:r>
        <w:t>50. 软考中级资格不包括</w:t>
        <w:br/>
        <w:t>A.软  B.件  C.设  D.计</w:t>
        <w:br/>
        <w:t>【答案】D</w:t>
      </w:r>
    </w:p>
    <w:p/>
    <w:p>
      <w:pPr>
        <w:pStyle w:val="Heading2"/>
      </w:pPr>
      <w:r>
        <w:t>二、多项选择题（每题2分，共40分）</w:t>
      </w:r>
    </w:p>
    <w:p>
      <w:r>
        <w:t>51. 软考中级资格包括</w:t>
        <w:br/>
        <w:t>A.软  B.件  C.设  D.计</w:t>
        <w:br/>
        <w:t>【答案】ABCD</w:t>
      </w:r>
    </w:p>
    <w:p>
      <w:r>
        <w:t>52. 计算机网络的拓扑结构包括</w:t>
        <w:br/>
        <w:t>A.总  B.线  C.型  D.|</w:t>
        <w:br/>
        <w:t>【答案】ABCD</w:t>
      </w:r>
    </w:p>
    <w:p>
      <w:r>
        <w:t>53. 数据库的完整性约束包括</w:t>
        <w:br/>
        <w:t>A.实  B.体  C.完  D.整</w:t>
        <w:br/>
        <w:t>【答案】ABC</w:t>
      </w:r>
    </w:p>
    <w:p>
      <w:r>
        <w:t>54. 软件测试的方法包括</w:t>
        <w:br/>
        <w:t>A.黑  B.盒  C.测  D.试</w:t>
        <w:br/>
        <w:t>【答案】AB</w:t>
      </w:r>
    </w:p>
    <w:p>
      <w:r>
        <w:t>55. 操作系统的主要特征包括</w:t>
        <w:br/>
        <w:t>A.并  B.发  C.|  D.共</w:t>
        <w:br/>
        <w:t>【答案】ABCD</w:t>
      </w:r>
    </w:p>
    <w:p>
      <w:r>
        <w:t>56. 网络安全的主要威胁包括</w:t>
        <w:br/>
        <w:t>A.病  B.毒  C.|  D.黑</w:t>
        <w:br/>
        <w:t>【答案】ABCD</w:t>
      </w:r>
    </w:p>
    <w:p>
      <w:r>
        <w:t>57. 云计算的服务模式包括</w:t>
        <w:br/>
        <w:t>A.I  B.a  C.a  D.S</w:t>
        <w:br/>
        <w:t>【答案】ABC</w:t>
      </w:r>
    </w:p>
    <w:p>
      <w:r>
        <w:t>58. 软件生命周期包括</w:t>
        <w:br/>
        <w:t>A.需  B.求  C.分  D.析</w:t>
        <w:br/>
        <w:t>【答案】ABCD</w:t>
      </w:r>
    </w:p>
    <w:p>
      <w:r>
        <w:t>59. 软考中级资格包括</w:t>
        <w:br/>
        <w:t>A.软  B.件  C.设  D.计</w:t>
        <w:br/>
        <w:t>【答案】ABCD</w:t>
      </w:r>
    </w:p>
    <w:p>
      <w:r>
        <w:t>60. 计算机网络的拓扑结构包括</w:t>
        <w:br/>
        <w:t>A.总  B.线  C.型  D.|</w:t>
        <w:br/>
        <w:t>【答案】ABCD</w:t>
      </w:r>
    </w:p>
    <w:p>
      <w:r>
        <w:t>61. 数据库的完整性约束包括</w:t>
        <w:br/>
        <w:t>A.实  B.体  C.完  D.整</w:t>
        <w:br/>
        <w:t>【答案】ABC</w:t>
      </w:r>
    </w:p>
    <w:p>
      <w:r>
        <w:t>62. 软件测试的方法包括</w:t>
        <w:br/>
        <w:t>A.黑  B.盒  C.测  D.试</w:t>
        <w:br/>
        <w:t>【答案】AB</w:t>
      </w:r>
    </w:p>
    <w:p>
      <w:r>
        <w:t>63. 操作系统的主要特征包括</w:t>
        <w:br/>
        <w:t>A.并  B.发  C.|  D.共</w:t>
        <w:br/>
        <w:t>【答案】ABCD</w:t>
      </w:r>
    </w:p>
    <w:p>
      <w:r>
        <w:t>64. 网络安全的主要威胁包括</w:t>
        <w:br/>
        <w:t>A.病  B.毒  C.|  D.黑</w:t>
        <w:br/>
        <w:t>【答案】ABCD</w:t>
      </w:r>
    </w:p>
    <w:p>
      <w:r>
        <w:t>65. 云计算的服务模式包括</w:t>
        <w:br/>
        <w:t>A.I  B.a  C.a  D.S</w:t>
        <w:br/>
        <w:t>【答案】ABC</w:t>
      </w:r>
    </w:p>
    <w:p>
      <w:r>
        <w:t>66. 软件生命周期包括</w:t>
        <w:br/>
        <w:t>A.需  B.求  C.分  D.析</w:t>
        <w:br/>
        <w:t>【答案】ABCD</w:t>
      </w:r>
    </w:p>
    <w:p>
      <w:r>
        <w:t>67. 软考中级资格包括</w:t>
        <w:br/>
        <w:t>A.软  B.件  C.设  D.计</w:t>
        <w:br/>
        <w:t>【答案】ABCD</w:t>
      </w:r>
    </w:p>
    <w:p>
      <w:r>
        <w:t>68. 计算机网络的拓扑结构包括</w:t>
        <w:br/>
        <w:t>A.总  B.线  C.型  D.|</w:t>
        <w:br/>
        <w:t>【答案】ABCD</w:t>
      </w:r>
    </w:p>
    <w:p>
      <w:r>
        <w:t>69. 数据库的完整性约束包括</w:t>
        <w:br/>
        <w:t>A.实  B.体  C.完  D.整</w:t>
        <w:br/>
        <w:t>【答案】ABC</w:t>
      </w:r>
    </w:p>
    <w:p>
      <w:r>
        <w:t>70. 软件测试的方法包括</w:t>
        <w:br/>
        <w:t>A.黑  B.盒  C.测  D.试</w:t>
        <w:br/>
        <w:t>【答案】AB</w:t>
      </w:r>
    </w:p>
    <w:p/>
    <w:p>
      <w:pPr>
        <w:pStyle w:val="Heading2"/>
      </w:pPr>
      <w:r>
        <w:t>三、判断题（每题1分，共20分）</w:t>
      </w:r>
    </w:p>
    <w:p>
      <w:r>
        <w:t>71. 软考证书全国有效。（对/错）</w:t>
        <w:br/>
        <w:t>【答案】对</w:t>
      </w:r>
    </w:p>
    <w:p>
      <w:r>
        <w:t>72. IP地址分为A到E五类。（对/错）</w:t>
        <w:br/>
        <w:t>【答案】对</w:t>
      </w:r>
    </w:p>
    <w:p>
      <w:r>
        <w:t>73. 防火墙可以完全阻止所有网络攻击。（对/错）</w:t>
        <w:br/>
        <w:t>【答案】错</w:t>
      </w:r>
    </w:p>
    <w:p>
      <w:r>
        <w:t>74. SQL语言可以用来操作数据库。（对/错）</w:t>
        <w:br/>
        <w:t>【答案】对</w:t>
      </w:r>
    </w:p>
    <w:p>
      <w:r>
        <w:t>75. 软件测试中发现缺陷越多，说明软件质量越差。（对/错）</w:t>
        <w:br/>
        <w:t>【答案】错</w:t>
      </w:r>
    </w:p>
    <w:p>
      <w:r>
        <w:t>76. 面向对象的核心特征是封装、继承和多态。（对/错）</w:t>
        <w:br/>
        <w:t>【答案】对</w:t>
      </w:r>
    </w:p>
    <w:p>
      <w:r>
        <w:t>77. HTTP是加密协议。（对/错）</w:t>
        <w:br/>
        <w:t>【答案】错</w:t>
      </w:r>
    </w:p>
    <w:p>
      <w:r>
        <w:t>78. 云存储的数据永远安全。（对/错）</w:t>
        <w:br/>
        <w:t>【答案】错</w:t>
      </w:r>
    </w:p>
    <w:p>
      <w:r>
        <w:t>79. 软考证书全国有效。（对/错）</w:t>
        <w:br/>
        <w:t>【答案】对</w:t>
      </w:r>
    </w:p>
    <w:p>
      <w:r>
        <w:t>80. IP地址分为A到E五类。（对/错）</w:t>
        <w:br/>
        <w:t>【答案】对</w:t>
      </w:r>
    </w:p>
    <w:p>
      <w:r>
        <w:t>81. 防火墙可以完全阻止所有网络攻击。（对/错）</w:t>
        <w:br/>
        <w:t>【答案】错</w:t>
      </w:r>
    </w:p>
    <w:p>
      <w:r>
        <w:t>82. SQL语言可以用来操作数据库。（对/错）</w:t>
        <w:br/>
        <w:t>【答案】对</w:t>
      </w:r>
    </w:p>
    <w:p>
      <w:r>
        <w:t>83. 软件测试中发现缺陷越多，说明软件质量越差。（对/错）</w:t>
        <w:br/>
        <w:t>【答案】错</w:t>
      </w:r>
    </w:p>
    <w:p>
      <w:r>
        <w:t>84. 面向对象的核心特征是封装、继承和多态。（对/错）</w:t>
        <w:br/>
        <w:t>【答案】对</w:t>
      </w:r>
    </w:p>
    <w:p>
      <w:r>
        <w:t>85. HTTP是加密协议。（对/错）</w:t>
        <w:br/>
        <w:t>【答案】错</w:t>
      </w:r>
    </w:p>
    <w:p>
      <w:r>
        <w:t>86. 云存储的数据永远安全。（对/错）</w:t>
        <w:br/>
        <w:t>【答案】错</w:t>
      </w:r>
    </w:p>
    <w:p>
      <w:r>
        <w:t>87. 软考证书全国有效。（对/错）</w:t>
        <w:br/>
        <w:t>【答案】对</w:t>
      </w:r>
    </w:p>
    <w:p>
      <w:r>
        <w:t>88. IP地址分为A到E五类。（对/错）</w:t>
        <w:br/>
        <w:t>【答案】对</w:t>
      </w:r>
    </w:p>
    <w:p>
      <w:r>
        <w:t>89. 防火墙可以完全阻止所有网络攻击。（对/错）</w:t>
        <w:br/>
        <w:t>【答案】错</w:t>
      </w:r>
    </w:p>
    <w:p>
      <w:r>
        <w:t>90. SQL语言可以用来操作数据库。（对/错）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简述数据库事务的ACID特性。</w:t>
        <w:br/>
        <w:t>【答案】原子性、一致性、隔离性、持久性</w:t>
      </w:r>
    </w:p>
    <w:p>
      <w:r>
        <w:t>92. 简述软件测试的目的。</w:t>
        <w:br/>
        <w:t>【答案】发现缺陷、验证功能、保证质量、降低风险</w:t>
      </w:r>
    </w:p>
    <w:p>
      <w:r>
        <w:t>93. 什么是面向对象？</w:t>
        <w:br/>
        <w:t>【答案】以对象为核心，通过封装、继承、多态组织系统的开发方法</w:t>
      </w:r>
    </w:p>
    <w:p>
      <w:r>
        <w:t>94. 简述计算机网络分层结构的意义。</w:t>
        <w:br/>
        <w:t>【答案】职责清晰、独立设计、便于维护、促进标准化</w:t>
      </w:r>
    </w:p>
    <w:p>
      <w:r>
        <w:t>95. 简述数据库事务的ACID特性。</w:t>
        <w:br/>
        <w:t>【答案】原子性、一致性、隔离性、持久性</w:t>
      </w:r>
    </w:p>
    <w:p>
      <w:r>
        <w:t>96. 简述软件测试的目的。</w:t>
        <w:br/>
        <w:t>【答案】发现缺陷、验证功能、保证质量、降低风险</w:t>
      </w:r>
    </w:p>
    <w:p>
      <w:r>
        <w:t>97. 什么是面向对象？</w:t>
        <w:br/>
        <w:t>【答案】以对象为核心，通过封装、继承、多态组织系统的开发方法</w:t>
      </w:r>
    </w:p>
    <w:p>
      <w:r>
        <w:t>98. 简述计算机网络分层结构的意义。</w:t>
        <w:br/>
        <w:t>【答案】职责清晰、独立设计、便于维护、促进标准化</w:t>
      </w:r>
    </w:p>
    <w:p>
      <w:r>
        <w:t>99. 简述数据库事务的ACID特性。</w:t>
        <w:br/>
        <w:t>【答案】原子性、一致性、隔离性、持久性</w:t>
      </w:r>
    </w:p>
    <w:p>
      <w:r>
        <w:t>100. 简述软件测试的目的。</w:t>
        <w:br/>
        <w:t>【答案】发现缺陷、验证功能、保证质量、降低风险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计算机软件资格考试（软考）每年举行几次</w:t>
        <w:br/>
        <w:t>A.2  B.次  C.|  D.1</w:t>
        <w:br/>
        <w:t>【答案】A  1. 计算机软件资格考试（软考）每年举行几次</w:t>
        <w:br/>
        <w:t>A.2  B.次  C.|  D.1</w:t>
        <w:br/>
        <w:t>【答案】A</w:t>
      </w:r>
    </w:p>
    <w:p>
      <w:r>
        <w:t>2. 软考中级资格不包括</w:t>
        <w:br/>
        <w:t>A.软  B.件  C.设  D.计</w:t>
        <w:br/>
        <w:t>【答案】D  2. 软考中级资格不包括</w:t>
        <w:br/>
        <w:t>A.软  B.件  C.设  D.计</w:t>
        <w:br/>
        <w:t>【答案】D</w:t>
      </w:r>
    </w:p>
    <w:p>
      <w:r>
        <w:t>3. TCP/IP协议中负责可靠传输的是</w:t>
        <w:br/>
        <w:t>A.T  B.C  C.P  D.|</w:t>
        <w:br/>
        <w:t>【答案】A  3. TCP/IP协议中负责可靠传输的是</w:t>
        <w:br/>
        <w:t>A.T  B.C  C.P  D.|</w:t>
        <w:br/>
        <w:t>【答案】A</w:t>
      </w:r>
    </w:p>
    <w:p>
      <w:r>
        <w:t>4. 数据库的三级模式不包括</w:t>
        <w:br/>
        <w:t>A.外  B.模  C.式  D.|</w:t>
        <w:br/>
        <w:t>【答案】D  4. 数据库的三级模式不包括</w:t>
        <w:br/>
        <w:t>A.外  B.模  C.式  D.|</w:t>
        <w:br/>
        <w:t>【答案】D</w:t>
      </w:r>
    </w:p>
    <w:p>
      <w:r>
        <w:t>5. 二进制数1010对应的十进制数是</w:t>
        <w:br/>
        <w:t>A.1  B.0  C.|  D.8</w:t>
        <w:br/>
        <w:t>【答案】A  5. 二进制数1010对应的十进制数是</w:t>
        <w:br/>
        <w:t>A.1  B.0  C.|  D.8</w:t>
        <w:br/>
        <w:t>【答案】A</w:t>
      </w:r>
    </w:p>
    <w:p>
      <w:r>
        <w:t>6. 软件工程中，可行性研究属于哪个阶段</w:t>
        <w:br/>
        <w:t>A.计  B.划  C.|  D.分</w:t>
        <w:br/>
        <w:t>【答案】A  6. 软件工程中，可行性研究属于哪个阶段</w:t>
        <w:br/>
        <w:t>A.计  B.划  C.|  D.分</w:t>
        <w:br/>
        <w:t>【答案】A</w:t>
      </w:r>
    </w:p>
    <w:p>
      <w:r>
        <w:t>7. HTTP协议默认端口是</w:t>
        <w:br/>
        <w:t>A.8  B.0  C.|  D.4</w:t>
        <w:br/>
        <w:t>【答案】A  7. HTTP协议默认端口是</w:t>
        <w:br/>
        <w:t>A.8  B.0  C.|  D.4</w:t>
        <w:br/>
        <w:t>【答案】A</w:t>
      </w:r>
    </w:p>
    <w:p>
      <w:r>
        <w:t>8. 操作系统的主要功能不包括</w:t>
        <w:br/>
        <w:t>A.进  B.程  C.管  D.理</w:t>
        <w:br/>
        <w:t>【答案】D  8. 操作系统的主要功能不包括</w:t>
        <w:br/>
        <w:t>A.进  B.程  C.管  D.理</w:t>
        <w:br/>
        <w:t>【答案】D</w:t>
      </w:r>
    </w:p>
    <w:p>
      <w:r>
        <w:t>9. 计算机软件资格考试（软考）每年举行几次</w:t>
        <w:br/>
        <w:t>A.2  B.次  C.|  D.1</w:t>
        <w:br/>
        <w:t>【答案】A  9. 计算机软件资格考试（软考）每年举行几次</w:t>
        <w:br/>
        <w:t>A.2  B.次  C.|  D.1</w:t>
        <w:br/>
        <w:t>【答案】A</w:t>
      </w:r>
    </w:p>
    <w:p>
      <w:r>
        <w:t>10. 软考中级资格不包括</w:t>
        <w:br/>
        <w:t>A.软  B.件  C.设  D.计</w:t>
        <w:br/>
        <w:t>【答案】D  10. 软考中级资格不包括</w:t>
        <w:br/>
        <w:t>A.软  B.件  C.设  D.计</w:t>
        <w:br/>
        <w:t>【答案】D</w:t>
      </w:r>
    </w:p>
    <w:p>
      <w:r>
        <w:t>11. TCP/IP协议中负责可靠传输的是</w:t>
        <w:br/>
        <w:t>A.T  B.C  C.P  D.|</w:t>
        <w:br/>
        <w:t>【答案】A  11. TCP/IP协议中负责可靠传输的是</w:t>
        <w:br/>
        <w:t>A.T  B.C  C.P  D.|</w:t>
        <w:br/>
        <w:t>【答案】A</w:t>
      </w:r>
    </w:p>
    <w:p>
      <w:r>
        <w:t>12. 数据库的三级模式不包括</w:t>
        <w:br/>
        <w:t>A.外  B.模  C.式  D.|</w:t>
        <w:br/>
        <w:t>【答案】D  12. 数据库的三级模式不包括</w:t>
        <w:br/>
        <w:t>A.外  B.模  C.式  D.|</w:t>
        <w:br/>
        <w:t>【答案】D</w:t>
      </w:r>
    </w:p>
    <w:p>
      <w:r>
        <w:t>13. 二进制数1010对应的十进制数是</w:t>
        <w:br/>
        <w:t>A.1  B.0  C.|  D.8</w:t>
        <w:br/>
        <w:t>【答案】A  13. 二进制数1010对应的十进制数是</w:t>
        <w:br/>
        <w:t>A.1  B.0  C.|  D.8</w:t>
        <w:br/>
        <w:t>【答案】A</w:t>
      </w:r>
    </w:p>
    <w:p>
      <w:r>
        <w:t>14. 软件工程中，可行性研究属于哪个阶段</w:t>
        <w:br/>
        <w:t>A.计  B.划  C.|  D.分</w:t>
        <w:br/>
        <w:t>【答案】A  14. 软件工程中，可行性研究属于哪个阶段</w:t>
        <w:br/>
        <w:t>A.计  B.划  C.|  D.分</w:t>
        <w:br/>
        <w:t>【答案】A</w:t>
      </w:r>
    </w:p>
    <w:p>
      <w:r>
        <w:t>15. HTTP协议默认端口是</w:t>
        <w:br/>
        <w:t>A.8  B.0  C.|  D.4</w:t>
        <w:br/>
        <w:t>【答案】A  15. HTTP协议默认端口是</w:t>
        <w:br/>
        <w:t>A.8  B.0  C.|  D.4</w:t>
        <w:br/>
        <w:t>【答案】A</w:t>
      </w:r>
    </w:p>
    <w:p>
      <w:r>
        <w:t>16. 操作系统的主要功能不包括</w:t>
        <w:br/>
        <w:t>A.进  B.程  C.管  D.理</w:t>
        <w:br/>
        <w:t>【答案】D  16. 操作系统的主要功能不包括</w:t>
        <w:br/>
        <w:t>A.进  B.程  C.管  D.理</w:t>
        <w:br/>
        <w:t>【答案】D</w:t>
      </w:r>
    </w:p>
    <w:p>
      <w:r>
        <w:t>17. 计算机软件资格考试（软考）每年举行几次</w:t>
        <w:br/>
        <w:t>A.2  B.次  C.|  D.1</w:t>
        <w:br/>
        <w:t>【答案】A  17. 计算机软件资格考试（软考）每年举行几次</w:t>
        <w:br/>
        <w:t>A.2  B.次  C.|  D.1</w:t>
        <w:br/>
        <w:t>【答案】A</w:t>
      </w:r>
    </w:p>
    <w:p>
      <w:r>
        <w:t>18. 软考中级资格不包括</w:t>
        <w:br/>
        <w:t>A.软  B.件  C.设  D.计</w:t>
        <w:br/>
        <w:t>【答案】D  18. 软考中级资格不包括</w:t>
        <w:br/>
        <w:t>A.软  B.件  C.设  D.计</w:t>
        <w:br/>
        <w:t>【答案】D</w:t>
      </w:r>
    </w:p>
    <w:p>
      <w:r>
        <w:t>19. TCP/IP协议中负责可靠传输的是</w:t>
        <w:br/>
        <w:t>A.T  B.C  C.P  D.|</w:t>
        <w:br/>
        <w:t>【答案】A  19. TCP/IP协议中负责可靠传输的是</w:t>
        <w:br/>
        <w:t>A.T  B.C  C.P  D.|</w:t>
        <w:br/>
        <w:t>【答案】A</w:t>
      </w:r>
    </w:p>
    <w:p>
      <w:r>
        <w:t>20. 数据库的三级模式不包括</w:t>
        <w:br/>
        <w:t>A.外  B.模  C.式  D.|</w:t>
        <w:br/>
        <w:t>【答案】D  20. 数据库的三级模式不包括</w:t>
        <w:br/>
        <w:t>A.外  B.模  C.式  D.|</w:t>
        <w:br/>
        <w:t>【答案】D</w:t>
      </w:r>
    </w:p>
    <w:p>
      <w:r>
        <w:t>21. 二进制数1010对应的十进制数是</w:t>
        <w:br/>
        <w:t>A.1  B.0  C.|  D.8</w:t>
        <w:br/>
        <w:t>【答案】A  21. 二进制数1010对应的十进制数是</w:t>
        <w:br/>
        <w:t>A.1  B.0  C.|  D.8</w:t>
        <w:br/>
        <w:t>【答案】A</w:t>
      </w:r>
    </w:p>
    <w:p>
      <w:r>
        <w:t>22. 软件工程中，可行性研究属于哪个阶段</w:t>
        <w:br/>
        <w:t>A.计  B.划  C.|  D.分</w:t>
        <w:br/>
        <w:t>【答案】A  22. 软件工程中，可行性研究属于哪个阶段</w:t>
        <w:br/>
        <w:t>A.计  B.划  C.|  D.分</w:t>
        <w:br/>
        <w:t>【答案】A</w:t>
      </w:r>
    </w:p>
    <w:p>
      <w:r>
        <w:t>23. HTTP协议默认端口是</w:t>
        <w:br/>
        <w:t>A.8  B.0  C.|  D.4</w:t>
        <w:br/>
        <w:t>【答案】A  23. HTTP协议默认端口是</w:t>
        <w:br/>
        <w:t>A.8  B.0  C.|  D.4</w:t>
        <w:br/>
        <w:t>【答案】A</w:t>
      </w:r>
    </w:p>
    <w:p>
      <w:r>
        <w:t>24. 操作系统的主要功能不包括</w:t>
        <w:br/>
        <w:t>A.进  B.程  C.管  D.理</w:t>
        <w:br/>
        <w:t>【答案】D  24. 操作系统的主要功能不包括</w:t>
        <w:br/>
        <w:t>A.进  B.程  C.管  D.理</w:t>
        <w:br/>
        <w:t>【答案】D</w:t>
      </w:r>
    </w:p>
    <w:p>
      <w:r>
        <w:t>25. 计算机软件资格考试（软考）每年举行几次</w:t>
        <w:br/>
        <w:t>A.2  B.次  C.|  D.1</w:t>
        <w:br/>
        <w:t>【答案】A  25. 计算机软件资格考试（软考）每年举行几次</w:t>
        <w:br/>
        <w:t>A.2  B.次  C.|  D.1</w:t>
        <w:br/>
        <w:t>【答案】A</w:t>
      </w:r>
    </w:p>
    <w:p>
      <w:r>
        <w:t>26. 软考中级资格不包括</w:t>
        <w:br/>
        <w:t>A.软  B.件  C.设  D.计</w:t>
        <w:br/>
        <w:t>【答案】D  26. 软考中级资格不包括</w:t>
        <w:br/>
        <w:t>A.软  B.件  C.设  D.计</w:t>
        <w:br/>
        <w:t>【答案】D</w:t>
      </w:r>
    </w:p>
    <w:p>
      <w:r>
        <w:t>27. TCP/IP协议中负责可靠传输的是</w:t>
        <w:br/>
        <w:t>A.T  B.C  C.P  D.|</w:t>
        <w:br/>
        <w:t>【答案】A  27. TCP/IP协议中负责可靠传输的是</w:t>
        <w:br/>
        <w:t>A.T  B.C  C.P  D.|</w:t>
        <w:br/>
        <w:t>【答案】A</w:t>
      </w:r>
    </w:p>
    <w:p>
      <w:r>
        <w:t>28. 数据库的三级模式不包括</w:t>
        <w:br/>
        <w:t>A.外  B.模  C.式  D.|</w:t>
        <w:br/>
        <w:t>【答案】D  28. 数据库的三级模式不包括</w:t>
        <w:br/>
        <w:t>A.外  B.模  C.式  D.|</w:t>
        <w:br/>
        <w:t>【答案】D</w:t>
      </w:r>
    </w:p>
    <w:p>
      <w:r>
        <w:t>29. 二进制数1010对应的十进制数是</w:t>
        <w:br/>
        <w:t>A.1  B.0  C.|  D.8</w:t>
        <w:br/>
        <w:t>【答案】A  29. 二进制数1010对应的十进制数是</w:t>
        <w:br/>
        <w:t>A.1  B.0  C.|  D.8</w:t>
        <w:br/>
        <w:t>【答案】A</w:t>
      </w:r>
    </w:p>
    <w:p>
      <w:r>
        <w:t>30. 软件工程中，可行性研究属于哪个阶段</w:t>
        <w:br/>
        <w:t>A.计  B.划  C.|  D.分</w:t>
        <w:br/>
        <w:t>【答案】A  30. 软件工程中，可行性研究属于哪个阶段</w:t>
        <w:br/>
        <w:t>A.计  B.划  C.|  D.分</w:t>
        <w:br/>
        <w:t>【答案】A</w:t>
      </w:r>
    </w:p>
    <w:p>
      <w:r>
        <w:t>31. HTTP协议默认端口是</w:t>
        <w:br/>
        <w:t>A.8  B.0  C.|  D.4</w:t>
        <w:br/>
        <w:t>【答案】A  31. HTTP协议默认端口是</w:t>
        <w:br/>
        <w:t>A.8  B.0  C.|  D.4</w:t>
        <w:br/>
        <w:t>【答案】A</w:t>
      </w:r>
    </w:p>
    <w:p>
      <w:r>
        <w:t>32. 操作系统的主要功能不包括</w:t>
        <w:br/>
        <w:t>A.进  B.程  C.管  D.理</w:t>
        <w:br/>
        <w:t>【答案】D  32. 操作系统的主要功能不包括</w:t>
        <w:br/>
        <w:t>A.进  B.程  C.管  D.理</w:t>
        <w:br/>
        <w:t>【答案】D</w:t>
      </w:r>
    </w:p>
    <w:p>
      <w:r>
        <w:t>33. 计算机软件资格考试（软考）每年举行几次</w:t>
        <w:br/>
        <w:t>A.2  B.次  C.|  D.1</w:t>
        <w:br/>
        <w:t>【答案】A  33. 计算机软件资格考试（软考）每年举行几次</w:t>
        <w:br/>
        <w:t>A.2  B.次  C.|  D.1</w:t>
        <w:br/>
        <w:t>【答案】A</w:t>
      </w:r>
    </w:p>
    <w:p>
      <w:r>
        <w:t>34. 软考中级资格不包括</w:t>
        <w:br/>
        <w:t>A.软  B.件  C.设  D.计</w:t>
        <w:br/>
        <w:t>【答案】D  34. 软考中级资格不包括</w:t>
        <w:br/>
        <w:t>A.软  B.件  C.设  D.计</w:t>
        <w:br/>
        <w:t>【答案】D</w:t>
      </w:r>
    </w:p>
    <w:p>
      <w:r>
        <w:t>35. TCP/IP协议中负责可靠传输的是</w:t>
        <w:br/>
        <w:t>A.T  B.C  C.P  D.|</w:t>
        <w:br/>
        <w:t>【答案】A  35. TCP/IP协议中负责可靠传输的是</w:t>
        <w:br/>
        <w:t>A.T  B.C  C.P  D.|</w:t>
        <w:br/>
        <w:t>【答案】A</w:t>
      </w:r>
    </w:p>
    <w:p>
      <w:r>
        <w:t>36. 数据库的三级模式不包括</w:t>
        <w:br/>
        <w:t>A.外  B.模  C.式  D.|</w:t>
        <w:br/>
        <w:t>【答案】D  36. 数据库的三级模式不包括</w:t>
        <w:br/>
        <w:t>A.外  B.模  C.式  D.|</w:t>
        <w:br/>
        <w:t>【答案】D</w:t>
      </w:r>
    </w:p>
    <w:p>
      <w:r>
        <w:t>37. 二进制数1010对应的十进制数是</w:t>
        <w:br/>
        <w:t>A.1  B.0  C.|  D.8</w:t>
        <w:br/>
        <w:t>【答案】A  37. 二进制数1010对应的十进制数是</w:t>
        <w:br/>
        <w:t>A.1  B.0  C.|  D.8</w:t>
        <w:br/>
        <w:t>【答案】A</w:t>
      </w:r>
    </w:p>
    <w:p>
      <w:r>
        <w:t>38. 软件工程中，可行性研究属于哪个阶段</w:t>
        <w:br/>
        <w:t>A.计  B.划  C.|  D.分</w:t>
        <w:br/>
        <w:t>【答案】A  38. 软件工程中，可行性研究属于哪个阶段</w:t>
        <w:br/>
        <w:t>A.计  B.划  C.|  D.分</w:t>
        <w:br/>
        <w:t>【答案】A</w:t>
      </w:r>
    </w:p>
    <w:p>
      <w:r>
        <w:t>39. HTTP协议默认端口是</w:t>
        <w:br/>
        <w:t>A.8  B.0  C.|  D.4</w:t>
        <w:br/>
        <w:t>【答案】A  39. HTTP协议默认端口是</w:t>
        <w:br/>
        <w:t>A.8  B.0  C.|  D.4</w:t>
        <w:br/>
        <w:t>【答案】A</w:t>
      </w:r>
    </w:p>
    <w:p>
      <w:r>
        <w:t>40. 操作系统的主要功能不包括</w:t>
        <w:br/>
        <w:t>A.进  B.程  C.管  D.理</w:t>
        <w:br/>
        <w:t>【答案】D  40. 操作系统的主要功能不包括</w:t>
        <w:br/>
        <w:t>A.进  B.程  C.管  D.理</w:t>
        <w:br/>
        <w:t>【答案】D</w:t>
      </w:r>
    </w:p>
    <w:p>
      <w:r>
        <w:t>41. 计算机软件资格考试（软考）每年举行几次</w:t>
        <w:br/>
        <w:t>A.2  B.次  C.|  D.1</w:t>
        <w:br/>
        <w:t>【答案】A  41. 计算机软件资格考试（软考）每年举行几次</w:t>
        <w:br/>
        <w:t>A.2  B.次  C.|  D.1</w:t>
        <w:br/>
        <w:t>【答案】A</w:t>
      </w:r>
    </w:p>
    <w:p>
      <w:r>
        <w:t>42. 软考中级资格不包括</w:t>
        <w:br/>
        <w:t>A.软  B.件  C.设  D.计</w:t>
        <w:br/>
        <w:t>【答案】D  42. 软考中级资格不包括</w:t>
        <w:br/>
        <w:t>A.软  B.件  C.设  D.计</w:t>
        <w:br/>
        <w:t>【答案】D</w:t>
      </w:r>
    </w:p>
    <w:p>
      <w:r>
        <w:t>43. TCP/IP协议中负责可靠传输的是</w:t>
        <w:br/>
        <w:t>A.T  B.C  C.P  D.|</w:t>
        <w:br/>
        <w:t>【答案】A  43. TCP/IP协议中负责可靠传输的是</w:t>
        <w:br/>
        <w:t>A.T  B.C  C.P  D.|</w:t>
        <w:br/>
        <w:t>【答案】A</w:t>
      </w:r>
    </w:p>
    <w:p>
      <w:r>
        <w:t>44. 数据库的三级模式不包括</w:t>
        <w:br/>
        <w:t>A.外  B.模  C.式  D.|</w:t>
        <w:br/>
        <w:t>【答案】D  44. 数据库的三级模式不包括</w:t>
        <w:br/>
        <w:t>A.外  B.模  C.式  D.|</w:t>
        <w:br/>
        <w:t>【答案】D</w:t>
      </w:r>
    </w:p>
    <w:p>
      <w:r>
        <w:t>45. 二进制数1010对应的十进制数是</w:t>
        <w:br/>
        <w:t>A.1  B.0  C.|  D.8</w:t>
        <w:br/>
        <w:t>【答案】A  45. 二进制数1010对应的十进制数是</w:t>
        <w:br/>
        <w:t>A.1  B.0  C.|  D.8</w:t>
        <w:br/>
        <w:t>【答案】A</w:t>
      </w:r>
    </w:p>
    <w:p>
      <w:r>
        <w:t>46. 软件工程中，可行性研究属于哪个阶段</w:t>
        <w:br/>
        <w:t>A.计  B.划  C.|  D.分</w:t>
        <w:br/>
        <w:t>【答案】A  46. 软件工程中，可行性研究属于哪个阶段</w:t>
        <w:br/>
        <w:t>A.计  B.划  C.|  D.分</w:t>
        <w:br/>
        <w:t>【答案】A</w:t>
      </w:r>
    </w:p>
    <w:p>
      <w:r>
        <w:t>47. HTTP协议默认端口是</w:t>
        <w:br/>
        <w:t>A.8  B.0  C.|  D.4</w:t>
        <w:br/>
        <w:t>【答案】A  47. HTTP协议默认端口是</w:t>
        <w:br/>
        <w:t>A.8  B.0  C.|  D.4</w:t>
        <w:br/>
        <w:t>【答案】A</w:t>
      </w:r>
    </w:p>
    <w:p>
      <w:r>
        <w:t>48. 操作系统的主要功能不包括</w:t>
        <w:br/>
        <w:t>A.进  B.程  C.管  D.理</w:t>
        <w:br/>
        <w:t>【答案】D  48. 操作系统的主要功能不包括</w:t>
        <w:br/>
        <w:t>A.进  B.程  C.管  D.理</w:t>
        <w:br/>
        <w:t>【答案】D</w:t>
      </w:r>
    </w:p>
    <w:p>
      <w:r>
        <w:t>49. 计算机软件资格考试（软考）每年举行几次</w:t>
        <w:br/>
        <w:t>A.2  B.次  C.|  D.1</w:t>
        <w:br/>
        <w:t>【答案】A  49. 计算机软件资格考试（软考）每年举行几次</w:t>
        <w:br/>
        <w:t>A.2  B.次  C.|  D.1</w:t>
        <w:br/>
        <w:t>【答案】A</w:t>
      </w:r>
    </w:p>
    <w:p>
      <w:r>
        <w:t>50. 软考中级资格不包括</w:t>
        <w:br/>
        <w:t>A.软  B.件  C.设  D.计</w:t>
        <w:br/>
        <w:t>【答案】D  50. 软考中级资格不包括</w:t>
        <w:br/>
        <w:t>A.软  B.件  C.设  D.计</w:t>
        <w:br/>
        <w:t>【答案】D</w:t>
      </w:r>
    </w:p>
    <w:p>
      <w:r>
        <w:t>【二、多项选择题（每题2分，共40分）】</w:t>
      </w:r>
    </w:p>
    <w:p>
      <w:r>
        <w:t>51. 软考中级资格包括</w:t>
        <w:br/>
        <w:t>A.软  B.件  C.设  D.计</w:t>
        <w:br/>
        <w:t>【答案】ABCD  51. 软考中级资格包括</w:t>
        <w:br/>
        <w:t>A.软  B.件  C.设  D.计</w:t>
        <w:br/>
        <w:t>【答案】ABCD</w:t>
      </w:r>
    </w:p>
    <w:p>
      <w:r>
        <w:t>52. 计算机网络的拓扑结构包括</w:t>
        <w:br/>
        <w:t>A.总  B.线  C.型  D.|</w:t>
        <w:br/>
        <w:t>【答案】ABCD  52. 计算机网络的拓扑结构包括</w:t>
        <w:br/>
        <w:t>A.总  B.线  C.型  D.|</w:t>
        <w:br/>
        <w:t>【答案】ABCD</w:t>
      </w:r>
    </w:p>
    <w:p>
      <w:r>
        <w:t>53. 数据库的完整性约束包括</w:t>
        <w:br/>
        <w:t>A.实  B.体  C.完  D.整</w:t>
        <w:br/>
        <w:t>【答案】ABC  53. 数据库的完整性约束包括</w:t>
        <w:br/>
        <w:t>A.实  B.体  C.完  D.整</w:t>
        <w:br/>
        <w:t>【答案】ABC</w:t>
      </w:r>
    </w:p>
    <w:p>
      <w:r>
        <w:t>54. 软件测试的方法包括</w:t>
        <w:br/>
        <w:t>A.黑  B.盒  C.测  D.试</w:t>
        <w:br/>
        <w:t>【答案】AB  54. 软件测试的方法包括</w:t>
        <w:br/>
        <w:t>A.黑  B.盒  C.测  D.试</w:t>
        <w:br/>
        <w:t>【答案】AB</w:t>
      </w:r>
    </w:p>
    <w:p>
      <w:r>
        <w:t>55. 操作系统的主要特征包括</w:t>
        <w:br/>
        <w:t>A.并  B.发  C.|  D.共</w:t>
        <w:br/>
        <w:t>【答案】ABCD  55. 操作系统的主要特征包括</w:t>
        <w:br/>
        <w:t>A.并  B.发  C.|  D.共</w:t>
        <w:br/>
        <w:t>【答案】ABCD</w:t>
      </w:r>
    </w:p>
    <w:p>
      <w:r>
        <w:t>56. 网络安全的主要威胁包括</w:t>
        <w:br/>
        <w:t>A.病  B.毒  C.|  D.黑</w:t>
        <w:br/>
        <w:t>【答案】ABCD  56. 网络安全的主要威胁包括</w:t>
        <w:br/>
        <w:t>A.病  B.毒  C.|  D.黑</w:t>
        <w:br/>
        <w:t>【答案】ABCD</w:t>
      </w:r>
    </w:p>
    <w:p>
      <w:r>
        <w:t>57. 云计算的服务模式包括</w:t>
        <w:br/>
        <w:t>A.I  B.a  C.a  D.S</w:t>
        <w:br/>
        <w:t>【答案】ABC  57. 云计算的服务模式包括</w:t>
        <w:br/>
        <w:t>A.I  B.a  C.a  D.S</w:t>
        <w:br/>
        <w:t>【答案】ABC</w:t>
      </w:r>
    </w:p>
    <w:p>
      <w:r>
        <w:t>58. 软件生命周期包括</w:t>
        <w:br/>
        <w:t>A.需  B.求  C.分  D.析</w:t>
        <w:br/>
        <w:t>【答案】ABCD  58. 软件生命周期包括</w:t>
        <w:br/>
        <w:t>A.需  B.求  C.分  D.析</w:t>
        <w:br/>
        <w:t>【答案】ABCD</w:t>
      </w:r>
    </w:p>
    <w:p>
      <w:r>
        <w:t>59. 软考中级资格包括</w:t>
        <w:br/>
        <w:t>A.软  B.件  C.设  D.计</w:t>
        <w:br/>
        <w:t>【答案】ABCD  59. 软考中级资格包括</w:t>
        <w:br/>
        <w:t>A.软  B.件  C.设  D.计</w:t>
        <w:br/>
        <w:t>【答案】ABCD</w:t>
      </w:r>
    </w:p>
    <w:p>
      <w:r>
        <w:t>60. 计算机网络的拓扑结构包括</w:t>
        <w:br/>
        <w:t>A.总  B.线  C.型  D.|</w:t>
        <w:br/>
        <w:t>【答案】ABCD  60. 计算机网络的拓扑结构包括</w:t>
        <w:br/>
        <w:t>A.总  B.线  C.型  D.|</w:t>
        <w:br/>
        <w:t>【答案】ABCD</w:t>
      </w:r>
    </w:p>
    <w:p>
      <w:r>
        <w:t>61. 数据库的完整性约束包括</w:t>
        <w:br/>
        <w:t>A.实  B.体  C.完  D.整</w:t>
        <w:br/>
        <w:t>【答案】ABC  61. 数据库的完整性约束包括</w:t>
        <w:br/>
        <w:t>A.实  B.体  C.完  D.整</w:t>
        <w:br/>
        <w:t>【答案】ABC</w:t>
      </w:r>
    </w:p>
    <w:p>
      <w:r>
        <w:t>62. 软件测试的方法包括</w:t>
        <w:br/>
        <w:t>A.黑  B.盒  C.测  D.试</w:t>
        <w:br/>
        <w:t>【答案】AB  62. 软件测试的方法包括</w:t>
        <w:br/>
        <w:t>A.黑  B.盒  C.测  D.试</w:t>
        <w:br/>
        <w:t>【答案】AB</w:t>
      </w:r>
    </w:p>
    <w:p>
      <w:r>
        <w:t>63. 操作系统的主要特征包括</w:t>
        <w:br/>
        <w:t>A.并  B.发  C.|  D.共</w:t>
        <w:br/>
        <w:t>【答案】ABCD  63. 操作系统的主要特征包括</w:t>
        <w:br/>
        <w:t>A.并  B.发  C.|  D.共</w:t>
        <w:br/>
        <w:t>【答案】ABCD</w:t>
      </w:r>
    </w:p>
    <w:p>
      <w:r>
        <w:t>64. 网络安全的主要威胁包括</w:t>
        <w:br/>
        <w:t>A.病  B.毒  C.|  D.黑</w:t>
        <w:br/>
        <w:t>【答案】ABCD  64. 网络安全的主要威胁包括</w:t>
        <w:br/>
        <w:t>A.病  B.毒  C.|  D.黑</w:t>
        <w:br/>
        <w:t>【答案】ABCD</w:t>
      </w:r>
    </w:p>
    <w:p>
      <w:r>
        <w:t>65. 云计算的服务模式包括</w:t>
        <w:br/>
        <w:t>A.I  B.a  C.a  D.S</w:t>
        <w:br/>
        <w:t>【答案】ABC  65. 云计算的服务模式包括</w:t>
        <w:br/>
        <w:t>A.I  B.a  C.a  D.S</w:t>
        <w:br/>
        <w:t>【答案】ABC</w:t>
      </w:r>
    </w:p>
    <w:p>
      <w:r>
        <w:t>66. 软件生命周期包括</w:t>
        <w:br/>
        <w:t>A.需  B.求  C.分  D.析</w:t>
        <w:br/>
        <w:t>【答案】ABCD  66. 软件生命周期包括</w:t>
        <w:br/>
        <w:t>A.需  B.求  C.分  D.析</w:t>
        <w:br/>
        <w:t>【答案】ABCD</w:t>
      </w:r>
    </w:p>
    <w:p>
      <w:r>
        <w:t>67. 软考中级资格包括</w:t>
        <w:br/>
        <w:t>A.软  B.件  C.设  D.计</w:t>
        <w:br/>
        <w:t>【答案】ABCD  67. 软考中级资格包括</w:t>
        <w:br/>
        <w:t>A.软  B.件  C.设  D.计</w:t>
        <w:br/>
        <w:t>【答案】ABCD</w:t>
      </w:r>
    </w:p>
    <w:p>
      <w:r>
        <w:t>68. 计算机网络的拓扑结构包括</w:t>
        <w:br/>
        <w:t>A.总  B.线  C.型  D.|</w:t>
        <w:br/>
        <w:t>【答案】ABCD  68. 计算机网络的拓扑结构包括</w:t>
        <w:br/>
        <w:t>A.总  B.线  C.型  D.|</w:t>
        <w:br/>
        <w:t>【答案】ABCD</w:t>
      </w:r>
    </w:p>
    <w:p>
      <w:r>
        <w:t>69. 数据库的完整性约束包括</w:t>
        <w:br/>
        <w:t>A.实  B.体  C.完  D.整</w:t>
        <w:br/>
        <w:t>【答案】ABC  69. 数据库的完整性约束包括</w:t>
        <w:br/>
        <w:t>A.实  B.体  C.完  D.整</w:t>
        <w:br/>
        <w:t>【答案】ABC</w:t>
      </w:r>
    </w:p>
    <w:p>
      <w:r>
        <w:t>70. 软件测试的方法包括</w:t>
        <w:br/>
        <w:t>A.黑  B.盒  C.测  D.试</w:t>
        <w:br/>
        <w:t>【答案】AB  70. 软件测试的方法包括</w:t>
        <w:br/>
        <w:t>A.黑  B.盒  C.测  D.试</w:t>
        <w:br/>
        <w:t>【答案】AB</w:t>
      </w:r>
    </w:p>
    <w:p>
      <w:r>
        <w:t>【三、判断题（每题1分，共20分）】</w:t>
      </w:r>
    </w:p>
    <w:p>
      <w:r>
        <w:t>71. 软考证书全国有效  71. 软考证书全国有效。（对/错）</w:t>
        <w:br/>
        <w:t>【答案】对</w:t>
      </w:r>
    </w:p>
    <w:p>
      <w:r>
        <w:t>72. IP地址分为A到E五类  72. IP地址分为A到E五类。（对/错）</w:t>
        <w:br/>
        <w:t>【答案】对</w:t>
      </w:r>
    </w:p>
    <w:p>
      <w:r>
        <w:t>73. 防火墙可以完全阻止所有网络攻击  73. 防火墙可以完全阻止所有网络攻击。（对/错）</w:t>
        <w:br/>
        <w:t>【答案】错</w:t>
      </w:r>
    </w:p>
    <w:p>
      <w:r>
        <w:t>74. SQL语言可以用来操作数据库  74. SQL语言可以用来操作数据库。（对/错）</w:t>
        <w:br/>
        <w:t>【答案】对</w:t>
      </w:r>
    </w:p>
    <w:p>
      <w:r>
        <w:t>75. 软件测试中发现缺陷越多，说明软件质量越差  75. 软件测试中发现缺陷越多，说明软件质量越差。（对/错）</w:t>
        <w:br/>
        <w:t>【答案】错</w:t>
      </w:r>
    </w:p>
    <w:p>
      <w:r>
        <w:t>76. 面向对象的核心特征是封装、继承和多态  76. 面向对象的核心特征是封装、继承和多态。（对/错）</w:t>
        <w:br/>
        <w:t>【答案】对</w:t>
      </w:r>
    </w:p>
    <w:p>
      <w:r>
        <w:t>77. HTTP是加密协议  77. HTTP是加密协议。（对/错）</w:t>
        <w:br/>
        <w:t>【答案】错</w:t>
      </w:r>
    </w:p>
    <w:p>
      <w:r>
        <w:t>78. 云存储的数据永远安全  78. 云存储的数据永远安全。（对/错）</w:t>
        <w:br/>
        <w:t>【答案】错</w:t>
      </w:r>
    </w:p>
    <w:p>
      <w:r>
        <w:t>79. 软考证书全国有效  79. 软考证书全国有效。（对/错）</w:t>
        <w:br/>
        <w:t>【答案】对</w:t>
      </w:r>
    </w:p>
    <w:p>
      <w:r>
        <w:t>80. IP地址分为A到E五类  80. IP地址分为A到E五类。（对/错）</w:t>
        <w:br/>
        <w:t>【答案】对</w:t>
      </w:r>
    </w:p>
    <w:p>
      <w:r>
        <w:t>81. 防火墙可以完全阻止所有网络攻击  81. 防火墙可以完全阻止所有网络攻击。（对/错）</w:t>
        <w:br/>
        <w:t>【答案】错</w:t>
      </w:r>
    </w:p>
    <w:p>
      <w:r>
        <w:t>82. SQL语言可以用来操作数据库  82. SQL语言可以用来操作数据库。（对/错）</w:t>
        <w:br/>
        <w:t>【答案】对</w:t>
      </w:r>
    </w:p>
    <w:p>
      <w:r>
        <w:t>83. 软件测试中发现缺陷越多，说明软件质量越差  83. 软件测试中发现缺陷越多，说明软件质量越差。（对/错）</w:t>
        <w:br/>
        <w:t>【答案】错</w:t>
      </w:r>
    </w:p>
    <w:p>
      <w:r>
        <w:t>84. 面向对象的核心特征是封装、继承和多态  84. 面向对象的核心特征是封装、继承和多态。（对/错）</w:t>
        <w:br/>
        <w:t>【答案】对</w:t>
      </w:r>
    </w:p>
    <w:p>
      <w:r>
        <w:t>85. HTTP是加密协议  85. HTTP是加密协议。（对/错）</w:t>
        <w:br/>
        <w:t>【答案】错</w:t>
      </w:r>
    </w:p>
    <w:p>
      <w:r>
        <w:t>86. 云存储的数据永远安全  86. 云存储的数据永远安全。（对/错）</w:t>
        <w:br/>
        <w:t>【答案】错</w:t>
      </w:r>
    </w:p>
    <w:p>
      <w:r>
        <w:t>87. 软考证书全国有效  87. 软考证书全国有效。（对/错）</w:t>
        <w:br/>
        <w:t>【答案】对</w:t>
      </w:r>
    </w:p>
    <w:p>
      <w:r>
        <w:t>88. IP地址分为A到E五类  88. IP地址分为A到E五类。（对/错）</w:t>
        <w:br/>
        <w:t>【答案】对</w:t>
      </w:r>
    </w:p>
    <w:p>
      <w:r>
        <w:t>89. 防火墙可以完全阻止所有网络攻击  89. 防火墙可以完全阻止所有网络攻击。（对/错）</w:t>
        <w:br/>
        <w:t>【答案】错</w:t>
      </w:r>
    </w:p>
    <w:p>
      <w:r>
        <w:t>90. SQL语言可以用来操作数据库  90. SQL语言可以用来操作数据库。（对/错）</w:t>
        <w:br/>
        <w:t>【答案】对</w:t>
      </w:r>
    </w:p>
    <w:p>
      <w:r>
        <w:t>【四、简答题（每题3分，共30分）】</w:t>
      </w:r>
    </w:p>
    <w:p>
      <w:r>
        <w:t>91. 简述数据库事务的ACID特性  91. 简述数据库事务的ACID特性。</w:t>
        <w:br/>
        <w:t>【答案】原子性、一致性、隔离性、持久性</w:t>
      </w:r>
    </w:p>
    <w:p>
      <w:r>
        <w:t>92. 简述软件测试的目的  92. 简述软件测试的目的。</w:t>
        <w:br/>
        <w:t>【答案】发现缺陷、验证功能、保证质量、降低风险</w:t>
      </w:r>
    </w:p>
    <w:p>
      <w:r>
        <w:t>93. 什么是面向对象？</w:t>
        <w:br/>
        <w:t>【答案】以对象为核心，通过封装、继承、多态组织系统的开发方法  93. 什么是面向对象？</w:t>
        <w:br/>
        <w:t>【答案】以对象为核心，通过封装、继承、多态组织系统的开发方法</w:t>
      </w:r>
    </w:p>
    <w:p>
      <w:r>
        <w:t>94. 简述计算机网络分层结构的意义  94. 简述计算机网络分层结构的意义。</w:t>
        <w:br/>
        <w:t>【答案】职责清晰、独立设计、便于维护、促进标准化</w:t>
      </w:r>
    </w:p>
    <w:p>
      <w:r>
        <w:t>95. 简述数据库事务的ACID特性  95. 简述数据库事务的ACID特性。</w:t>
        <w:br/>
        <w:t>【答案】原子性、一致性、隔离性、持久性</w:t>
      </w:r>
    </w:p>
    <w:p>
      <w:r>
        <w:t>96. 简述软件测试的目的  96. 简述软件测试的目的。</w:t>
        <w:br/>
        <w:t>【答案】发现缺陷、验证功能、保证质量、降低风险</w:t>
      </w:r>
    </w:p>
    <w:p>
      <w:r>
        <w:t>97. 什么是面向对象？</w:t>
        <w:br/>
        <w:t>【答案】以对象为核心，通过封装、继承、多态组织系统的开发方法  97. 什么是面向对象？</w:t>
        <w:br/>
        <w:t>【答案】以对象为核心，通过封装、继承、多态组织系统的开发方法</w:t>
      </w:r>
    </w:p>
    <w:p>
      <w:r>
        <w:t>98. 简述计算机网络分层结构的意义  98. 简述计算机网络分层结构的意义。</w:t>
        <w:br/>
        <w:t>【答案】职责清晰、独立设计、便于维护、促进标准化</w:t>
      </w:r>
    </w:p>
    <w:p>
      <w:r>
        <w:t>99. 简述数据库事务的ACID特性  99. 简述数据库事务的ACID特性。</w:t>
        <w:br/>
        <w:t>【答案】原子性、一致性、隔离性、持久性</w:t>
      </w:r>
    </w:p>
    <w:p>
      <w:r>
        <w:t>100. 简述软件测试的目的  100. 简述软件测试的目的。</w:t>
        <w:br/>
        <w:t>【答案】发现缺陷、验证功能、保证质量、降低风险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