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入党申请书范文（通用模板）</w:t>
      </w:r>
    </w:p>
    <w:p>
      <w:pPr>
        <w:jc w:val="center"/>
      </w:pPr>
      <w:r>
        <w:t>（范文模板，可直接参考使用）</w:t>
      </w:r>
    </w:p>
    <w:p/>
    <w:p>
      <w:r>
        <w:t>入党申请书</w:t>
      </w:r>
    </w:p>
    <w:p>
      <w:r>
        <w:t>敬爱的党组织：</w:t>
      </w:r>
    </w:p>
    <w:p>
      <w:r>
        <w:t>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我叫XXX，是XX单位（学校、公司）的一名XX（职业/职务）。在我成长的过程中，我切身感受到了中国共产党为人民谋幸福、为民族谋复兴的初心使命。从脱贫攻坚到乡村振兴，从疫情防控到抗洪救灾，无数共产党员冲锋在前、无私奉献的身影，深深打动了我，也让我坚定了加入中国共产党的决心。</w:t>
      </w:r>
    </w:p>
    <w:p>
      <w:r>
        <w:t>在思想上，我积极向党组织靠拢，认真学习马克思列宁主义、毛泽东思想、邓小平理论、三个代表重要思想、科学发展观以及习近平新时代中国特色社会主义思想，通过理论学习不断提高自己的政治觉悟和思想认识，坚定共产主义理想信念。</w:t>
      </w:r>
    </w:p>
    <w:p>
      <w:r>
        <w:t>在工作（学习）中，我立足本职岗位，踏实肯干，认真负责。近一年来，我参与了XX工作（项目），取得了XX成绩（成果）；在XX方面表现突出，得到领导和同事（老师同学）的认可。我深知自己还有许多不足，比如理论学习的系统性还不够、处理复杂问题的能力还需要提高等，但我有信心通过不断学习和实践去改进。</w:t>
      </w:r>
    </w:p>
    <w:p>
      <w:r>
        <w:t>在日常生活中，我严格要求自己，遵守国家法律法规和社会公德，团结同事同学，乐于助人，积极传播正能量，努力做到言行一致、表里如一。</w:t>
      </w:r>
    </w:p>
    <w:p>
      <w:r>
        <w:t>如果党组织批准我的申请，我将更加严格地要求自己，自觉接受党组织的培养和监督，努力发挥先锋模范作用，以实际行动为党和人民的事业贡献力量。如果这次没有被批准，我也不会气馁，将认真查找自身不足，继续努力创造条件，争取早日加入党组织。</w:t>
      </w:r>
    </w:p>
    <w:p>
      <w:r>
        <w:t>恳请党组织在实践中考验我！</w:t>
      </w:r>
    </w:p>
    <w:p>
      <w:r>
        <w:t>此致</w:t>
        <w:br/>
        <w:t>敬礼！</w:t>
      </w:r>
    </w:p>
    <w:p>
      <w:r>
        <w:t>申请人：XXX</w:t>
        <w:br/>
        <w:t>202X年X月X日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