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入党申请书怎么写？格式要求+范文（通用版）</w:t>
      </w:r>
    </w:p>
    <w:p>
      <w:r>
        <w:t>入党申请书怎么写？格式要求+范文（通用版）</w:t>
      </w:r>
    </w:p>
    <w:p>
      <w:r>
        <w:t>敬爱的党组织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r>
        <w:t>中国共产党是中国工人阶级的先锋队，同时是中国人民和中华民族的先锋队。党自成立以来，始终把为人民服务作为根本宗旨，领导中国人民取得了革命、建设、改革的伟大成就。</w:t>
      </w:r>
    </w:p>
    <w:p>
      <w:r>
        <w:t>在成长过程中，我通过学习和实践，深刻认识到党的先进性和伟大。我身边许多党员同志在各自岗位上默默奉献、冲锋在前，他们的行动感染了我，坚定了我入党的决心。</w:t>
      </w:r>
    </w:p>
    <w:p>
      <w:r>
        <w:t>我深知自身还有不少差距：政治理论水平有待提高，工作中有时创新不足，批评与自我批评不够深入。我将在党组织的培养下，努力学习党的理论，严格要求自己，不断提升党性修养。</w:t>
      </w:r>
    </w:p>
    <w:p>
      <w:r>
        <w:t>如果党组织批准我入党，我将以党员标准严格要求自己，充分发挥先锋模范作用；如果暂时未被批准，我也绝不气馁，将继续努力，争取早日加入党组织。</w:t>
      </w:r>
    </w:p>
    <w:p>
      <w:r>
        <w:t>请党组织在实践中考验我！此致 敬礼！申请人：XXX 2026年10月X日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