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小学三年级数学下册期末测试卷（100题完整版）</w:t>
      </w:r>
    </w:p>
    <w:p>
      <w:r>
        <w:t>满分100分，时间70分钟。本卷为完整版，共100题，含计算、选择、填空、判断、应用题，覆盖除数是一位数除法、两位数乘两位数、面积、年月日、小数的初步认识等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计算：-22 - 6 = ?</w:t>
      </w:r>
      <w:r>
        <w:br/>
        <w:t xml:space="preserve">    A. -33</w:t>
      </w:r>
      <w:r>
        <w:br/>
        <w:t xml:space="preserve">    B. -28</w:t>
      </w:r>
      <w:r>
        <w:br/>
        <w:t xml:space="preserve">    C. -26</w:t>
      </w:r>
      <w:r>
        <w:br/>
        <w:t xml:space="preserve">    D. -19</w:t>
      </w:r>
      <w:r>
        <w:br/>
        <w:t>【答案】B　【解析】按有理数运算法则计算，结果为-28。</w:t>
      </w:r>
    </w:p>
    <w:p>
      <w:r>
        <w:t>2. 计算：-72 ÷ 8 = ?</w:t>
      </w:r>
      <w:r>
        <w:br/>
        <w:t xml:space="preserve">    A. -10</w:t>
      </w:r>
      <w:r>
        <w:br/>
        <w:t xml:space="preserve">    B. -9</w:t>
      </w:r>
      <w:r>
        <w:br/>
        <w:t xml:space="preserve">    C. -8</w:t>
      </w:r>
      <w:r>
        <w:br/>
        <w:t xml:space="preserve">    D. -7</w:t>
      </w:r>
      <w:r>
        <w:br/>
        <w:t>【答案】B　【解析】按有理数运算法则计算，结果为-9。</w:t>
      </w:r>
    </w:p>
    <w:p>
      <w:r>
        <w:t>3. 计算：-17 - 1 = ?</w:t>
      </w:r>
      <w:r>
        <w:br/>
        <w:t xml:space="preserve">    A. -21</w:t>
      </w:r>
      <w:r>
        <w:br/>
        <w:t xml:space="preserve">    B. -18</w:t>
      </w:r>
      <w:r>
        <w:br/>
        <w:t xml:space="preserve">    C. -10</w:t>
      </w:r>
      <w:r>
        <w:br/>
        <w:t xml:space="preserve">    D. -7</w:t>
      </w:r>
      <w:r>
        <w:br/>
        <w:t>【答案】B　【解析】按有理数运算法则计算，结果为-18。</w:t>
      </w:r>
    </w:p>
    <w:p>
      <w:r>
        <w:t>4. 计算：18 - 9 = ?</w:t>
      </w:r>
      <w:r>
        <w:br/>
        <w:t xml:space="preserve">    A. 4</w:t>
      </w:r>
      <w:r>
        <w:br/>
        <w:t xml:space="preserve">    B. 7</w:t>
      </w:r>
      <w:r>
        <w:br/>
        <w:t xml:space="preserve">    C. 9</w:t>
      </w:r>
      <w:r>
        <w:br/>
        <w:t xml:space="preserve">    D. 18</w:t>
      </w:r>
      <w:r>
        <w:br/>
        <w:t>【答案】C　【解析】按有理数运算法则计算，结果为9。</w:t>
      </w:r>
    </w:p>
    <w:p>
      <w:r>
        <w:t>5. 计算：-504 ÷ 18 = ?</w:t>
      </w:r>
      <w:r>
        <w:br/>
        <w:t xml:space="preserve">    A. -35</w:t>
      </w:r>
      <w:r>
        <w:br/>
        <w:t xml:space="preserve">    B. -30</w:t>
      </w:r>
      <w:r>
        <w:br/>
        <w:t xml:space="preserve">    C. -28</w:t>
      </w:r>
      <w:r>
        <w:br/>
        <w:t xml:space="preserve">    D. -19</w:t>
      </w:r>
      <w:r>
        <w:br/>
        <w:t>【答案】C　【解析】按有理数运算法则计算，结果为-28。</w:t>
      </w:r>
    </w:p>
    <w:p>
      <w:r>
        <w:t>6. 计算：-16 + 14 = ?</w:t>
      </w:r>
      <w:r>
        <w:br/>
        <w:t xml:space="preserve">    A. -6</w:t>
      </w:r>
      <w:r>
        <w:br/>
        <w:t xml:space="preserve">    B. -2</w:t>
      </w:r>
      <w:r>
        <w:br/>
        <w:t xml:space="preserve">    C. 3</w:t>
      </w:r>
      <w:r>
        <w:br/>
        <w:t xml:space="preserve">    D. 5</w:t>
      </w:r>
      <w:r>
        <w:br/>
        <w:t>【答案】B　【解析】按有理数运算法则计算，结果为-2。</w:t>
      </w:r>
    </w:p>
    <w:p>
      <w:r>
        <w:t>7. 计算：60 ÷ 12 = ?</w:t>
      </w:r>
      <w:r>
        <w:br/>
        <w:t xml:space="preserve">    A. -4</w:t>
      </w:r>
      <w:r>
        <w:br/>
        <w:t xml:space="preserve">    B. 0</w:t>
      </w:r>
      <w:r>
        <w:br/>
        <w:t xml:space="preserve">    C. 5</w:t>
      </w:r>
      <w:r>
        <w:br/>
        <w:t xml:space="preserve">    D. 15</w:t>
      </w:r>
      <w:r>
        <w:br/>
        <w:t>【答案】C　【解析】按有理数运算法则计算，结果为5。</w:t>
      </w:r>
    </w:p>
    <w:p>
      <w:r>
        <w:t>8. 计算：-325 ÷ 13 = ?</w:t>
      </w:r>
      <w:r>
        <w:br/>
        <w:t xml:space="preserve">    A. -33</w:t>
      </w:r>
      <w:r>
        <w:br/>
        <w:t xml:space="preserve">    B. -28</w:t>
      </w:r>
      <w:r>
        <w:br/>
        <w:t xml:space="preserve">    C. -25</w:t>
      </w:r>
      <w:r>
        <w:br/>
        <w:t xml:space="preserve">    D. -19</w:t>
      </w:r>
      <w:r>
        <w:br/>
        <w:t>【答案】C　【解析】按有理数运算法则计算，结果为-25。</w:t>
      </w:r>
    </w:p>
    <w:p>
      <w:r>
        <w:t>9. 计算：-9 - 19 = ?</w:t>
      </w:r>
      <w:r>
        <w:br/>
        <w:t xml:space="preserve">    A. -32</w:t>
      </w:r>
      <w:r>
        <w:br/>
        <w:t xml:space="preserve">    B. -31</w:t>
      </w:r>
      <w:r>
        <w:br/>
        <w:t xml:space="preserve">    C. -28</w:t>
      </w:r>
      <w:r>
        <w:br/>
        <w:t xml:space="preserve">    D. -25</w:t>
      </w:r>
      <w:r>
        <w:br/>
        <w:t>【答案】C　【解析】按有理数运算法则计算，结果为-28。</w:t>
      </w:r>
    </w:p>
    <w:p>
      <w:r>
        <w:t>10. 计算：380 ÷ 20 = ?</w:t>
      </w:r>
      <w:r>
        <w:br/>
        <w:t xml:space="preserve">    A. 18</w:t>
      </w:r>
      <w:r>
        <w:br/>
        <w:t xml:space="preserve">    B. 19</w:t>
      </w:r>
      <w:r>
        <w:br/>
        <w:t xml:space="preserve">    C. 20</w:t>
      </w:r>
      <w:r>
        <w:br/>
        <w:t xml:space="preserve">    D. 21</w:t>
      </w:r>
      <w:r>
        <w:br/>
        <w:t>【答案】B　【解析】按有理数运算法则计算，结果为19。</w:t>
      </w:r>
    </w:p>
    <w:p>
      <w:r>
        <w:t>11. 计算：-338 ÷ 13 = ?</w:t>
      </w:r>
      <w:r>
        <w:br/>
        <w:t xml:space="preserve">    A. -33</w:t>
      </w:r>
      <w:r>
        <w:br/>
        <w:t xml:space="preserve">    B. -26</w:t>
      </w:r>
      <w:r>
        <w:br/>
        <w:t xml:space="preserve">    C. -22</w:t>
      </w:r>
      <w:r>
        <w:br/>
        <w:t xml:space="preserve">    D. -14</w:t>
      </w:r>
      <w:r>
        <w:br/>
        <w:t>【答案】B　【解析】按有理数运算法则计算，结果为-26。</w:t>
      </w:r>
    </w:p>
    <w:p>
      <w:r>
        <w:t>12. 计算：330 ÷ 11 = ?</w:t>
      </w:r>
      <w:r>
        <w:br/>
        <w:t xml:space="preserve">    A. 27</w:t>
      </w:r>
      <w:r>
        <w:br/>
        <w:t xml:space="preserve">    B. 30</w:t>
      </w:r>
      <w:r>
        <w:br/>
        <w:t xml:space="preserve">    C. 35</w:t>
      </w:r>
      <w:r>
        <w:br/>
        <w:t xml:space="preserve">    D. 39</w:t>
      </w:r>
      <w:r>
        <w:br/>
        <w:t>【答案】B　【解析】按有理数运算法则计算，结果为30。</w:t>
      </w:r>
    </w:p>
    <w:p>
      <w:r>
        <w:t>13. 计算：20 + 9 = ?</w:t>
      </w:r>
      <w:r>
        <w:br/>
        <w:t xml:space="preserve">    A. 25</w:t>
      </w:r>
      <w:r>
        <w:br/>
        <w:t xml:space="preserve">    B. 28</w:t>
      </w:r>
      <w:r>
        <w:br/>
        <w:t xml:space="preserve">    C. 29</w:t>
      </w:r>
      <w:r>
        <w:br/>
        <w:t xml:space="preserve">    D. 41</w:t>
      </w:r>
      <w:r>
        <w:br/>
        <w:t>【答案】C　【解析】按有理数运算法则计算，结果为29。</w:t>
      </w:r>
    </w:p>
    <w:p>
      <w:r>
        <w:t>14. 计算：9 × 12 = ?</w:t>
      </w:r>
      <w:r>
        <w:br/>
        <w:t xml:space="preserve">    A. 99</w:t>
      </w:r>
      <w:r>
        <w:br/>
        <w:t xml:space="preserve">    B. 105</w:t>
      </w:r>
      <w:r>
        <w:br/>
        <w:t xml:space="preserve">    C. 108</w:t>
      </w:r>
      <w:r>
        <w:br/>
        <w:t xml:space="preserve">    D. 111</w:t>
      </w:r>
      <w:r>
        <w:br/>
        <w:t>【答案】C　【解析】按有理数运算法则计算，结果为108。</w:t>
      </w:r>
    </w:p>
    <w:p>
      <w:r>
        <w:t>15. 计算：-10 - 2 = ?</w:t>
      </w:r>
      <w:r>
        <w:br/>
        <w:t xml:space="preserve">    A. -21</w:t>
      </w:r>
      <w:r>
        <w:br/>
        <w:t xml:space="preserve">    B. -15</w:t>
      </w:r>
      <w:r>
        <w:br/>
        <w:t xml:space="preserve">    C. -12</w:t>
      </w:r>
      <w:r>
        <w:br/>
        <w:t xml:space="preserve">    D. -1</w:t>
      </w:r>
      <w:r>
        <w:br/>
        <w:t>【答案】C　【解析】按有理数运算法则计算，结果为-12。</w:t>
      </w:r>
    </w:p>
    <w:p>
      <w:r>
        <w:t>16. 计算：-13 - 15 = ?</w:t>
      </w:r>
      <w:r>
        <w:br/>
        <w:t xml:space="preserve">    A. -32</w:t>
      </w:r>
      <w:r>
        <w:br/>
        <w:t xml:space="preserve">    B. -28</w:t>
      </w:r>
      <w:r>
        <w:br/>
        <w:t xml:space="preserve">    C. -24</w:t>
      </w:r>
      <w:r>
        <w:br/>
        <w:t xml:space="preserve">    D. -23</w:t>
      </w:r>
      <w:r>
        <w:br/>
        <w:t>【答案】B　【解析】按有理数运算法则计算，结果为-28。</w:t>
      </w:r>
    </w:p>
    <w:p>
      <w:r>
        <w:t>17. 计算：-18 - 13 = ?</w:t>
      </w:r>
      <w:r>
        <w:br/>
        <w:t xml:space="preserve">    A. -36</w:t>
      </w:r>
      <w:r>
        <w:br/>
        <w:t xml:space="preserve">    B. -35</w:t>
      </w:r>
      <w:r>
        <w:br/>
        <w:t xml:space="preserve">    C. -31</w:t>
      </w:r>
      <w:r>
        <w:br/>
        <w:t xml:space="preserve">    D. -25</w:t>
      </w:r>
      <w:r>
        <w:br/>
        <w:t>【答案】C　【解析】按有理数运算法则计算，结果为-31。</w:t>
      </w:r>
    </w:p>
    <w:p>
      <w:r>
        <w:t>18. 计算：24 × 19 = ?</w:t>
      </w:r>
      <w:r>
        <w:br/>
        <w:t xml:space="preserve">    A. 455</w:t>
      </w:r>
      <w:r>
        <w:br/>
        <w:t xml:space="preserve">    B. 456</w:t>
      </w:r>
      <w:r>
        <w:br/>
        <w:t xml:space="preserve">    C. 457</w:t>
      </w:r>
      <w:r>
        <w:br/>
        <w:t xml:space="preserve">    D. 458</w:t>
      </w:r>
      <w:r>
        <w:br/>
        <w:t>【答案】B　【解析】按有理数运算法则计算，结果为456。</w:t>
      </w:r>
    </w:p>
    <w:p>
      <w:r>
        <w:t>19. 计算：27 - 11 = ?</w:t>
      </w:r>
      <w:r>
        <w:br/>
        <w:t xml:space="preserve">    A. 14</w:t>
      </w:r>
      <w:r>
        <w:br/>
        <w:t xml:space="preserve">    B. 16</w:t>
      </w:r>
      <w:r>
        <w:br/>
        <w:t xml:space="preserve">    C. 17</w:t>
      </w:r>
      <w:r>
        <w:br/>
        <w:t xml:space="preserve">    D. 19</w:t>
      </w:r>
      <w:r>
        <w:br/>
        <w:t>【答案】B　【解析】按有理数运算法则计算，结果为16。</w:t>
      </w:r>
    </w:p>
    <w:p>
      <w:r>
        <w:t>20. 计算：-21 + 14 = ?</w:t>
      </w:r>
      <w:r>
        <w:br/>
        <w:t xml:space="preserve">    A. -9</w:t>
      </w:r>
      <w:r>
        <w:br/>
        <w:t xml:space="preserve">    B. -7</w:t>
      </w:r>
      <w:r>
        <w:br/>
        <w:t xml:space="preserve">    C. 0</w:t>
      </w:r>
      <w:r>
        <w:br/>
        <w:t xml:space="preserve">    D. 3</w:t>
      </w:r>
      <w:r>
        <w:br/>
        <w:t>【答案】B　【解析】按有理数运算法则计算，结果为-7。</w:t>
      </w:r>
    </w:p>
    <w:p>
      <w:r>
        <w:t>21. 计算：-308 ÷ 11 = ?</w:t>
      </w:r>
      <w:r>
        <w:br/>
        <w:t xml:space="preserve">    A. -34</w:t>
      </w:r>
      <w:r>
        <w:br/>
        <w:t xml:space="preserve">    B. -32</w:t>
      </w:r>
      <w:r>
        <w:br/>
        <w:t xml:space="preserve">    C. -28</w:t>
      </w:r>
      <w:r>
        <w:br/>
        <w:t xml:space="preserve">    D. -22</w:t>
      </w:r>
      <w:r>
        <w:br/>
        <w:t>【答案】C　【解析】按有理数运算法则计算，结果为-28。</w:t>
      </w:r>
    </w:p>
    <w:p>
      <w:r>
        <w:t>22. 计算：-10 - 18 = ?</w:t>
      </w:r>
      <w:r>
        <w:br/>
        <w:t xml:space="preserve">    A. -34</w:t>
      </w:r>
      <w:r>
        <w:br/>
        <w:t xml:space="preserve">    B. -30</w:t>
      </w:r>
      <w:r>
        <w:br/>
        <w:t xml:space="preserve">    C. -28</w:t>
      </w:r>
      <w:r>
        <w:br/>
        <w:t xml:space="preserve">    D. -18</w:t>
      </w:r>
      <w:r>
        <w:br/>
        <w:t>【答案】C　【解析】按有理数运算法则计算，结果为-28。</w:t>
      </w:r>
    </w:p>
    <w:p>
      <w:r>
        <w:t>23. 计算：-17 + 13 = ?</w:t>
      </w:r>
      <w:r>
        <w:br/>
        <w:t xml:space="preserve">    A. -6</w:t>
      </w:r>
      <w:r>
        <w:br/>
        <w:t xml:space="preserve">    B. -4</w:t>
      </w:r>
      <w:r>
        <w:br/>
        <w:t xml:space="preserve">    C. -3</w:t>
      </w:r>
      <w:r>
        <w:br/>
        <w:t xml:space="preserve">    D. 7</w:t>
      </w:r>
      <w:r>
        <w:br/>
        <w:t>【答案】B　【解析】按有理数运算法则计算，结果为-4。</w:t>
      </w:r>
    </w:p>
    <w:p>
      <w:r>
        <w:t>24. 计算：7 + 20 = ?</w:t>
      </w:r>
      <w:r>
        <w:br/>
        <w:t xml:space="preserve">    A. 18</w:t>
      </w:r>
      <w:r>
        <w:br/>
        <w:t xml:space="preserve">    B. 26</w:t>
      </w:r>
      <w:r>
        <w:br/>
        <w:t xml:space="preserve">    C. 27</w:t>
      </w:r>
      <w:r>
        <w:br/>
        <w:t xml:space="preserve">    D. 35</w:t>
      </w:r>
      <w:r>
        <w:br/>
        <w:t>【答案】C　【解析】按有理数运算法则计算，结果为27。</w:t>
      </w:r>
    </w:p>
    <w:p>
      <w:r>
        <w:t>25. 计算：100 ÷ 20 = ?</w:t>
      </w:r>
      <w:r>
        <w:br/>
        <w:t xml:space="preserve">    A. -3</w:t>
      </w:r>
      <w:r>
        <w:br/>
        <w:t xml:space="preserve">    B. -1</w:t>
      </w:r>
      <w:r>
        <w:br/>
        <w:t xml:space="preserve">    C. 5</w:t>
      </w:r>
      <w:r>
        <w:br/>
        <w:t xml:space="preserve">    D. 9</w:t>
      </w:r>
      <w:r>
        <w:br/>
        <w:t>【答案】C　【解析】按有理数运算法则计算，结果为5。</w:t>
      </w:r>
    </w:p>
    <w:p>
      <w:r>
        <w:t>26. 计算：128 ÷ 16 = ?</w:t>
      </w:r>
      <w:r>
        <w:br/>
        <w:t xml:space="preserve">    A. 0</w:t>
      </w:r>
      <w:r>
        <w:br/>
        <w:t xml:space="preserve">    B. 2</w:t>
      </w:r>
      <w:r>
        <w:br/>
        <w:t xml:space="preserve">    C. 8</w:t>
      </w:r>
      <w:r>
        <w:br/>
        <w:t xml:space="preserve">    D. 15</w:t>
      </w:r>
      <w:r>
        <w:br/>
        <w:t>【答案】C　【解析】按有理数运算法则计算，结果为8。</w:t>
      </w:r>
    </w:p>
    <w:p>
      <w:r>
        <w:t>27. 计算：14 + 16 = ?</w:t>
      </w:r>
      <w:r>
        <w:br/>
        <w:t xml:space="preserve">    A. 22</w:t>
      </w:r>
      <w:r>
        <w:br/>
        <w:t xml:space="preserve">    B. 24</w:t>
      </w:r>
      <w:r>
        <w:br/>
        <w:t xml:space="preserve">    C. 30</w:t>
      </w:r>
      <w:r>
        <w:br/>
        <w:t xml:space="preserve">    D. 32</w:t>
      </w:r>
      <w:r>
        <w:br/>
        <w:t>【答案】C　【解析】按有理数运算法则计算，结果为30。</w:t>
      </w:r>
    </w:p>
    <w:p>
      <w:r>
        <w:t>28. 计算：25 - 20 = ?</w:t>
      </w:r>
      <w:r>
        <w:br/>
        <w:t xml:space="preserve">    A. 4</w:t>
      </w:r>
      <w:r>
        <w:br/>
        <w:t xml:space="preserve">    B. 5</w:t>
      </w:r>
      <w:r>
        <w:br/>
        <w:t xml:space="preserve">    C. 6</w:t>
      </w:r>
      <w:r>
        <w:br/>
        <w:t xml:space="preserve">    D. 7</w:t>
      </w:r>
      <w:r>
        <w:br/>
        <w:t>【答案】B　【解析】按有理数运算法则计算，结果为5。</w:t>
      </w:r>
    </w:p>
    <w:p>
      <w:r>
        <w:t>29. 计算：8 + 15 = ?</w:t>
      </w:r>
      <w:r>
        <w:br/>
        <w:t xml:space="preserve">    A. 17</w:t>
      </w:r>
      <w:r>
        <w:br/>
        <w:t xml:space="preserve">    B. 21</w:t>
      </w:r>
      <w:r>
        <w:br/>
        <w:t xml:space="preserve">    C. 23</w:t>
      </w:r>
      <w:r>
        <w:br/>
        <w:t xml:space="preserve">    D. 34</w:t>
      </w:r>
      <w:r>
        <w:br/>
        <w:t>【答案】C　【解析】按有理数运算法则计算，结果为23。</w:t>
      </w:r>
    </w:p>
    <w:p>
      <w:r>
        <w:t>30. 计算：-27 × 5 = ?</w:t>
      </w:r>
      <w:r>
        <w:br/>
        <w:t xml:space="preserve">    A. -144</w:t>
      </w:r>
      <w:r>
        <w:br/>
        <w:t xml:space="preserve">    B. -135</w:t>
      </w:r>
      <w:r>
        <w:br/>
        <w:t xml:space="preserve">    C. -126</w:t>
      </w:r>
      <w:r>
        <w:br/>
        <w:t xml:space="preserve">    D. -123</w:t>
      </w:r>
      <w:r>
        <w:br/>
        <w:t>【答案】B　【解析】按有理数运算法则计算，结果为-135。</w:t>
      </w:r>
    </w:p>
    <w:p>
      <w:r>
        <w:t>31. 下列年份中是闰年的是（　）</w:t>
      </w:r>
      <w:r>
        <w:br/>
        <w:t xml:space="preserve">    A.2000</w:t>
      </w:r>
      <w:r>
        <w:br/>
        <w:t xml:space="preserve">    B.1900</w:t>
      </w:r>
      <w:r>
        <w:br/>
        <w:t xml:space="preserve">    C.2018</w:t>
      </w:r>
      <w:r>
        <w:br/>
        <w:t xml:space="preserve">    D.2022</w:t>
      </w:r>
      <w:r>
        <w:br/>
        <w:t>【答案】A　【解析】2000是400的倍数闰年。</w:t>
      </w:r>
    </w:p>
    <w:p>
      <w:r>
        <w:t>32. 一个数的5倍是45，这个数是（　）</w:t>
      </w:r>
      <w:r>
        <w:br/>
        <w:t xml:space="preserve">    A.9</w:t>
      </w:r>
      <w:r>
        <w:br/>
        <w:t xml:space="preserve">    B.8</w:t>
      </w:r>
      <w:r>
        <w:br/>
        <w:t xml:space="preserve">    C.10</w:t>
      </w:r>
      <w:r>
        <w:br/>
        <w:t xml:space="preserve">    D.7</w:t>
      </w:r>
      <w:r>
        <w:br/>
        <w:t>【答案】A　【解析】45÷5=9。</w:t>
      </w:r>
    </w:p>
    <w:p>
      <w:r>
        <w:t>33. 18×30=（　）</w:t>
      </w:r>
      <w:r>
        <w:br/>
        <w:t xml:space="preserve">    A.540</w:t>
      </w:r>
      <w:r>
        <w:br/>
        <w:t xml:space="preserve">    B.480</w:t>
      </w:r>
      <w:r>
        <w:br/>
        <w:t xml:space="preserve">    C.500</w:t>
      </w:r>
      <w:r>
        <w:br/>
        <w:t xml:space="preserve">    D.560</w:t>
      </w:r>
      <w:r>
        <w:br/>
        <w:t>【答案】A　【解析】18×3=54再乘10。</w:t>
      </w:r>
    </w:p>
    <w:p>
      <w:r>
        <w:t>34. 边长4厘米的正方形，面积是（　）</w:t>
      </w:r>
      <w:r>
        <w:br/>
        <w:t xml:space="preserve">    A.16平方厘米</w:t>
      </w:r>
      <w:r>
        <w:br/>
        <w:t xml:space="preserve">    B.8平方厘米</w:t>
      </w:r>
      <w:r>
        <w:br/>
        <w:t xml:space="preserve">    C.4平方厘米</w:t>
      </w:r>
      <w:r>
        <w:br/>
        <w:t xml:space="preserve">    D.12平方厘米</w:t>
      </w:r>
      <w:r>
        <w:br/>
        <w:t>【答案】A　【解析】4×4=16。</w:t>
      </w:r>
    </w:p>
    <w:p>
      <w:r>
        <w:t>35. 280÷7=（　）</w:t>
      </w:r>
      <w:r>
        <w:br/>
        <w:t xml:space="preserve">    A.40</w:t>
      </w:r>
      <w:r>
        <w:br/>
        <w:t xml:space="preserve">    B.30</w:t>
      </w:r>
      <w:r>
        <w:br/>
        <w:t xml:space="preserve">    C.35</w:t>
      </w:r>
      <w:r>
        <w:br/>
        <w:t xml:space="preserve">    D.45</w:t>
      </w:r>
      <w:r>
        <w:br/>
        <w:t>【答案】A　【解析】28÷7=4再乘10。</w:t>
      </w:r>
    </w:p>
    <w:p>
      <w:r>
        <w:t>36. 7月1日是（　）</w:t>
      </w:r>
      <w:r>
        <w:br/>
        <w:t xml:space="preserve">    A.建党节</w:t>
      </w:r>
      <w:r>
        <w:br/>
        <w:t xml:space="preserve">    B.建军节</w:t>
      </w:r>
      <w:r>
        <w:br/>
        <w:t xml:space="preserve">    C.国庆节</w:t>
      </w:r>
      <w:r>
        <w:br/>
        <w:t xml:space="preserve">    D.劳动节</w:t>
      </w:r>
      <w:r>
        <w:br/>
        <w:t>【答案】A　【解析】7月1日建党节。</w:t>
      </w:r>
    </w:p>
    <w:p>
      <w:r>
        <w:t>37. 一张床长约（　）</w:t>
      </w:r>
      <w:r>
        <w:br/>
        <w:t xml:space="preserve">    A.2米</w:t>
      </w:r>
      <w:r>
        <w:br/>
        <w:t xml:space="preserve">    B.2厘米</w:t>
      </w:r>
      <w:r>
        <w:br/>
        <w:t xml:space="preserve">    C.2分米</w:t>
      </w:r>
      <w:r>
        <w:br/>
        <w:t xml:space="preserve">    D.2千米</w:t>
      </w:r>
      <w:r>
        <w:br/>
        <w:t>【答案】A　【解析】床长约2米。</w:t>
      </w:r>
    </w:p>
    <w:p>
      <w:r>
        <w:t>38. 妈妈买了5千克苹果，每千克6元，一共（　）元</w:t>
      </w:r>
      <w:r>
        <w:br/>
        <w:t xml:space="preserve">    A.30</w:t>
      </w:r>
      <w:r>
        <w:br/>
        <w:t xml:space="preserve">    B.25</w:t>
      </w:r>
      <w:r>
        <w:br/>
        <w:t xml:space="preserve">    C.11</w:t>
      </w:r>
      <w:r>
        <w:br/>
        <w:t xml:space="preserve">    D.35</w:t>
      </w:r>
      <w:r>
        <w:br/>
        <w:t>【答案】A　【解析】5×6=30。</w:t>
      </w:r>
    </w:p>
    <w:p>
      <w:r>
        <w:t>39. 从8:00到11:30，经过了（　）</w:t>
      </w:r>
      <w:r>
        <w:br/>
        <w:t xml:space="preserve">    A.3小时30分</w:t>
      </w:r>
      <w:r>
        <w:br/>
        <w:t xml:space="preserve">    B.3小时</w:t>
      </w:r>
      <w:r>
        <w:br/>
        <w:t xml:space="preserve">    C.2小时30分</w:t>
      </w:r>
      <w:r>
        <w:br/>
        <w:t xml:space="preserve">    D.4小时</w:t>
      </w:r>
      <w:r>
        <w:br/>
        <w:t>【答案】A　【解析】11:30-8:00=3小时30分。</w:t>
      </w:r>
    </w:p>
    <w:p>
      <w:r>
        <w:t>40. 下列算式中，结果最大的是（　）</w:t>
      </w:r>
      <w:r>
        <w:br/>
        <w:t xml:space="preserve">    A.50×3</w:t>
      </w:r>
      <w:r>
        <w:br/>
        <w:t xml:space="preserve">    B.40×4</w:t>
      </w:r>
      <w:r>
        <w:br/>
        <w:t xml:space="preserve">    C.30×6</w:t>
      </w:r>
      <w:r>
        <w:br/>
        <w:t xml:space="preserve">    D.20×9</w:t>
      </w:r>
      <w:r>
        <w:br/>
        <w:t>【答案】A　【解析】150&lt;160&lt;180，30×6=180最大。</w:t>
      </w:r>
    </w:p>
    <w:p>
      <w:r>
        <w:t>41. 用一根20厘米的铁丝围成一个正方形，边长是（　）</w:t>
      </w:r>
      <w:r>
        <w:br/>
        <w:t xml:space="preserve">    A.5厘米</w:t>
      </w:r>
      <w:r>
        <w:br/>
        <w:t xml:space="preserve">    B.4厘米</w:t>
      </w:r>
      <w:r>
        <w:br/>
        <w:t xml:space="preserve">    C.10厘米</w:t>
      </w:r>
      <w:r>
        <w:br/>
        <w:t xml:space="preserve">    D.80厘米</w:t>
      </w:r>
      <w:r>
        <w:br/>
        <w:t>【答案】A　【解析】20÷4=5。</w:t>
      </w:r>
    </w:p>
    <w:p>
      <w:r>
        <w:t>42. 32÷8+6=（　）</w:t>
      </w:r>
      <w:r>
        <w:br/>
        <w:t xml:space="preserve">    A.10</w:t>
      </w:r>
      <w:r>
        <w:br/>
        <w:t xml:space="preserve">    B.11</w:t>
      </w:r>
      <w:r>
        <w:br/>
        <w:t xml:space="preserve">    C.9</w:t>
      </w:r>
      <w:r>
        <w:br/>
        <w:t xml:space="preserve">    D.12</w:t>
      </w:r>
      <w:r>
        <w:br/>
        <w:t>【答案】A　【解析】4+6=10。</w:t>
      </w:r>
    </w:p>
    <w:p>
      <w:r>
        <w:t>43. 小明每分钟走60米，走5分钟走（　）米</w:t>
      </w:r>
      <w:r>
        <w:br/>
        <w:t xml:space="preserve">    A.300</w:t>
      </w:r>
      <w:r>
        <w:br/>
        <w:t xml:space="preserve">    B.305</w:t>
      </w:r>
      <w:r>
        <w:br/>
        <w:t xml:space="preserve">    C.30</w:t>
      </w:r>
      <w:r>
        <w:br/>
        <w:t xml:space="preserve">    D.350</w:t>
      </w:r>
      <w:r>
        <w:br/>
        <w:t>【答案】A　【解析】60×5=300。</w:t>
      </w:r>
    </w:p>
    <w:p>
      <w:r>
        <w:t>44. 下列单位中，用来计量面积的是（　）</w:t>
      </w:r>
      <w:r>
        <w:br/>
        <w:t xml:space="preserve">    A.平方米</w:t>
      </w:r>
      <w:r>
        <w:br/>
        <w:t xml:space="preserve">    B.米</w:t>
      </w:r>
      <w:r>
        <w:br/>
        <w:t xml:space="preserve">    C.千克</w:t>
      </w:r>
      <w:r>
        <w:br/>
        <w:t xml:space="preserve">    D.升</w:t>
      </w:r>
      <w:r>
        <w:br/>
        <w:t>【答案】A　【解析】平方米是面积单位。</w:t>
      </w:r>
    </w:p>
    <w:p>
      <w:r>
        <w:t>45. 900÷9×2=（　）</w:t>
      </w:r>
      <w:r>
        <w:br/>
        <w:t xml:space="preserve">    A.200</w:t>
      </w:r>
      <w:r>
        <w:br/>
        <w:t xml:space="preserve">    B.100</w:t>
      </w:r>
      <w:r>
        <w:br/>
        <w:t xml:space="preserve">    C.180</w:t>
      </w:r>
      <w:r>
        <w:br/>
        <w:t xml:space="preserve">    D.220</w:t>
      </w:r>
      <w:r>
        <w:br/>
        <w:t>【答案】A　【解析】100×2=200。</w:t>
      </w:r>
    </w:p>
    <w:p>
      <w:r>
        <w:t>46. 计算：30 - 6 = ?</w:t>
      </w:r>
      <w:r>
        <w:br/>
        <w:t xml:space="preserve">    A. 16</w:t>
      </w:r>
      <w:r>
        <w:br/>
        <w:t xml:space="preserve">    B. 24</w:t>
      </w:r>
      <w:r>
        <w:br/>
        <w:t xml:space="preserve">    C. 29</w:t>
      </w:r>
      <w:r>
        <w:br/>
        <w:t xml:space="preserve">    D. 35</w:t>
      </w:r>
      <w:r>
        <w:br/>
        <w:t>【答案】B　【解析】按有理数运算法则计算，结果为24。</w:t>
      </w:r>
    </w:p>
    <w:p>
      <w:r>
        <w:t>47. 计算：9 - 3 = ?</w:t>
      </w:r>
      <w:r>
        <w:br/>
        <w:t xml:space="preserve">    A. 5</w:t>
      </w:r>
      <w:r>
        <w:br/>
        <w:t xml:space="preserve">    B. 6</w:t>
      </w:r>
      <w:r>
        <w:br/>
        <w:t xml:space="preserve">    C. 12</w:t>
      </w:r>
      <w:r>
        <w:br/>
        <w:t xml:space="preserve">    D. 16</w:t>
      </w:r>
      <w:r>
        <w:br/>
        <w:t>【答案】B　【解析】按有理数运算法则计算，结果为6。</w:t>
      </w:r>
    </w:p>
    <w:p>
      <w:r>
        <w:t>48. 计算：17 - 16 = ?</w:t>
      </w:r>
      <w:r>
        <w:br/>
        <w:t xml:space="preserve">    A. -3</w:t>
      </w:r>
      <w:r>
        <w:br/>
        <w:t xml:space="preserve">    B. -1</w:t>
      </w:r>
      <w:r>
        <w:br/>
        <w:t xml:space="preserve">    C. 1</w:t>
      </w:r>
      <w:r>
        <w:br/>
        <w:t xml:space="preserve">    D. 13</w:t>
      </w:r>
      <w:r>
        <w:br/>
        <w:t>【答案】C　【解析】按有理数运算法则计算，结果为1。</w:t>
      </w:r>
    </w:p>
    <w:p>
      <w:r>
        <w:t>49. 计算：400 ÷ 16 = ?</w:t>
      </w:r>
      <w:r>
        <w:br/>
        <w:t xml:space="preserve">    A. 20</w:t>
      </w:r>
      <w:r>
        <w:br/>
        <w:t xml:space="preserve">    B. 23</w:t>
      </w:r>
      <w:r>
        <w:br/>
        <w:t xml:space="preserve">    C. 25</w:t>
      </w:r>
      <w:r>
        <w:br/>
        <w:t xml:space="preserve">    D. 29</w:t>
      </w:r>
      <w:r>
        <w:br/>
        <w:t>【答案】C　【解析】按有理数运算法则计算，结果为25。</w:t>
      </w:r>
    </w:p>
    <w:p>
      <w:r>
        <w:t>50. 计算：23 × 1 = ?</w:t>
      </w:r>
      <w:r>
        <w:br/>
        <w:t xml:space="preserve">    A. 15</w:t>
      </w:r>
      <w:r>
        <w:br/>
        <w:t xml:space="preserve">    B. 23</w:t>
      </w:r>
      <w:r>
        <w:br/>
        <w:t xml:space="preserve">    C. 32</w:t>
      </w:r>
      <w:r>
        <w:br/>
        <w:t xml:space="preserve">    D. 34</w:t>
      </w:r>
      <w:r>
        <w:br/>
        <w:t>【答案】B　【解析】按有理数运算法则计算，结果为23。</w:t>
      </w:r>
    </w:p>
    <w:p>
      <w:r>
        <w:t>51. 计算：-98 ÷ 7 = ?</w:t>
      </w:r>
      <w:r>
        <w:br/>
        <w:t xml:space="preserve">    A. -22</w:t>
      </w:r>
      <w:r>
        <w:br/>
        <w:t xml:space="preserve">    B. -15</w:t>
      </w:r>
      <w:r>
        <w:br/>
        <w:t xml:space="preserve">    C. -14</w:t>
      </w:r>
      <w:r>
        <w:br/>
        <w:t xml:space="preserve">    D. -2</w:t>
      </w:r>
      <w:r>
        <w:br/>
        <w:t>【答案】C　【解析】按有理数运算法则计算，结果为-14。</w:t>
      </w:r>
    </w:p>
    <w:p>
      <w:r>
        <w:t>52. 计算：22 × 6 = ?</w:t>
      </w:r>
      <w:r>
        <w:br/>
        <w:t xml:space="preserve">    A. 127</w:t>
      </w:r>
      <w:r>
        <w:br/>
        <w:t xml:space="preserve">    B. 132</w:t>
      </w:r>
      <w:r>
        <w:br/>
        <w:t xml:space="preserve">    C. 136</w:t>
      </w:r>
      <w:r>
        <w:br/>
        <w:t xml:space="preserve">    D. 143</w:t>
      </w:r>
      <w:r>
        <w:br/>
        <w:t>【答案】B　【解析】按有理数运算法则计算，结果为132。</w:t>
      </w:r>
    </w:p>
    <w:p>
      <w:r>
        <w:t>53. 计算：-21 - 14 = ?</w:t>
      </w:r>
      <w:r>
        <w:br/>
        <w:t xml:space="preserve">    A. -41</w:t>
      </w:r>
      <w:r>
        <w:br/>
        <w:t xml:space="preserve">    B. -35</w:t>
      </w:r>
      <w:r>
        <w:br/>
        <w:t xml:space="preserve">    C. -34</w:t>
      </w:r>
      <w:r>
        <w:br/>
        <w:t xml:space="preserve">    D. -29</w:t>
      </w:r>
      <w:r>
        <w:br/>
        <w:t>【答案】B　【解析】按有理数运算法则计算，结果为-35。</w:t>
      </w:r>
    </w:p>
    <w:p>
      <w:r>
        <w:t>54. 计算：-5 + 14 = ?</w:t>
      </w:r>
      <w:r>
        <w:br/>
        <w:t xml:space="preserve">    A. 2</w:t>
      </w:r>
      <w:r>
        <w:br/>
        <w:t xml:space="preserve">    B. 9</w:t>
      </w:r>
      <w:r>
        <w:br/>
        <w:t xml:space="preserve">    C. 13</w:t>
      </w:r>
      <w:r>
        <w:br/>
        <w:t xml:space="preserve">    D. 17</w:t>
      </w:r>
      <w:r>
        <w:br/>
        <w:t>【答案】B　【解析】按有理数运算法则计算，结果为9。</w:t>
      </w:r>
    </w:p>
    <w:p>
      <w:r>
        <w:t>55. 计算：300 ÷ 10 = ?</w:t>
      </w:r>
      <w:r>
        <w:br/>
        <w:t xml:space="preserve">    A. 21</w:t>
      </w:r>
      <w:r>
        <w:br/>
        <w:t xml:space="preserve">    B. 30</w:t>
      </w:r>
      <w:r>
        <w:br/>
        <w:t xml:space="preserve">    C. 34</w:t>
      </w:r>
      <w:r>
        <w:br/>
        <w:t xml:space="preserve">    D. 35</w:t>
      </w:r>
      <w:r>
        <w:br/>
        <w:t>【答案】B　【解析】按有理数运算法则计算，结果为30。</w:t>
      </w:r>
    </w:p>
    <w:p>
      <w:r>
        <w:t>56. 计算：-1 + 1 = ?</w:t>
      </w:r>
      <w:r>
        <w:br/>
        <w:t xml:space="preserve">    A. -7</w:t>
      </w:r>
      <w:r>
        <w:br/>
        <w:t xml:space="preserve">    B. 0</w:t>
      </w:r>
      <w:r>
        <w:br/>
        <w:t xml:space="preserve">    C. 3</w:t>
      </w:r>
      <w:r>
        <w:br/>
        <w:t xml:space="preserve">    D. 5</w:t>
      </w:r>
      <w:r>
        <w:br/>
        <w:t>【答案】B　【解析】按有理数运算法则计算，结果为0。</w:t>
      </w:r>
    </w:p>
    <w:p>
      <w:r>
        <w:t>57. 计算：6 - 8 = ?</w:t>
      </w:r>
      <w:r>
        <w:br/>
        <w:t xml:space="preserve">    A. -6</w:t>
      </w:r>
      <w:r>
        <w:br/>
        <w:t xml:space="preserve">    B. -2</w:t>
      </w:r>
      <w:r>
        <w:br/>
        <w:t xml:space="preserve">    C. 2</w:t>
      </w:r>
      <w:r>
        <w:br/>
        <w:t xml:space="preserve">    D. 7</w:t>
      </w:r>
      <w:r>
        <w:br/>
        <w:t>【答案】B　【解析】按有理数运算法则计算，结果为-2。</w:t>
      </w:r>
    </w:p>
    <w:p>
      <w:r>
        <w:t>58. 计算：12 + 6 = ?</w:t>
      </w:r>
      <w:r>
        <w:br/>
        <w:t xml:space="preserve">    A. 12</w:t>
      </w:r>
      <w:r>
        <w:br/>
        <w:t xml:space="preserve">    B. 17</w:t>
      </w:r>
      <w:r>
        <w:br/>
        <w:t xml:space="preserve">    C. 18</w:t>
      </w:r>
      <w:r>
        <w:br/>
        <w:t xml:space="preserve">    D. 30</w:t>
      </w:r>
      <w:r>
        <w:br/>
        <w:t>【答案】C　【解析】按有理数运算法则计算，结果为18。</w:t>
      </w:r>
    </w:p>
    <w:p>
      <w:r>
        <w:t>59. 计算：-240 ÷ 8 = ?</w:t>
      </w:r>
      <w:r>
        <w:br/>
        <w:t xml:space="preserve">    A. -36</w:t>
      </w:r>
      <w:r>
        <w:br/>
        <w:t xml:space="preserve">    B. -30</w:t>
      </w:r>
      <w:r>
        <w:br/>
        <w:t xml:space="preserve">    C. -26</w:t>
      </w:r>
      <w:r>
        <w:br/>
        <w:t xml:space="preserve">    D. -21</w:t>
      </w:r>
      <w:r>
        <w:br/>
        <w:t>【答案】B　【解析】按有理数运算法则计算，结果为-30。</w:t>
      </w:r>
    </w:p>
    <w:p>
      <w:r>
        <w:t>60. 计算：378 ÷ 18 = ?</w:t>
      </w:r>
      <w:r>
        <w:br/>
        <w:t xml:space="preserve">    A. 16</w:t>
      </w:r>
      <w:r>
        <w:br/>
        <w:t xml:space="preserve">    B. 21</w:t>
      </w:r>
      <w:r>
        <w:br/>
        <w:t xml:space="preserve">    C. 29</w:t>
      </w:r>
      <w:r>
        <w:br/>
        <w:t xml:space="preserve">    D. 33</w:t>
      </w:r>
      <w:r>
        <w:br/>
        <w:t>【答案】B　【解析】按有理数运算法则计算，结果为21。</w:t>
      </w:r>
    </w:p>
    <w:p>
      <w:r>
        <w:t>61. 计算：-18 - 16 = ?</w:t>
      </w:r>
      <w:r>
        <w:br/>
        <w:t xml:space="preserve">    A. -40</w:t>
      </w:r>
      <w:r>
        <w:br/>
        <w:t xml:space="preserve">    B. -37</w:t>
      </w:r>
      <w:r>
        <w:br/>
        <w:t xml:space="preserve">    C. -34</w:t>
      </w:r>
      <w:r>
        <w:br/>
        <w:t xml:space="preserve">    D. -31</w:t>
      </w:r>
      <w:r>
        <w:br/>
        <w:t>【答案】C　【解析】按有理数运算法则计算，结果为-34。</w:t>
      </w:r>
    </w:p>
    <w:p>
      <w:r>
        <w:t>62. 计算：-21 × 4 = ?</w:t>
      </w:r>
      <w:r>
        <w:br/>
        <w:t xml:space="preserve">    A. -85</w:t>
      </w:r>
      <w:r>
        <w:br/>
        <w:t xml:space="preserve">    B. -84</w:t>
      </w:r>
      <w:r>
        <w:br/>
        <w:t xml:space="preserve">    C. -83</w:t>
      </w:r>
      <w:r>
        <w:br/>
        <w:t xml:space="preserve">    D. -82</w:t>
      </w:r>
      <w:r>
        <w:br/>
        <w:t>【答案】B　【解析】按有理数运算法则计算，结果为-84。</w:t>
      </w:r>
    </w:p>
    <w:p>
      <w:r>
        <w:t>63. 计算：10 ÷ 5 = ?</w:t>
      </w:r>
      <w:r>
        <w:br/>
        <w:t xml:space="preserve">    A. -3</w:t>
      </w:r>
      <w:r>
        <w:br/>
        <w:t xml:space="preserve">    B. 2</w:t>
      </w:r>
      <w:r>
        <w:br/>
        <w:t xml:space="preserve">    C. 11</w:t>
      </w:r>
      <w:r>
        <w:br/>
        <w:t xml:space="preserve">    D. 13</w:t>
      </w:r>
      <w:r>
        <w:br/>
        <w:t>【答案】B　【解析】按有理数运算法则计算，结果为2。</w:t>
      </w:r>
    </w:p>
    <w:p>
      <w:r>
        <w:t>64. 下列年份中是闰年的是（　）</w:t>
      </w:r>
      <w:r>
        <w:br/>
        <w:t xml:space="preserve">    A.2000</w:t>
      </w:r>
      <w:r>
        <w:br/>
        <w:t xml:space="preserve">    B.1900</w:t>
      </w:r>
      <w:r>
        <w:br/>
        <w:t xml:space="preserve">    C.2018</w:t>
      </w:r>
      <w:r>
        <w:br/>
        <w:t xml:space="preserve">    D.2022</w:t>
      </w:r>
      <w:r>
        <w:br/>
        <w:t>【答案】A　【解析】2000是400的倍数闰年。</w:t>
      </w:r>
    </w:p>
    <w:p>
      <w:r>
        <w:t>65. 一个数的5倍是45，这个数是（　）</w:t>
      </w:r>
      <w:r>
        <w:br/>
        <w:t xml:space="preserve">    A.9</w:t>
      </w:r>
      <w:r>
        <w:br/>
        <w:t xml:space="preserve">    B.8</w:t>
      </w:r>
      <w:r>
        <w:br/>
        <w:t xml:space="preserve">    C.10</w:t>
      </w:r>
      <w:r>
        <w:br/>
        <w:t xml:space="preserve">    D.7</w:t>
      </w:r>
      <w:r>
        <w:br/>
        <w:t>【答案】A　【解析】45÷5=9。</w:t>
      </w:r>
    </w:p>
    <w:p>
      <w:r>
        <w:t>66. 18×30=（　）</w:t>
      </w:r>
      <w:r>
        <w:br/>
        <w:t xml:space="preserve">    A.540</w:t>
      </w:r>
      <w:r>
        <w:br/>
        <w:t xml:space="preserve">    B.480</w:t>
      </w:r>
      <w:r>
        <w:br/>
        <w:t xml:space="preserve">    C.500</w:t>
      </w:r>
      <w:r>
        <w:br/>
        <w:t xml:space="preserve">    D.560</w:t>
      </w:r>
      <w:r>
        <w:br/>
        <w:t>【答案】A　【解析】18×3=54再乘10。</w:t>
      </w:r>
    </w:p>
    <w:p>
      <w:r>
        <w:t>67. 边长4厘米的正方形，面积是（　）</w:t>
      </w:r>
      <w:r>
        <w:br/>
        <w:t xml:space="preserve">    A.16平方厘米</w:t>
      </w:r>
      <w:r>
        <w:br/>
        <w:t xml:space="preserve">    B.8平方厘米</w:t>
      </w:r>
      <w:r>
        <w:br/>
        <w:t xml:space="preserve">    C.4平方厘米</w:t>
      </w:r>
      <w:r>
        <w:br/>
        <w:t xml:space="preserve">    D.12平方厘米</w:t>
      </w:r>
      <w:r>
        <w:br/>
        <w:t>【答案】A　【解析】4×4=16。</w:t>
      </w:r>
    </w:p>
    <w:p>
      <w:r>
        <w:t>68. 280÷7=（　）</w:t>
      </w:r>
      <w:r>
        <w:br/>
        <w:t xml:space="preserve">    A.40</w:t>
      </w:r>
      <w:r>
        <w:br/>
        <w:t xml:space="preserve">    B.30</w:t>
      </w:r>
      <w:r>
        <w:br/>
        <w:t xml:space="preserve">    C.35</w:t>
      </w:r>
      <w:r>
        <w:br/>
        <w:t xml:space="preserve">    D.45</w:t>
      </w:r>
      <w:r>
        <w:br/>
        <w:t>【答案】A　【解析】28÷7=4再乘10。</w:t>
      </w:r>
    </w:p>
    <w:p>
      <w:r>
        <w:t>69. 7月1日是（　）</w:t>
      </w:r>
      <w:r>
        <w:br/>
        <w:t xml:space="preserve">    A.建党节</w:t>
      </w:r>
      <w:r>
        <w:br/>
        <w:t xml:space="preserve">    B.建军节</w:t>
      </w:r>
      <w:r>
        <w:br/>
        <w:t xml:space="preserve">    C.国庆节</w:t>
      </w:r>
      <w:r>
        <w:br/>
        <w:t xml:space="preserve">    D.劳动节</w:t>
      </w:r>
      <w:r>
        <w:br/>
        <w:t>【答案】A　【解析】7月1日建党节。</w:t>
      </w:r>
    </w:p>
    <w:p>
      <w:r>
        <w:t>70. 一张床长约（　）</w:t>
      </w:r>
      <w:r>
        <w:br/>
        <w:t xml:space="preserve">    A.2米</w:t>
      </w:r>
      <w:r>
        <w:br/>
        <w:t xml:space="preserve">    B.2厘米</w:t>
      </w:r>
      <w:r>
        <w:br/>
        <w:t xml:space="preserve">    C.2分米</w:t>
      </w:r>
      <w:r>
        <w:br/>
        <w:t xml:space="preserve">    D.2千米</w:t>
      </w:r>
      <w:r>
        <w:br/>
        <w:t>【答案】A　【解析】床长约2米。</w:t>
      </w:r>
    </w:p>
    <w:p>
      <w:r>
        <w:t>71. 妈妈买了5千克苹果，每千克6元，一共（　）元</w:t>
      </w:r>
      <w:r>
        <w:br/>
        <w:t xml:space="preserve">    A.30</w:t>
      </w:r>
      <w:r>
        <w:br/>
        <w:t xml:space="preserve">    B.25</w:t>
      </w:r>
      <w:r>
        <w:br/>
        <w:t xml:space="preserve">    C.11</w:t>
      </w:r>
      <w:r>
        <w:br/>
        <w:t xml:space="preserve">    D.35</w:t>
      </w:r>
      <w:r>
        <w:br/>
        <w:t>【答案】A　【解析】5×6=30。</w:t>
      </w:r>
    </w:p>
    <w:p>
      <w:r>
        <w:t>72. 从8:00到11:30，经过了（　）</w:t>
      </w:r>
      <w:r>
        <w:br/>
        <w:t xml:space="preserve">    A.3小时30分</w:t>
      </w:r>
      <w:r>
        <w:br/>
        <w:t xml:space="preserve">    B.3小时</w:t>
      </w:r>
      <w:r>
        <w:br/>
        <w:t xml:space="preserve">    C.2小时30分</w:t>
      </w:r>
      <w:r>
        <w:br/>
        <w:t xml:space="preserve">    D.4小时</w:t>
      </w:r>
      <w:r>
        <w:br/>
        <w:t>【答案】A　【解析】11:30-8:00=3小时30分。</w:t>
      </w:r>
    </w:p>
    <w:p>
      <w:r>
        <w:t>73. 下列算式中，结果最大的是（　）</w:t>
      </w:r>
      <w:r>
        <w:br/>
        <w:t xml:space="preserve">    A.50×3</w:t>
      </w:r>
      <w:r>
        <w:br/>
        <w:t xml:space="preserve">    B.40×4</w:t>
      </w:r>
      <w:r>
        <w:br/>
        <w:t xml:space="preserve">    C.30×6</w:t>
      </w:r>
      <w:r>
        <w:br/>
        <w:t xml:space="preserve">    D.20×9</w:t>
      </w:r>
      <w:r>
        <w:br/>
        <w:t>【答案】A　【解析】150&lt;160&lt;180，30×6=180最大。</w:t>
      </w:r>
    </w:p>
    <w:p>
      <w:r>
        <w:t>74. 用一根20厘米的铁丝围成一个正方形，边长是（　）</w:t>
      </w:r>
      <w:r>
        <w:br/>
        <w:t xml:space="preserve">    A.5厘米</w:t>
      </w:r>
      <w:r>
        <w:br/>
        <w:t xml:space="preserve">    B.4厘米</w:t>
      </w:r>
      <w:r>
        <w:br/>
        <w:t xml:space="preserve">    C.10厘米</w:t>
      </w:r>
      <w:r>
        <w:br/>
        <w:t xml:space="preserve">    D.80厘米</w:t>
      </w:r>
      <w:r>
        <w:br/>
        <w:t>【答案】A　【解析】20÷4=5。</w:t>
      </w:r>
    </w:p>
    <w:p>
      <w:r>
        <w:t>75. 32÷8+6=（　）</w:t>
      </w:r>
      <w:r>
        <w:br/>
        <w:t xml:space="preserve">    A.10</w:t>
      </w:r>
      <w:r>
        <w:br/>
        <w:t xml:space="preserve">    B.11</w:t>
      </w:r>
      <w:r>
        <w:br/>
        <w:t xml:space="preserve">    C.9</w:t>
      </w:r>
      <w:r>
        <w:br/>
        <w:t xml:space="preserve">    D.12</w:t>
      </w:r>
      <w:r>
        <w:br/>
        <w:t>【答案】A　【解析】4+6=10。</w:t>
      </w:r>
    </w:p>
    <w:p>
      <w:r>
        <w:t>76. 小明每分钟走60米，走5分钟走（　）米</w:t>
      </w:r>
      <w:r>
        <w:br/>
        <w:t xml:space="preserve">    A.300</w:t>
      </w:r>
      <w:r>
        <w:br/>
        <w:t xml:space="preserve">    B.305</w:t>
      </w:r>
      <w:r>
        <w:br/>
        <w:t xml:space="preserve">    C.30</w:t>
      </w:r>
      <w:r>
        <w:br/>
        <w:t xml:space="preserve">    D.350</w:t>
      </w:r>
      <w:r>
        <w:br/>
        <w:t>【答案】A　【解析】60×5=300。</w:t>
      </w:r>
    </w:p>
    <w:p>
      <w:r>
        <w:t>77. 下列单位中，用来计量面积的是（　）</w:t>
      </w:r>
      <w:r>
        <w:br/>
        <w:t xml:space="preserve">    A.平方米</w:t>
      </w:r>
      <w:r>
        <w:br/>
        <w:t xml:space="preserve">    B.米</w:t>
      </w:r>
      <w:r>
        <w:br/>
        <w:t xml:space="preserve">    C.千克</w:t>
      </w:r>
      <w:r>
        <w:br/>
        <w:t xml:space="preserve">    D.升</w:t>
      </w:r>
      <w:r>
        <w:br/>
        <w:t>【答案】A　【解析】平方米是面积单位。</w:t>
      </w:r>
    </w:p>
    <w:p>
      <w:r>
        <w:t>78. 900÷9×2=（　）</w:t>
      </w:r>
      <w:r>
        <w:br/>
        <w:t xml:space="preserve">    A.200</w:t>
      </w:r>
      <w:r>
        <w:br/>
        <w:t xml:space="preserve">    B.100</w:t>
      </w:r>
      <w:r>
        <w:br/>
        <w:t xml:space="preserve">    C.180</w:t>
      </w:r>
      <w:r>
        <w:br/>
        <w:t xml:space="preserve">    D.220</w:t>
      </w:r>
      <w:r>
        <w:br/>
        <w:t>【答案】A　【解析】100×2=200。</w:t>
      </w:r>
    </w:p>
    <w:p>
      <w:pPr>
        <w:pStyle w:val="Heading1"/>
      </w:pPr>
      <w:r>
        <w:t>二、填空题</w:t>
      </w:r>
    </w:p>
    <w:p>
      <w:r>
        <w:t>79. 一年有____个月，其中____个大月、____个小月。</w:t>
      </w:r>
    </w:p>
    <w:p>
      <w:r>
        <w:t xml:space="preserve">    【答案】12、7、4　【解析】1、3、5、7、8、10、12月大。</w:t>
      </w:r>
    </w:p>
    <w:p>
      <w:r>
        <w:t>80. 25×4=____。</w:t>
      </w:r>
    </w:p>
    <w:p>
      <w:r>
        <w:t xml:space="preserve">    【答案】100　【解析】25×4=100。</w:t>
      </w:r>
    </w:p>
    <w:p>
      <w:r>
        <w:t>81. 一个正方形的边长是6厘米，周长是____厘米。</w:t>
      </w:r>
    </w:p>
    <w:p>
      <w:r>
        <w:t xml:space="preserve">    【答案】24　【解析】6×4=24。</w:t>
      </w:r>
    </w:p>
    <w:p>
      <w:r>
        <w:t>82. 一年中连续的两个大月是____月和____月。</w:t>
      </w:r>
    </w:p>
    <w:p>
      <w:r>
        <w:t xml:space="preserve">    【答案】7、8　【解析】7月8月连续大月。</w:t>
      </w:r>
    </w:p>
    <w:p>
      <w:r>
        <w:t>83. 1平方米=____平方分米。</w:t>
      </w:r>
    </w:p>
    <w:p>
      <w:r>
        <w:t xml:space="preserve">    【答案】100　【解析】面积单位进率。</w:t>
      </w:r>
    </w:p>
    <w:p>
      <w:r>
        <w:t>84. 36÷3=____。</w:t>
      </w:r>
    </w:p>
    <w:p>
      <w:r>
        <w:t xml:space="preserve">    【答案】12　【解析】两位数除以一位数。</w:t>
      </w:r>
    </w:p>
    <w:p>
      <w:r>
        <w:t>85. 闰年二月有____天。</w:t>
      </w:r>
    </w:p>
    <w:p>
      <w:r>
        <w:t xml:space="preserve">    【答案】29　【解析】闰年二月29天。</w:t>
      </w:r>
    </w:p>
    <w:p>
      <w:r>
        <w:t>86. 妈妈早上7:30上班，下午5:30下班，一天工作____小时。</w:t>
      </w:r>
    </w:p>
    <w:p>
      <w:r>
        <w:t xml:space="preserve">    【答案】10　【解析】17:30-7:30=10小时。</w:t>
      </w:r>
    </w:p>
    <w:p>
      <w:r>
        <w:t>87. 把1米平均分成100份，每份是____厘米。</w:t>
      </w:r>
    </w:p>
    <w:p>
      <w:r>
        <w:t xml:space="preserve">    【答案】1　【解析】1米=100厘米。</w:t>
      </w:r>
    </w:p>
    <w:p>
      <w:r>
        <w:t>88. 最大的三位数与最小的三位数相差____。</w:t>
      </w:r>
    </w:p>
    <w:p>
      <w:r>
        <w:t xml:space="preserve">    【答案】899　【解析】999-100=899。</w:t>
      </w:r>
    </w:p>
    <w:p>
      <w:r>
        <w:t>89. 两位数乘两位数，积最多是____位数。</w:t>
      </w:r>
    </w:p>
    <w:p>
      <w:r>
        <w:t xml:space="preserve">    【答案】四　【解析】99×99=9801四位。</w:t>
      </w:r>
    </w:p>
    <w:p>
      <w:r>
        <w:t>90. 小明晚上9时睡觉，早上7时起床，睡了____小时。</w:t>
      </w:r>
    </w:p>
    <w:p>
      <w:r>
        <w:t xml:space="preserve">    【答案】10　【解析】12-9+7=10。</w:t>
      </w:r>
    </w:p>
    <w:p>
      <w:r>
        <w:t>91. 12时计时法“下午3时”用24时计时法是____时。</w:t>
      </w:r>
    </w:p>
    <w:p>
      <w:r>
        <w:t xml:space="preserve">    【答案】15　【解析】12+3=15。</w:t>
      </w:r>
    </w:p>
    <w:p>
      <w:r>
        <w:t>92. 长方形周长=（长+宽）×____。</w:t>
      </w:r>
    </w:p>
    <w:p>
      <w:r>
        <w:t xml:space="preserve">    【答案】2　【解析】长方形周长公式。</w:t>
      </w:r>
    </w:p>
    <w:p>
      <w:r>
        <w:t>93. 3分米=____厘米。</w:t>
      </w:r>
    </w:p>
    <w:p>
      <w:r>
        <w:t xml:space="preserve">    【答案】30　【解析】1分米=10厘米。</w:t>
      </w:r>
    </w:p>
    <w:p>
      <w:pPr>
        <w:pStyle w:val="Heading1"/>
      </w:pPr>
      <w:r>
        <w:t>三、判断题</w:t>
      </w:r>
    </w:p>
    <w:p>
      <w:r>
        <w:t>94. 一年有12个月。</w:t>
      </w:r>
    </w:p>
    <w:p>
      <w:r>
        <w:t xml:space="preserve">    【答案】对　【解析】年历常识。</w:t>
      </w:r>
    </w:p>
    <w:p>
      <w:r>
        <w:t>95. 公历年份是4的倍数的都是闰年。</w:t>
      </w:r>
    </w:p>
    <w:p>
      <w:r>
        <w:t xml:space="preserve">    【答案】错　【解析】整百年须是400的倍数。</w:t>
      </w:r>
    </w:p>
    <w:p>
      <w:r>
        <w:t>96. 正方形的四条边都相等。</w:t>
      </w:r>
    </w:p>
    <w:p>
      <w:r>
        <w:t xml:space="preserve">    【答案】对　【解析】正方形特征。</w:t>
      </w:r>
    </w:p>
    <w:p>
      <w:r>
        <w:t>97. 0乘任何数都得0。</w:t>
      </w:r>
    </w:p>
    <w:p>
      <w:r>
        <w:t xml:space="preserve">    【答案】对　【解析】0的乘法性质。</w:t>
      </w:r>
    </w:p>
    <w:p>
      <w:r>
        <w:t>98. 面积单位比长度单位大。</w:t>
      </w:r>
    </w:p>
    <w:p>
      <w:r>
        <w:t xml:space="preserve">    【答案】错　【解析】单位类别不同不可比。</w:t>
      </w:r>
    </w:p>
    <w:p>
      <w:r>
        <w:t>99. 被除数÷除数=商……余数，余数比除数小。</w:t>
      </w:r>
    </w:p>
    <w:p>
      <w:r>
        <w:t xml:space="preserve">    【答案】对　【解析】除法性质。</w:t>
      </w:r>
    </w:p>
    <w:p>
      <w:r>
        <w:t>100. 一个数的末尾有0，积的末尾一定有0。</w:t>
      </w:r>
    </w:p>
    <w:p>
      <w:r>
        <w:t xml:space="preserve">    【答案】对　【解析】0乘数性质。</w:t>
      </w:r>
    </w:p>
    <w:p>
      <w:r>
        <w:t>101. 晚上12时就是第二天的0时。</w:t>
      </w:r>
    </w:p>
    <w:p>
      <w:r>
        <w:t xml:space="preserve">    【答案】对　【解析】时间衔接。</w:t>
      </w:r>
    </w:p>
    <w:p>
      <w:r>
        <w:t>102. 长方形的对边相等。</w:t>
      </w:r>
    </w:p>
    <w:p>
      <w:r>
        <w:t xml:space="preserve">    【答案】对　【解析】长方形特征。</w:t>
      </w:r>
    </w:p>
    <w:p>
      <w:r>
        <w:t>103. 三位数除以一位数，商可能是两位数。</w:t>
      </w:r>
    </w:p>
    <w:p>
      <w:r>
        <w:t xml:space="preserve">    【答案】对　【解析】如200÷5=40。</w:t>
      </w:r>
    </w:p>
    <w:p>
      <w:r>
        <w:t>104. 两个周长相等的长方形，面积一定相等。</w:t>
      </w:r>
    </w:p>
    <w:p>
      <w:r>
        <w:t xml:space="preserve">    【答案】错　【解析】如2×8和4×6周长都是20，面积不同。</w:t>
      </w:r>
    </w:p>
    <w:p>
      <w:r>
        <w:t>105. 1吨=1000千克。</w:t>
      </w:r>
    </w:p>
    <w:p>
      <w:r>
        <w:t xml:space="preserve">    【答案】对　【解析】质量单位换算。</w:t>
      </w:r>
    </w:p>
    <w:p>
      <w:pPr>
        <w:pStyle w:val="Heading1"/>
      </w:pPr>
      <w:r>
        <w:t>五、解答题（应用题）</w:t>
      </w:r>
    </w:p>
    <w:p>
      <w:r>
        <w:t>106. 学校组织348名学生去春游，每辆车坐40人，至少需要几辆车？</w:t>
      </w:r>
    </w:p>
    <w:p>
      <w:r>
        <w:t xml:space="preserve">    【参考答案】9辆</w:t>
      </w:r>
    </w:p>
    <w:p>
      <w:r>
        <w:t xml:space="preserve">    【解析】348÷40=8余28，需9辆。</w:t>
      </w:r>
    </w:p>
    <w:p>
      <w:r>
        <w:t>107. 一张长方形彩纸长12厘米，宽8厘米，周长是多少？面积是多少？</w:t>
      </w:r>
    </w:p>
    <w:p>
      <w:r>
        <w:t xml:space="preserve">    【参考答案】周长40厘米，面积96平方厘米</w:t>
      </w:r>
    </w:p>
    <w:p>
      <w:r>
        <w:t xml:space="preserve">    【解析】(12+8)×2=40；12×8=96。</w:t>
      </w:r>
    </w:p>
    <w:p>
      <w:r>
        <w:t>108. 果园收苹果560千克，每8千克装一箱，可以装多少箱？</w:t>
      </w:r>
    </w:p>
    <w:p>
      <w:r>
        <w:t xml:space="preserve">    【参考答案】70箱</w:t>
      </w:r>
    </w:p>
    <w:p>
      <w:r>
        <w:t xml:space="preserve">    【解析】560÷8=70。</w:t>
      </w:r>
    </w:p>
    <w:p>
      <w:r>
        <w:t>109. 小明看一本240页的书，每天看30页，几天看完？</w:t>
      </w:r>
    </w:p>
    <w:p>
      <w:r>
        <w:t xml:space="preserve">    【参考答案】8天</w:t>
      </w:r>
    </w:p>
    <w:p>
      <w:r>
        <w:t xml:space="preserve">    【解析】240÷30=8。</w:t>
      </w:r>
    </w:p>
    <w:p>
      <w:r>
        <w:t>110. 商店有6盒乒乓球，每盒12个，一共多少个？</w:t>
      </w:r>
    </w:p>
    <w:p>
      <w:r>
        <w:t xml:space="preserve">    【参考答案】72个</w:t>
      </w:r>
    </w:p>
    <w:p>
      <w:r>
        <w:t xml:space="preserve">    【解析】6×12=72。</w:t>
      </w:r>
    </w:p>
    <w:p>
      <w:r>
        <w:t>111. 三年级同学共128人，平均分成4个班，每班多少人？</w:t>
      </w:r>
    </w:p>
    <w:p>
      <w:r>
        <w:t xml:space="preserve">    【参考答案】32人</w:t>
      </w:r>
    </w:p>
    <w:p>
      <w:r>
        <w:t xml:space="preserve">    【解析】128÷4=32。</w:t>
      </w:r>
    </w:p>
    <w:p>
      <w:r>
        <w:t>112. 一列火车上午9:00出发，下午2:00到达，行驶了几小时？</w:t>
      </w:r>
    </w:p>
    <w:p>
      <w:r>
        <w:t xml:space="preserve">    【参考答案】5小时</w:t>
      </w:r>
    </w:p>
    <w:p>
      <w:r>
        <w:t xml:space="preserve">    【解析】14-9=5。</w:t>
      </w:r>
    </w:p>
    <w:p>
      <w:r>
        <w:t>113. 一块菜地长15米，宽10米，面积是多少？</w:t>
      </w:r>
    </w:p>
    <w:p>
      <w:r>
        <w:t xml:space="preserve">    【参考答案】150平方米</w:t>
      </w:r>
    </w:p>
    <w:p>
      <w:r>
        <w:t xml:space="preserve">    【解析】15×10=150。</w:t>
      </w:r>
    </w:p>
    <w:p>
      <w:r>
        <w:t>114. 妈妈买3千克梨和2千克苹果，梨每千克5元，苹果每千克8元，共花多少元？</w:t>
      </w:r>
    </w:p>
    <w:p>
      <w:r>
        <w:t xml:space="preserve">    【参考答案】31元</w:t>
      </w:r>
    </w:p>
    <w:p>
      <w:r>
        <w:t xml:space="preserve">    【解析】3×5+2×8=15+16=31。</w:t>
      </w:r>
    </w:p>
    <w:p>
      <w:r>
        <w:t>115. 一桶油连桶重50千克，油用去一半后连桶重28千克，桶重多少千克？</w:t>
      </w:r>
    </w:p>
    <w:p>
      <w:r>
        <w:t xml:space="preserve">    【参考答案】6千克</w:t>
      </w:r>
    </w:p>
    <w:p>
      <w:r>
        <w:t xml:space="preserve">    【解析】油一半=50-28=22，油=44，桶=50-44=6。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