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商品购销合同模板：进货批发必备合同</w:t>
      </w:r>
    </w:p>
    <w:p>
      <w:r>
        <w:t>商品购销合同（参考文本）。买方（甲方）：＿＿＿＿＿＿＿　统一社会信用代码/身份证号：＿＿＿＿＿＿＿　卖方（乙方）：＿＿＿＿＿＿＿　统一社会信用代码/身份证号：＿＿＿＿＿＿＿。</w:t>
      </w:r>
    </w:p>
    <w:p>
      <w:r>
        <w:t>第一条 商品明细。甲方向乙方采购以下商品：商品名称＿＿＿、规格型号＿＿＿、单位＿＿＿、数量＿＿＿、单价人民币＿＿元、金额人民币＿＿元；如需采购多种商品，按《商品清单》（附件）逐项列明。合同总额人民币＿＿元（大写：＿＿），含税/不含税（勾选，税率＿＿%）。</w:t>
      </w:r>
    </w:p>
    <w:p>
      <w:r>
        <w:t>第二条 质量标准。乙方交付的商品应符合以下标准：□国家标准（编号＿＿）　□行业标准（编号＿＿）　□双方约定标准（＿＿＿）。商品附带合格证、说明书、保修卡等资料。</w:t>
      </w:r>
    </w:p>
    <w:p>
      <w:r>
        <w:t>第三条 交货时间与地点。乙方应于＿＿年＿月＿日前将商品交付至＿＿＿（地点），运输方式及费用由＿＿方承担。交货时双方共同清点验收，签署《验收单》。</w:t>
      </w:r>
    </w:p>
    <w:p>
      <w:r>
        <w:t>第四条 验收。甲方在收到商品后＿＿日内进行验收，发现数量不符、质量不合格的，应在＿＿日内书面通知乙方；乙方应在收到通知后＿＿日内补足、更换或处理。逾期未提出异议的，视为验收合格。</w:t>
      </w:r>
    </w:p>
    <w:p>
      <w:r>
        <w:t>第五条 付款方式。付款方式：□货到付款　□预付定金＿＿%　□月结（账期＿＿天）　□其他（＿＿＿）。甲方付款以乙方开具合法发票为前提，逾期付款的按日＿＿‰支付违约金。</w:t>
      </w:r>
    </w:p>
    <w:p>
      <w:r>
        <w:t>第六条 质量保证与售后服务。乙方对商品质量提供保修承诺：保修期＿＿个月，保修期内出现质量问题的，乙方负责免费维修或更换。因商品质量造成甲方损失的，乙方依法承担赔偿责任。</w:t>
      </w:r>
    </w:p>
    <w:p>
      <w:r>
        <w:t>第七条 违约责任。乙方逾期交货的，每日按逾期部分货款的＿＿‰向甲方支付违约金；逾期超过＿＿日，甲方有权解除合同并要求赔偿。甲方逾期付款的，每日按欠款金额的＿＿‰向乙方支付违约金。</w:t>
      </w:r>
    </w:p>
    <w:p>
      <w:r>
        <w:t>第八条 合同解除。发生不可抗力、一方根本违约等情形，双方可按约定解除合同；解除后已收货款和已交付商品按实际情况结算退还。</w:t>
      </w:r>
    </w:p>
    <w:p>
      <w:r>
        <w:t>第九条 争议解决。因本合同发生争议，双方协商解决；协商不成的，向合同签订地（或甲方所在地）人民法院起诉。本合同一式两份，双方各执一份，自双方签字盖章之日起生效。甲方（盖章）：＿＿＿　乙方（盖章）：＿＿＿　日期：＿＿年＿月＿日。</w:t>
      </w:r>
    </w:p>
    <w:p>
      <w:r>
        <w:t>使用说明：购销合同关键点：①商品清单逐项列明名称、型号、数量、单价，防止以次充好和数量扯皮；②质量标准一定要写，口头说“质量没问题”没用；③验收期限和异议期限写清楚，超期视为验收合格；④付款和发票绑定，避免钱付了票不来；⑤违约金比例要合理（一般不超过实际损失的30%）；⑥保留订单、聊天记录、转账凭证作为证据。</w:t>
      </w:r>
    </w:p>
    <w:p>
      <w:pPr>
        <w:pStyle w:val="Heading1"/>
      </w:pPr>
      <w:r>
        <w:t>合同使用说明</w:t>
      </w:r>
    </w:p>
    <w:p>
      <w:r>
        <w:t>本模板为通用参考文本，使用前请先逐条阅读：①甲方、乙方名称、地址、联系方式必须填写完整准确，个人填写身份证号，单位填写统一社会信用代码；②标的物、数量、价款、履行期限、交付方式等核心条款必须写清楚，含糊其辞是纠纷最大来源；③空白处不要留空，用斜线划掉或用无字样标注，防止被单方添加内容；④双方签字盖章才生效，个人签字加按手印更稳妥，单位必须加盖公章并由法定代表人（或授权代表）签字；⑤一式两份（或按双方需要）各自留存，最好再各留一份复印件或拍照存档。</w:t>
      </w:r>
    </w:p>
    <w:p>
      <w:pPr>
        <w:pStyle w:val="Heading1"/>
      </w:pPr>
      <w:r>
        <w:t>常见风险点提示</w:t>
      </w:r>
    </w:p>
    <w:p>
      <w:r>
        <w:t>签这类合同最容易踩坑的地方：①不看完整条款就签字，尤其是违约责任和争议解决条款藏在后半部分；②口头承诺没有写进合同，发生争议时口说无凭；③把履行期限写成模糊表述，如尽快、及时、近期；④价款只写总价不写明细，付款方式不清；⑤没有约定解除条件和违约金标准，出问题后无法主张；⑥签完字不核对份数和存档。建议签约前逐条朗读核对，重大合同请咨询专业律师。</w:t>
      </w:r>
    </w:p>
    <w:p>
      <w:pPr>
        <w:pStyle w:val="Heading1"/>
      </w:pPr>
      <w:r>
        <w:t>合同生效要件</w:t>
      </w:r>
    </w:p>
    <w:p>
      <w:r>
        <w:t>一份合同要有效，需要同时满足：①双方具有相应的民事行为能力；②意思表示真实，不存在欺诈、胁迫、重大误解；③不违反法律、行政法规的强制性规定，不违背公序良俗；④标的确定且可能履行。此外，法律规定或双方约定需要办理批准、登记等手续的，办理完毕才生效；附条件和附期限的合同，条件成就或期限届至时生效。</w:t>
      </w:r>
    </w:p>
    <w:p>
      <w:pPr>
        <w:pStyle w:val="Heading1"/>
      </w:pPr>
      <w:r>
        <w:t>违约责任与争议解决</w:t>
      </w:r>
    </w:p>
    <w:p>
      <w:r>
        <w:t>违约责任条款建议写明：违约情形、违约金数额或计算方法（一般不超过实际损失的30%）、赔偿范围。争议解决可以选择：①协商；②调解；③仲裁（需明确仲裁机构和仲裁规则，一裁终局）；④诉讼（需明确有管辖权的法院，一般为被告住所地、合同履行地或双方约定地法院）。选定后写进合同，不要同时约定又仲裁又诉讼。</w:t>
      </w:r>
    </w:p>
    <w:p>
      <w:pPr>
        <w:pStyle w:val="Heading1"/>
      </w:pPr>
      <w:r>
        <w:t>条款解读要点</w:t>
      </w:r>
    </w:p>
    <w:p>
      <w:r>
        <w:t>重点条款逐条解读：第一条（主体信息）明确签约资格；第二条（标的条款）要写清名称、数量、规格、质量标准；第三条（价款条款）写明总价、单价、币种、付款节点和发票；第四条（履行条款）写清时间、地点、方式和验收标准；第五条（权利与义务）列举双方核心义务；第六条（违约责任）对应义务设置违约后果；第七条（解除条款）约定解除条件和程序；第八条（争议解决）按上文选择。填空处全部填写完毕再签字。</w:t>
      </w:r>
    </w:p>
    <w:p>
      <w:pPr>
        <w:pStyle w:val="Heading1"/>
      </w:pPr>
      <w:r>
        <w:t>本站说明</w:t>
      </w:r>
    </w:p>
    <w:p>
      <w:r>
        <w:t>本站法律合同板块每天更新各类合同模板和文书，Word模板均为完整条款版本，甲方乙方信息留空，下载后填写即可打印签字。网页展示为条款预览，下载Word完整版可直接编辑使用。本文由本站AI按公开范式和法律法规整理，具体个案建议咨询专业律师或法律工作者。</w:t>
      </w:r>
    </w:p>
    <w:p>
      <w:pPr>
        <w:pStyle w:val="Heading1"/>
      </w:pPr>
      <w:r>
        <w:t>模板填写示例</w:t>
      </w:r>
    </w:p>
    <w:p>
      <w:r>
        <w:t>以租赁合同为例：甲方填写出租方全称或姓名加身份证号，乙方填写承租方信息；租金写数字加中文大写双保险；押金退还期限写具体天数；装修条款写明是否需要甲方书面同意及退租时装修处理方式。其他类型合同同理：借款合同写清利率和还款日期；劳动合同写清岗位名称和工资构成；买卖合同中商品或车辆信息（型号、编号、车况）越具体越好。填空处全部填写完毕后通读一遍，确认双方权利义务对等、金额期限无遗漏，再签字盖章并各自留存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