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商品买卖合同范本（通用版）</w:t>
      </w:r>
    </w:p>
    <w:p>
      <w:r>
        <w:t>商品买卖合同</w:t>
      </w:r>
    </w:p>
    <w:p>
      <w:r>
        <w:t>甲方（出卖人）：__ 乙方（买受人）：__ 双方经友好协商，就甲方出售商品给乙方事宜达成如下协议：</w:t>
      </w:r>
    </w:p>
    <w:p>
      <w:r>
        <w:t>第一条 商品名称、规格、数量、价款：商品名称__，规格型号__，单位__，数量__，单价__元，合计人民币__元（大写：__元整）。</w:t>
      </w:r>
    </w:p>
    <w:p>
      <w:r>
        <w:t>第二条 质量标准：甲方交付的商品应符合国家、行业质量标准及双方约定的标准，并提供相应的质量合格证明。</w:t>
      </w:r>
    </w:p>
    <w:p>
      <w:r>
        <w:t>第三条 交货时间与地点：甲方应于__年__月__日前，将商品交付至__，运费由__方承担。</w:t>
      </w:r>
    </w:p>
    <w:p>
      <w:r>
        <w:t>第四条 验收：乙方应在收到商品后__日内进行验收，验收内容包括商品的数量、规格、质量。逾期未提出异议的，视为验收合格。</w:t>
      </w:r>
    </w:p>
    <w:p>
      <w:r>
        <w:t>第五条 付款方式：乙方应于__前，通过__方式向甲方支付货款人民币__元。</w:t>
      </w:r>
    </w:p>
    <w:p>
      <w:r>
        <w:t>第六条 保修与售后：商品自交付之日起__个月内出现质量问题，甲方负责免费维修/退换。</w:t>
      </w:r>
    </w:p>
    <w:p>
      <w:r>
        <w:t>第七条 违约责任：甲方逾期交货的，每逾期一日按货款的__%支付违约金；乙方逾期付款的，每逾期一日按未付货款的__%支付违约金。一方严重违约的，另一方有权解除合同并要求赔偿损失。</w:t>
      </w:r>
    </w:p>
    <w:p>
      <w:r>
        <w:t>第八条 争议解决：双方协商不成，向__方所在地人民法院起诉。</w:t>
      </w:r>
    </w:p>
    <w:p>
      <w:r>
        <w:t>第九条 本合同一式两份，双方各执一份，自双方签字（盖章）之日起生效。甲方（盖章）：__ 乙方（盖章）：__ 签订日期：__年__月__日</w:t>
      </w:r>
    </w:p>
    <w:p>
      <w:r>
        <w:t>使用说明：以上为完整合同模板，甲方乙方信息留空，请根据实际情况填写后打印签字。合同签字即生效，请仔细阅读每一条款。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